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C9CBE" w14:textId="77777777" w:rsidR="00DF20D1" w:rsidRDefault="0003111A">
      <w:r>
        <w:rPr>
          <w:noProof/>
        </w:rPr>
        <w:drawing>
          <wp:inline distT="0" distB="0" distL="0" distR="0" wp14:anchorId="0EAE2C2A" wp14:editId="4AE0F424">
            <wp:extent cx="457200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SouthAsia_plotting.png"/>
                    <pic:cNvPicPr/>
                  </pic:nvPicPr>
                  <pic:blipFill>
                    <a:blip r:embed="rId8"/>
                    <a:stretch>
                      <a:fillRect/>
                    </a:stretch>
                  </pic:blipFill>
                  <pic:spPr>
                    <a:xfrm>
                      <a:off x="0" y="0"/>
                      <a:ext cx="4572000" cy="457200"/>
                    </a:xfrm>
                    <a:prstGeom prst="rect">
                      <a:avLst/>
                    </a:prstGeom>
                  </pic:spPr>
                </pic:pic>
              </a:graphicData>
            </a:graphic>
          </wp:inline>
        </w:drawing>
      </w:r>
    </w:p>
    <w:p w14:paraId="370619B0" w14:textId="77777777" w:rsidR="00DF20D1" w:rsidRDefault="0003111A">
      <w:pPr>
        <w:pStyle w:val="Title"/>
      </w:pPr>
      <w:r>
        <w:t>Wheat rust advisory - risk assessment from surveys and forecasts in Bhutan</w:t>
      </w:r>
    </w:p>
    <w:p w14:paraId="001447AA" w14:textId="77777777" w:rsidR="00DF20D1" w:rsidRDefault="0003111A">
      <w:pPr>
        <w:pStyle w:val="Title"/>
      </w:pPr>
      <w:r>
        <w:t>Summary period: 22 Feb - 28 Feb 2024</w:t>
      </w:r>
    </w:p>
    <w:p w14:paraId="250DE641" w14:textId="77777777" w:rsidR="00DF20D1" w:rsidRDefault="0003111A">
      <w:pPr>
        <w:pStyle w:val="Heading1"/>
      </w:pPr>
      <w:r>
        <w:t xml:space="preserve">Overall risk level: </w:t>
      </w:r>
    </w:p>
    <w:p w14:paraId="21470683" w14:textId="3F2BC7FF" w:rsidR="00DF20D1" w:rsidRDefault="0003111A">
      <w:r>
        <w:rPr>
          <w:b/>
          <w:color w:val="ECD900"/>
        </w:rPr>
        <w:t>Caution / Low</w:t>
      </w:r>
    </w:p>
    <w:p w14:paraId="3CD187DD" w14:textId="77777777" w:rsidR="00DF20D1" w:rsidRDefault="0003111A">
      <w:pPr>
        <w:pStyle w:val="Heading1"/>
      </w:pPr>
      <w:r>
        <w:t>Key messages</w:t>
      </w:r>
    </w:p>
    <w:p w14:paraId="5A6FAD6E" w14:textId="56791FAF" w:rsidR="00DC4CEF" w:rsidRDefault="006029D8" w:rsidP="00DC4CEF">
      <w:pPr>
        <w:spacing w:after="0" w:line="240" w:lineRule="auto"/>
      </w:pPr>
      <w:r>
        <w:t xml:space="preserve">Current situation is calm. Current </w:t>
      </w:r>
      <w:r w:rsidR="00DC4CEF">
        <w:t xml:space="preserve">model forecasts </w:t>
      </w:r>
      <w:r>
        <w:t xml:space="preserve">indicate low risk for rust infections. </w:t>
      </w:r>
      <w:r w:rsidR="00DC4CEF">
        <w:t>However, d</w:t>
      </w:r>
      <w:r w:rsidR="00DC4CEF">
        <w:t xml:space="preserve">uring the period 22 Feb – 1Mar, </w:t>
      </w:r>
      <w:r w:rsidR="00DC4CEF">
        <w:t>m</w:t>
      </w:r>
      <w:r w:rsidR="00DC4CEF">
        <w:t>oderate rain is forecast for</w:t>
      </w:r>
      <w:r w:rsidR="00DC4CEF">
        <w:t xml:space="preserve"> Bhutan and light rain continuing during 1 </w:t>
      </w:r>
      <w:r w:rsidR="00DC4CEF">
        <w:t>– 9 Mar</w:t>
      </w:r>
      <w:r w:rsidR="00FE7FE7">
        <w:t xml:space="preserve">. </w:t>
      </w:r>
      <w:r w:rsidR="004F30C9">
        <w:t xml:space="preserve">Temperatures are forecast to </w:t>
      </w:r>
      <w:r w:rsidR="00400BB3">
        <w:t xml:space="preserve">be relatively cool for </w:t>
      </w:r>
      <w:r w:rsidR="00400BB3">
        <w:t>22 Feb – 1Mar</w:t>
      </w:r>
      <w:r w:rsidR="00400BB3">
        <w:t xml:space="preserve">. </w:t>
      </w:r>
      <w:r w:rsidR="004F30C9">
        <w:t xml:space="preserve"> </w:t>
      </w:r>
      <w:r w:rsidR="00DC4CEF">
        <w:t xml:space="preserve"> </w:t>
      </w:r>
    </w:p>
    <w:p w14:paraId="3265213B" w14:textId="77777777" w:rsidR="00400BB3" w:rsidRDefault="00400BB3" w:rsidP="006029D8"/>
    <w:p w14:paraId="094B2DC1" w14:textId="7CFA88F5" w:rsidR="006029D8" w:rsidRDefault="006029D8" w:rsidP="006029D8">
      <w:r>
        <w:t xml:space="preserve">These weather conditions are likely to be favorable for the development of rusts, especially stripe rust. </w:t>
      </w:r>
    </w:p>
    <w:p w14:paraId="4D55EC92" w14:textId="2427003C" w:rsidR="00DF20D1" w:rsidRDefault="00DF20D1"/>
    <w:p w14:paraId="74617B39" w14:textId="77777777" w:rsidR="00DF20D1" w:rsidRDefault="0003111A">
      <w:pPr>
        <w:pStyle w:val="Heading2"/>
      </w:pPr>
      <w:r>
        <w:t>Recommendations</w:t>
      </w:r>
    </w:p>
    <w:p w14:paraId="29F7DE63" w14:textId="229862D7" w:rsidR="00CE3CBE" w:rsidRPr="00BD1903" w:rsidRDefault="00CE3CBE" w:rsidP="00CE3CBE">
      <w:r w:rsidRPr="00DF018B">
        <w:rPr>
          <w:b/>
        </w:rPr>
        <w:t>Suitable conditions for</w:t>
      </w:r>
      <w:r>
        <w:rPr>
          <w:b/>
        </w:rPr>
        <w:t xml:space="preserve"> stripe rust are likely to develop due to forecast rain over the next  1-2 weeks</w:t>
      </w:r>
      <w:r w:rsidRPr="00DF018B">
        <w:rPr>
          <w:b/>
        </w:rPr>
        <w:t xml:space="preserve">. Scouting should be undertaken and farmers informed to be vigilant for the emergence of stripe rust. If stripe rust starts to appear farmers should be advised to undertake control if susceptible cultivars are grown. </w:t>
      </w:r>
    </w:p>
    <w:p w14:paraId="251B4D44" w14:textId="77777777" w:rsidR="00CE3CBE" w:rsidRPr="00FF4ABD" w:rsidRDefault="00CE3CBE" w:rsidP="00CE3CBE">
      <w:pPr>
        <w:pStyle w:val="ListParagraph"/>
        <w:numPr>
          <w:ilvl w:val="0"/>
          <w:numId w:val="10"/>
        </w:numPr>
        <w:spacing w:after="160" w:line="259" w:lineRule="auto"/>
        <w:rPr>
          <w:rFonts w:ascii="Arial" w:hAnsi="Arial" w:cs="Arial"/>
        </w:rPr>
      </w:pPr>
      <w:r w:rsidRPr="004E5B84">
        <w:rPr>
          <w:rFonts w:ascii="Arial" w:hAnsi="Arial" w:cs="Arial"/>
        </w:rPr>
        <w:t>Awareness should be raised amongst stakeholders at all levels, including farmers, to be vigilant for early appearance of rusts.</w:t>
      </w:r>
      <w:r w:rsidRPr="00DA3419">
        <w:rPr>
          <w:b/>
          <w:bCs/>
        </w:rPr>
        <w:t xml:space="preserve"> </w:t>
      </w:r>
      <w:r w:rsidRPr="00E97B72">
        <w:rPr>
          <w:b/>
          <w:bCs/>
        </w:rPr>
        <w:t>Early control to stop increased spread and further build-up of disease is very important.</w:t>
      </w:r>
    </w:p>
    <w:p w14:paraId="236FE041" w14:textId="77777777" w:rsidR="00CE3CBE" w:rsidRPr="00BD1903" w:rsidRDefault="00CE3CBE" w:rsidP="00CE3CBE">
      <w:pPr>
        <w:pStyle w:val="ListParagraph"/>
        <w:numPr>
          <w:ilvl w:val="0"/>
          <w:numId w:val="10"/>
        </w:numPr>
        <w:spacing w:after="160" w:line="259" w:lineRule="auto"/>
        <w:rPr>
          <w:rFonts w:ascii="Arial" w:hAnsi="Arial" w:cs="Arial"/>
        </w:rPr>
      </w:pPr>
      <w:r w:rsidRPr="00BD1903">
        <w:rPr>
          <w:rFonts w:ascii="Arial" w:hAnsi="Arial" w:cs="Arial"/>
        </w:rPr>
        <w:t>Sampling should be undertaken to determine races of rust present.</w:t>
      </w:r>
    </w:p>
    <w:p w14:paraId="5AC11FE8" w14:textId="15FADA15" w:rsidR="00DF20D1" w:rsidRDefault="00DF20D1"/>
    <w:p w14:paraId="3DF1FE31" w14:textId="77777777" w:rsidR="00DF20D1" w:rsidRDefault="0003111A">
      <w:r>
        <w:br w:type="page"/>
      </w:r>
    </w:p>
    <w:p w14:paraId="07B181C2" w14:textId="77777777" w:rsidR="00DF20D1" w:rsidRDefault="0003111A">
      <w:pPr>
        <w:pStyle w:val="Heading1"/>
      </w:pPr>
      <w:r>
        <w:lastRenderedPageBreak/>
        <w:t>Field surveys</w:t>
      </w:r>
    </w:p>
    <w:p w14:paraId="3FCBAECB" w14:textId="77777777" w:rsidR="00DF20D1" w:rsidRDefault="0003111A">
      <w:r>
        <w:t>No surveys are available in this region yet.</w:t>
      </w:r>
    </w:p>
    <w:p w14:paraId="03FD67E2" w14:textId="77777777" w:rsidR="00DF20D1" w:rsidRDefault="0003111A">
      <w:r>
        <w:br w:type="page"/>
      </w:r>
    </w:p>
    <w:p w14:paraId="2B86FD2E" w14:textId="77777777" w:rsidR="00DF20D1" w:rsidRDefault="0003111A">
      <w:pPr>
        <w:pStyle w:val="Heading1"/>
      </w:pPr>
      <w:r>
        <w:lastRenderedPageBreak/>
        <w:t>Spore dispersal forecasts</w:t>
      </w:r>
    </w:p>
    <w:p w14:paraId="74AB8A66" w14:textId="77777777" w:rsidR="00DF20D1" w:rsidRDefault="0003111A">
      <w:r>
        <w:t>Spore dispersal forecasts run by the UK Met Office and Cambridge University are displayed for stem, stripe and leaf rusts for the forecasted period. Surveys in each district are gathered to provide a single source per administrative area for dispersal forecasts (red dots in figure).</w:t>
      </w:r>
    </w:p>
    <w:p w14:paraId="73E97033" w14:textId="77777777" w:rsidR="00DF20D1" w:rsidRDefault="0003111A">
      <w:pPr>
        <w:pStyle w:val="Heading1"/>
      </w:pPr>
      <w:r>
        <w:t>Environmental / climatic suitability for infection forecasts</w:t>
      </w:r>
    </w:p>
    <w:p w14:paraId="5D824C30" w14:textId="77777777" w:rsidR="00DF20D1" w:rsidRDefault="0003111A">
      <w:r>
        <w:t>These forecasts give the probability of wheat rust infection occurring based on meteorological factors. The maximum infection efficiency that can occur is 100%. This means that 100% of the spores deposited on susceptible wheat plants could complete the infection process. Therefore, a forecast Infection Efficiency of 100% indicates the highest risk of wheat rust infection occurring in susceptible wheat varieties.</w:t>
      </w:r>
    </w:p>
    <w:p w14:paraId="6AB1AA6C" w14:textId="77777777" w:rsidR="00DF20D1" w:rsidRDefault="0003111A">
      <w:r>
        <w:br w:type="page"/>
      </w:r>
    </w:p>
    <w:p w14:paraId="3CE3DB09" w14:textId="77777777" w:rsidR="00DF20D1" w:rsidRDefault="0003111A">
      <w:pPr>
        <w:pStyle w:val="Heading2"/>
      </w:pPr>
      <w:r>
        <w:lastRenderedPageBreak/>
        <w:t>Leaf rust</w:t>
      </w:r>
    </w:p>
    <w:p w14:paraId="0C56AE08" w14:textId="025741A8" w:rsidR="00DF20D1" w:rsidRDefault="00D909FC">
      <w:r w:rsidRPr="00D909FC">
        <w:rPr>
          <w:b/>
          <w:bCs/>
        </w:rPr>
        <w:t>Dispersal:</w:t>
      </w:r>
      <w:r>
        <w:t xml:space="preserve"> </w:t>
      </w:r>
      <w:r w:rsidR="0003111A">
        <w:t>Current forecast (22 Feb - 28 Feb) indicates</w:t>
      </w:r>
      <w:r>
        <w:t xml:space="preserve"> </w:t>
      </w:r>
      <w:r w:rsidR="00B84C9C">
        <w:t xml:space="preserve">some low to moderate spore deposition from infected sites in Bangladesh </w:t>
      </w:r>
      <w:r w:rsidR="008D530F">
        <w:t>into southern areas.</w:t>
      </w:r>
    </w:p>
    <w:p w14:paraId="745F2080" w14:textId="77777777" w:rsidR="00DF20D1" w:rsidRDefault="0003111A">
      <w:r>
        <w:rPr>
          <w:noProof/>
        </w:rPr>
        <w:drawing>
          <wp:inline distT="0" distB="0" distL="0" distR="0" wp14:anchorId="3302DB5A" wp14:editId="3F467CB1">
            <wp:extent cx="6229350" cy="3847539"/>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leaf_rust_total_202402220300_202402290000_map.png"/>
                    <pic:cNvPicPr/>
                  </pic:nvPicPr>
                  <pic:blipFill>
                    <a:blip r:embed="rId9"/>
                    <a:stretch>
                      <a:fillRect/>
                    </a:stretch>
                  </pic:blipFill>
                  <pic:spPr>
                    <a:xfrm>
                      <a:off x="0" y="0"/>
                      <a:ext cx="6232379" cy="3849410"/>
                    </a:xfrm>
                    <a:prstGeom prst="rect">
                      <a:avLst/>
                    </a:prstGeom>
                  </pic:spPr>
                </pic:pic>
              </a:graphicData>
            </a:graphic>
          </wp:inline>
        </w:drawing>
      </w:r>
    </w:p>
    <w:p w14:paraId="006EC62A" w14:textId="77777777" w:rsidR="00DF20D1" w:rsidRDefault="0003111A">
      <w:pPr>
        <w:pStyle w:val="Caption"/>
      </w:pPr>
      <w:r>
        <w:t>Map 1: Leaf rust spore deposition forecast Bhutan 22 Feb - 28 Feb 2024</w:t>
      </w:r>
    </w:p>
    <w:p w14:paraId="34B4EFE2" w14:textId="5ED98E87" w:rsidR="00DF20D1" w:rsidRDefault="0003111A">
      <w:r>
        <w:t>The 20 most impacted districts</w:t>
      </w:r>
      <w:r w:rsidR="008D530F">
        <w:t xml:space="preserve"> (spore deposition)</w:t>
      </w:r>
      <w:r>
        <w:t xml:space="preserve"> are presented in the table below.</w:t>
      </w:r>
    </w:p>
    <w:tbl>
      <w:tblPr>
        <w:tblStyle w:val="TableGrid"/>
        <w:tblW w:w="0" w:type="auto"/>
        <w:tblLook w:val="04A0" w:firstRow="1" w:lastRow="0" w:firstColumn="1" w:lastColumn="0" w:noHBand="0" w:noVBand="1"/>
      </w:tblPr>
      <w:tblGrid>
        <w:gridCol w:w="5038"/>
        <w:gridCol w:w="5038"/>
      </w:tblGrid>
      <w:tr w:rsidR="00DF20D1" w:rsidRPr="008D530F" w14:paraId="31DB1FF0" w14:textId="77777777">
        <w:tc>
          <w:tcPr>
            <w:tcW w:w="5043" w:type="dxa"/>
          </w:tcPr>
          <w:p w14:paraId="1C63748A" w14:textId="77777777" w:rsidR="00DF20D1" w:rsidRPr="008D530F" w:rsidRDefault="0003111A">
            <w:pPr>
              <w:rPr>
                <w:sz w:val="18"/>
                <w:szCs w:val="18"/>
              </w:rPr>
            </w:pPr>
            <w:r w:rsidRPr="008D530F">
              <w:rPr>
                <w:sz w:val="18"/>
                <w:szCs w:val="18"/>
              </w:rPr>
              <w:t>admin2Name</w:t>
            </w:r>
          </w:p>
        </w:tc>
        <w:tc>
          <w:tcPr>
            <w:tcW w:w="5043" w:type="dxa"/>
          </w:tcPr>
          <w:p w14:paraId="2E7AA365" w14:textId="77777777" w:rsidR="00DF20D1" w:rsidRPr="008D530F" w:rsidRDefault="0003111A">
            <w:pPr>
              <w:rPr>
                <w:sz w:val="18"/>
                <w:szCs w:val="18"/>
              </w:rPr>
            </w:pPr>
            <w:r w:rsidRPr="008D530F">
              <w:rPr>
                <w:sz w:val="18"/>
                <w:szCs w:val="18"/>
              </w:rPr>
              <w:t>Leaf rust spores per m^2 per week</w:t>
            </w:r>
          </w:p>
        </w:tc>
      </w:tr>
      <w:tr w:rsidR="00DF20D1" w:rsidRPr="008D530F" w14:paraId="4A5B9032" w14:textId="77777777">
        <w:tc>
          <w:tcPr>
            <w:tcW w:w="5043" w:type="dxa"/>
          </w:tcPr>
          <w:p w14:paraId="3E650BE6" w14:textId="77777777" w:rsidR="00DF20D1" w:rsidRPr="008D530F" w:rsidRDefault="0003111A">
            <w:pPr>
              <w:rPr>
                <w:sz w:val="18"/>
                <w:szCs w:val="18"/>
              </w:rPr>
            </w:pPr>
            <w:r w:rsidRPr="008D530F">
              <w:rPr>
                <w:sz w:val="18"/>
                <w:szCs w:val="18"/>
              </w:rPr>
              <w:t>Lhamoizingkha</w:t>
            </w:r>
          </w:p>
        </w:tc>
        <w:tc>
          <w:tcPr>
            <w:tcW w:w="5043" w:type="dxa"/>
          </w:tcPr>
          <w:p w14:paraId="4586403F" w14:textId="77777777" w:rsidR="00DF20D1" w:rsidRPr="008D530F" w:rsidRDefault="0003111A">
            <w:pPr>
              <w:rPr>
                <w:sz w:val="18"/>
                <w:szCs w:val="18"/>
              </w:rPr>
            </w:pPr>
            <w:r w:rsidRPr="008D530F">
              <w:rPr>
                <w:sz w:val="18"/>
                <w:szCs w:val="18"/>
              </w:rPr>
              <w:t>1900</w:t>
            </w:r>
          </w:p>
        </w:tc>
      </w:tr>
      <w:tr w:rsidR="00DF20D1" w:rsidRPr="008D530F" w14:paraId="4E692009" w14:textId="77777777">
        <w:tc>
          <w:tcPr>
            <w:tcW w:w="5043" w:type="dxa"/>
          </w:tcPr>
          <w:p w14:paraId="35B7A9CD" w14:textId="77777777" w:rsidR="00DF20D1" w:rsidRPr="008D530F" w:rsidRDefault="0003111A">
            <w:pPr>
              <w:rPr>
                <w:sz w:val="18"/>
                <w:szCs w:val="18"/>
              </w:rPr>
            </w:pPr>
            <w:r w:rsidRPr="008D530F">
              <w:rPr>
                <w:sz w:val="18"/>
                <w:szCs w:val="18"/>
              </w:rPr>
              <w:t>Taklai</w:t>
            </w:r>
          </w:p>
        </w:tc>
        <w:tc>
          <w:tcPr>
            <w:tcW w:w="5043" w:type="dxa"/>
          </w:tcPr>
          <w:p w14:paraId="61F9FCEE" w14:textId="77777777" w:rsidR="00DF20D1" w:rsidRPr="008D530F" w:rsidRDefault="0003111A">
            <w:pPr>
              <w:rPr>
                <w:sz w:val="18"/>
                <w:szCs w:val="18"/>
              </w:rPr>
            </w:pPr>
            <w:r w:rsidRPr="008D530F">
              <w:rPr>
                <w:sz w:val="18"/>
                <w:szCs w:val="18"/>
              </w:rPr>
              <w:t>1800</w:t>
            </w:r>
          </w:p>
        </w:tc>
      </w:tr>
      <w:tr w:rsidR="00DF20D1" w:rsidRPr="008D530F" w14:paraId="33077FB0" w14:textId="77777777">
        <w:tc>
          <w:tcPr>
            <w:tcW w:w="5043" w:type="dxa"/>
          </w:tcPr>
          <w:p w14:paraId="31FED07D" w14:textId="77777777" w:rsidR="00DF20D1" w:rsidRPr="008D530F" w:rsidRDefault="0003111A">
            <w:pPr>
              <w:rPr>
                <w:sz w:val="18"/>
                <w:szCs w:val="18"/>
              </w:rPr>
            </w:pPr>
            <w:r w:rsidRPr="008D530F">
              <w:rPr>
                <w:sz w:val="18"/>
                <w:szCs w:val="18"/>
              </w:rPr>
              <w:t>Dala</w:t>
            </w:r>
          </w:p>
        </w:tc>
        <w:tc>
          <w:tcPr>
            <w:tcW w:w="5043" w:type="dxa"/>
          </w:tcPr>
          <w:p w14:paraId="17910F5F" w14:textId="77777777" w:rsidR="00DF20D1" w:rsidRPr="008D530F" w:rsidRDefault="0003111A">
            <w:pPr>
              <w:rPr>
                <w:sz w:val="18"/>
                <w:szCs w:val="18"/>
              </w:rPr>
            </w:pPr>
            <w:r w:rsidRPr="008D530F">
              <w:rPr>
                <w:sz w:val="18"/>
                <w:szCs w:val="18"/>
              </w:rPr>
              <w:t>1400</w:t>
            </w:r>
          </w:p>
        </w:tc>
      </w:tr>
      <w:tr w:rsidR="00DF20D1" w:rsidRPr="008D530F" w14:paraId="7C5AD033" w14:textId="77777777">
        <w:tc>
          <w:tcPr>
            <w:tcW w:w="5043" w:type="dxa"/>
          </w:tcPr>
          <w:p w14:paraId="41BA440D" w14:textId="77777777" w:rsidR="00DF20D1" w:rsidRPr="008D530F" w:rsidRDefault="0003111A">
            <w:pPr>
              <w:rPr>
                <w:sz w:val="18"/>
                <w:szCs w:val="18"/>
              </w:rPr>
            </w:pPr>
            <w:r w:rsidRPr="008D530F">
              <w:rPr>
                <w:sz w:val="18"/>
                <w:szCs w:val="18"/>
              </w:rPr>
              <w:t>Umling</w:t>
            </w:r>
          </w:p>
        </w:tc>
        <w:tc>
          <w:tcPr>
            <w:tcW w:w="5043" w:type="dxa"/>
          </w:tcPr>
          <w:p w14:paraId="21D17AA5" w14:textId="77777777" w:rsidR="00DF20D1" w:rsidRPr="008D530F" w:rsidRDefault="0003111A">
            <w:pPr>
              <w:rPr>
                <w:sz w:val="18"/>
                <w:szCs w:val="18"/>
              </w:rPr>
            </w:pPr>
            <w:r w:rsidRPr="008D530F">
              <w:rPr>
                <w:sz w:val="18"/>
                <w:szCs w:val="18"/>
              </w:rPr>
              <w:t>1300</w:t>
            </w:r>
          </w:p>
        </w:tc>
      </w:tr>
      <w:tr w:rsidR="00DF20D1" w:rsidRPr="008D530F" w14:paraId="557B7DDA" w14:textId="77777777">
        <w:tc>
          <w:tcPr>
            <w:tcW w:w="5043" w:type="dxa"/>
          </w:tcPr>
          <w:p w14:paraId="42F22093" w14:textId="77777777" w:rsidR="00DF20D1" w:rsidRPr="008D530F" w:rsidRDefault="0003111A">
            <w:pPr>
              <w:rPr>
                <w:sz w:val="18"/>
                <w:szCs w:val="18"/>
              </w:rPr>
            </w:pPr>
            <w:r w:rsidRPr="008D530F">
              <w:rPr>
                <w:sz w:val="18"/>
                <w:szCs w:val="18"/>
              </w:rPr>
              <w:t>Sherzhong</w:t>
            </w:r>
          </w:p>
        </w:tc>
        <w:tc>
          <w:tcPr>
            <w:tcW w:w="5043" w:type="dxa"/>
          </w:tcPr>
          <w:p w14:paraId="5DD87E8B" w14:textId="77777777" w:rsidR="00DF20D1" w:rsidRPr="008D530F" w:rsidRDefault="0003111A">
            <w:pPr>
              <w:rPr>
                <w:sz w:val="18"/>
                <w:szCs w:val="18"/>
              </w:rPr>
            </w:pPr>
            <w:r w:rsidRPr="008D530F">
              <w:rPr>
                <w:sz w:val="18"/>
                <w:szCs w:val="18"/>
              </w:rPr>
              <w:t>1300</w:t>
            </w:r>
          </w:p>
        </w:tc>
      </w:tr>
      <w:tr w:rsidR="00DF20D1" w:rsidRPr="008D530F" w14:paraId="02377B09" w14:textId="77777777">
        <w:tc>
          <w:tcPr>
            <w:tcW w:w="5043" w:type="dxa"/>
          </w:tcPr>
          <w:p w14:paraId="7D97E87C" w14:textId="77777777" w:rsidR="00DF20D1" w:rsidRPr="008D530F" w:rsidRDefault="0003111A">
            <w:pPr>
              <w:rPr>
                <w:sz w:val="18"/>
                <w:szCs w:val="18"/>
              </w:rPr>
            </w:pPr>
            <w:r w:rsidRPr="008D530F">
              <w:rPr>
                <w:sz w:val="18"/>
                <w:szCs w:val="18"/>
              </w:rPr>
              <w:t>Pangkhar</w:t>
            </w:r>
          </w:p>
        </w:tc>
        <w:tc>
          <w:tcPr>
            <w:tcW w:w="5043" w:type="dxa"/>
          </w:tcPr>
          <w:p w14:paraId="47BEEA83" w14:textId="77777777" w:rsidR="00DF20D1" w:rsidRPr="008D530F" w:rsidRDefault="0003111A">
            <w:pPr>
              <w:rPr>
                <w:sz w:val="18"/>
                <w:szCs w:val="18"/>
              </w:rPr>
            </w:pPr>
            <w:r w:rsidRPr="008D530F">
              <w:rPr>
                <w:sz w:val="18"/>
                <w:szCs w:val="18"/>
              </w:rPr>
              <w:t>1300</w:t>
            </w:r>
          </w:p>
        </w:tc>
      </w:tr>
      <w:tr w:rsidR="00DF20D1" w:rsidRPr="008D530F" w14:paraId="5B60AF43" w14:textId="77777777">
        <w:tc>
          <w:tcPr>
            <w:tcW w:w="5043" w:type="dxa"/>
          </w:tcPr>
          <w:p w14:paraId="2577BAC6" w14:textId="77777777" w:rsidR="00DF20D1" w:rsidRPr="008D530F" w:rsidRDefault="0003111A">
            <w:pPr>
              <w:rPr>
                <w:sz w:val="18"/>
                <w:szCs w:val="18"/>
              </w:rPr>
            </w:pPr>
            <w:r w:rsidRPr="008D530F">
              <w:rPr>
                <w:sz w:val="18"/>
                <w:szCs w:val="18"/>
              </w:rPr>
              <w:t>Senge</w:t>
            </w:r>
          </w:p>
        </w:tc>
        <w:tc>
          <w:tcPr>
            <w:tcW w:w="5043" w:type="dxa"/>
          </w:tcPr>
          <w:p w14:paraId="7D4501BD" w14:textId="77777777" w:rsidR="00DF20D1" w:rsidRPr="008D530F" w:rsidRDefault="0003111A">
            <w:pPr>
              <w:rPr>
                <w:sz w:val="18"/>
                <w:szCs w:val="18"/>
              </w:rPr>
            </w:pPr>
            <w:r w:rsidRPr="008D530F">
              <w:rPr>
                <w:sz w:val="18"/>
                <w:szCs w:val="18"/>
              </w:rPr>
              <w:t>1300</w:t>
            </w:r>
          </w:p>
        </w:tc>
      </w:tr>
      <w:tr w:rsidR="00DF20D1" w:rsidRPr="008D530F" w14:paraId="4B803B2F" w14:textId="77777777">
        <w:tc>
          <w:tcPr>
            <w:tcW w:w="5043" w:type="dxa"/>
          </w:tcPr>
          <w:p w14:paraId="27308412" w14:textId="77777777" w:rsidR="00DF20D1" w:rsidRPr="008D530F" w:rsidRDefault="0003111A">
            <w:pPr>
              <w:rPr>
                <w:sz w:val="18"/>
                <w:szCs w:val="18"/>
              </w:rPr>
            </w:pPr>
            <w:r w:rsidRPr="008D530F">
              <w:rPr>
                <w:sz w:val="18"/>
                <w:szCs w:val="18"/>
              </w:rPr>
              <w:t>Shompangkha</w:t>
            </w:r>
          </w:p>
        </w:tc>
        <w:tc>
          <w:tcPr>
            <w:tcW w:w="5043" w:type="dxa"/>
          </w:tcPr>
          <w:p w14:paraId="0B475B24" w14:textId="77777777" w:rsidR="00DF20D1" w:rsidRPr="008D530F" w:rsidRDefault="0003111A">
            <w:pPr>
              <w:rPr>
                <w:sz w:val="18"/>
                <w:szCs w:val="18"/>
              </w:rPr>
            </w:pPr>
            <w:r w:rsidRPr="008D530F">
              <w:rPr>
                <w:sz w:val="18"/>
                <w:szCs w:val="18"/>
              </w:rPr>
              <w:t>1200</w:t>
            </w:r>
          </w:p>
        </w:tc>
      </w:tr>
      <w:tr w:rsidR="00DF20D1" w:rsidRPr="008D530F" w14:paraId="10B90680" w14:textId="77777777">
        <w:tc>
          <w:tcPr>
            <w:tcW w:w="5043" w:type="dxa"/>
          </w:tcPr>
          <w:p w14:paraId="116B6261" w14:textId="77777777" w:rsidR="00DF20D1" w:rsidRPr="008D530F" w:rsidRDefault="0003111A">
            <w:pPr>
              <w:rPr>
                <w:sz w:val="18"/>
                <w:szCs w:val="18"/>
              </w:rPr>
            </w:pPr>
            <w:r w:rsidRPr="008D530F">
              <w:rPr>
                <w:sz w:val="18"/>
                <w:szCs w:val="18"/>
              </w:rPr>
              <w:t>Nichula</w:t>
            </w:r>
          </w:p>
        </w:tc>
        <w:tc>
          <w:tcPr>
            <w:tcW w:w="5043" w:type="dxa"/>
          </w:tcPr>
          <w:p w14:paraId="5FA9D0B8" w14:textId="77777777" w:rsidR="00DF20D1" w:rsidRPr="008D530F" w:rsidRDefault="0003111A">
            <w:pPr>
              <w:rPr>
                <w:sz w:val="18"/>
                <w:szCs w:val="18"/>
              </w:rPr>
            </w:pPr>
            <w:r w:rsidRPr="008D530F">
              <w:rPr>
                <w:sz w:val="18"/>
                <w:szCs w:val="18"/>
              </w:rPr>
              <w:t>1100</w:t>
            </w:r>
          </w:p>
        </w:tc>
      </w:tr>
      <w:tr w:rsidR="00DF20D1" w:rsidRPr="008D530F" w14:paraId="577CED94" w14:textId="77777777">
        <w:tc>
          <w:tcPr>
            <w:tcW w:w="5043" w:type="dxa"/>
          </w:tcPr>
          <w:p w14:paraId="253B264E" w14:textId="77777777" w:rsidR="00DF20D1" w:rsidRPr="008D530F" w:rsidRDefault="0003111A">
            <w:pPr>
              <w:rPr>
                <w:sz w:val="18"/>
                <w:szCs w:val="18"/>
              </w:rPr>
            </w:pPr>
            <w:r w:rsidRPr="008D530F">
              <w:rPr>
                <w:sz w:val="18"/>
                <w:szCs w:val="18"/>
              </w:rPr>
              <w:t>Gelephu</w:t>
            </w:r>
          </w:p>
        </w:tc>
        <w:tc>
          <w:tcPr>
            <w:tcW w:w="5043" w:type="dxa"/>
          </w:tcPr>
          <w:p w14:paraId="693954F3" w14:textId="77777777" w:rsidR="00DF20D1" w:rsidRPr="008D530F" w:rsidRDefault="0003111A">
            <w:pPr>
              <w:rPr>
                <w:sz w:val="18"/>
                <w:szCs w:val="18"/>
              </w:rPr>
            </w:pPr>
            <w:r w:rsidRPr="008D530F">
              <w:rPr>
                <w:sz w:val="18"/>
                <w:szCs w:val="18"/>
              </w:rPr>
              <w:t>1100</w:t>
            </w:r>
          </w:p>
        </w:tc>
      </w:tr>
      <w:tr w:rsidR="00DF20D1" w:rsidRPr="008D530F" w14:paraId="51BB39A5" w14:textId="77777777">
        <w:tc>
          <w:tcPr>
            <w:tcW w:w="5043" w:type="dxa"/>
          </w:tcPr>
          <w:p w14:paraId="6EB337E8" w14:textId="77777777" w:rsidR="00DF20D1" w:rsidRPr="008D530F" w:rsidRDefault="0003111A">
            <w:pPr>
              <w:rPr>
                <w:sz w:val="18"/>
                <w:szCs w:val="18"/>
              </w:rPr>
            </w:pPr>
            <w:r w:rsidRPr="008D530F">
              <w:rPr>
                <w:sz w:val="18"/>
                <w:szCs w:val="18"/>
              </w:rPr>
              <w:t>Chhuzagang</w:t>
            </w:r>
          </w:p>
        </w:tc>
        <w:tc>
          <w:tcPr>
            <w:tcW w:w="5043" w:type="dxa"/>
          </w:tcPr>
          <w:p w14:paraId="6C74A3C2" w14:textId="77777777" w:rsidR="00DF20D1" w:rsidRPr="008D530F" w:rsidRDefault="0003111A">
            <w:pPr>
              <w:rPr>
                <w:sz w:val="18"/>
                <w:szCs w:val="18"/>
              </w:rPr>
            </w:pPr>
            <w:r w:rsidRPr="008D530F">
              <w:rPr>
                <w:sz w:val="18"/>
                <w:szCs w:val="18"/>
              </w:rPr>
              <w:t>1100</w:t>
            </w:r>
          </w:p>
        </w:tc>
      </w:tr>
      <w:tr w:rsidR="00DF20D1" w:rsidRPr="008D530F" w14:paraId="4F4AFA7F" w14:textId="77777777">
        <w:tc>
          <w:tcPr>
            <w:tcW w:w="5043" w:type="dxa"/>
          </w:tcPr>
          <w:p w14:paraId="169F45A3" w14:textId="77777777" w:rsidR="00DF20D1" w:rsidRPr="008D530F" w:rsidRDefault="0003111A">
            <w:pPr>
              <w:rPr>
                <w:sz w:val="18"/>
                <w:szCs w:val="18"/>
              </w:rPr>
            </w:pPr>
            <w:r w:rsidRPr="008D530F">
              <w:rPr>
                <w:sz w:val="18"/>
                <w:szCs w:val="18"/>
              </w:rPr>
              <w:t>Bhur</w:t>
            </w:r>
          </w:p>
        </w:tc>
        <w:tc>
          <w:tcPr>
            <w:tcW w:w="5043" w:type="dxa"/>
          </w:tcPr>
          <w:p w14:paraId="773F37C2" w14:textId="77777777" w:rsidR="00DF20D1" w:rsidRPr="008D530F" w:rsidRDefault="0003111A">
            <w:pPr>
              <w:rPr>
                <w:sz w:val="18"/>
                <w:szCs w:val="18"/>
              </w:rPr>
            </w:pPr>
            <w:r w:rsidRPr="008D530F">
              <w:rPr>
                <w:sz w:val="18"/>
                <w:szCs w:val="18"/>
              </w:rPr>
              <w:t>1000</w:t>
            </w:r>
          </w:p>
        </w:tc>
      </w:tr>
      <w:tr w:rsidR="00DF20D1" w:rsidRPr="008D530F" w14:paraId="15B4A5FC" w14:textId="77777777">
        <w:tc>
          <w:tcPr>
            <w:tcW w:w="5043" w:type="dxa"/>
          </w:tcPr>
          <w:p w14:paraId="0A78BF12" w14:textId="77777777" w:rsidR="00DF20D1" w:rsidRPr="008D530F" w:rsidRDefault="0003111A">
            <w:pPr>
              <w:rPr>
                <w:sz w:val="18"/>
                <w:szCs w:val="18"/>
              </w:rPr>
            </w:pPr>
            <w:r w:rsidRPr="008D530F">
              <w:rPr>
                <w:sz w:val="18"/>
                <w:szCs w:val="18"/>
              </w:rPr>
              <w:t>Beteni</w:t>
            </w:r>
          </w:p>
        </w:tc>
        <w:tc>
          <w:tcPr>
            <w:tcW w:w="5043" w:type="dxa"/>
          </w:tcPr>
          <w:p w14:paraId="5546BC5A" w14:textId="77777777" w:rsidR="00DF20D1" w:rsidRPr="008D530F" w:rsidRDefault="0003111A">
            <w:pPr>
              <w:rPr>
                <w:sz w:val="18"/>
                <w:szCs w:val="18"/>
              </w:rPr>
            </w:pPr>
            <w:r w:rsidRPr="008D530F">
              <w:rPr>
                <w:sz w:val="18"/>
                <w:szCs w:val="18"/>
              </w:rPr>
              <w:t>960</w:t>
            </w:r>
          </w:p>
        </w:tc>
      </w:tr>
      <w:tr w:rsidR="00DF20D1" w:rsidRPr="008D530F" w14:paraId="5C50D99A" w14:textId="77777777">
        <w:tc>
          <w:tcPr>
            <w:tcW w:w="5043" w:type="dxa"/>
          </w:tcPr>
          <w:p w14:paraId="4E506D7E" w14:textId="77777777" w:rsidR="00DF20D1" w:rsidRPr="008D530F" w:rsidRDefault="0003111A">
            <w:pPr>
              <w:rPr>
                <w:sz w:val="18"/>
                <w:szCs w:val="18"/>
              </w:rPr>
            </w:pPr>
            <w:r w:rsidRPr="008D530F">
              <w:rPr>
                <w:sz w:val="18"/>
                <w:szCs w:val="18"/>
              </w:rPr>
              <w:t>Deorali</w:t>
            </w:r>
          </w:p>
        </w:tc>
        <w:tc>
          <w:tcPr>
            <w:tcW w:w="5043" w:type="dxa"/>
          </w:tcPr>
          <w:p w14:paraId="7E855668" w14:textId="77777777" w:rsidR="00DF20D1" w:rsidRPr="008D530F" w:rsidRDefault="0003111A">
            <w:pPr>
              <w:rPr>
                <w:sz w:val="18"/>
                <w:szCs w:val="18"/>
              </w:rPr>
            </w:pPr>
            <w:r w:rsidRPr="008D530F">
              <w:rPr>
                <w:sz w:val="18"/>
                <w:szCs w:val="18"/>
              </w:rPr>
              <w:t>930</w:t>
            </w:r>
          </w:p>
        </w:tc>
      </w:tr>
      <w:tr w:rsidR="00DF20D1" w:rsidRPr="008D530F" w14:paraId="25FA9283" w14:textId="77777777">
        <w:tc>
          <w:tcPr>
            <w:tcW w:w="5043" w:type="dxa"/>
          </w:tcPr>
          <w:p w14:paraId="24B8D2AC" w14:textId="77777777" w:rsidR="00DF20D1" w:rsidRPr="008D530F" w:rsidRDefault="0003111A">
            <w:pPr>
              <w:rPr>
                <w:sz w:val="18"/>
                <w:szCs w:val="18"/>
              </w:rPr>
            </w:pPr>
            <w:r w:rsidRPr="008D530F">
              <w:rPr>
                <w:sz w:val="18"/>
                <w:szCs w:val="18"/>
              </w:rPr>
              <w:t>Norbugang</w:t>
            </w:r>
          </w:p>
        </w:tc>
        <w:tc>
          <w:tcPr>
            <w:tcW w:w="5043" w:type="dxa"/>
          </w:tcPr>
          <w:p w14:paraId="6176CF46" w14:textId="77777777" w:rsidR="00DF20D1" w:rsidRPr="008D530F" w:rsidRDefault="0003111A">
            <w:pPr>
              <w:rPr>
                <w:sz w:val="18"/>
                <w:szCs w:val="18"/>
              </w:rPr>
            </w:pPr>
            <w:r w:rsidRPr="008D530F">
              <w:rPr>
                <w:sz w:val="18"/>
                <w:szCs w:val="18"/>
              </w:rPr>
              <w:t>930</w:t>
            </w:r>
          </w:p>
        </w:tc>
      </w:tr>
      <w:tr w:rsidR="00DF20D1" w:rsidRPr="008D530F" w14:paraId="6DC14D40" w14:textId="77777777">
        <w:tc>
          <w:tcPr>
            <w:tcW w:w="5043" w:type="dxa"/>
          </w:tcPr>
          <w:p w14:paraId="18D37C84" w14:textId="77777777" w:rsidR="00DF20D1" w:rsidRPr="008D530F" w:rsidRDefault="0003111A">
            <w:pPr>
              <w:rPr>
                <w:sz w:val="18"/>
                <w:szCs w:val="18"/>
              </w:rPr>
            </w:pPr>
            <w:r w:rsidRPr="008D530F">
              <w:rPr>
                <w:sz w:val="18"/>
                <w:szCs w:val="18"/>
              </w:rPr>
              <w:t>Dekiling</w:t>
            </w:r>
          </w:p>
        </w:tc>
        <w:tc>
          <w:tcPr>
            <w:tcW w:w="5043" w:type="dxa"/>
          </w:tcPr>
          <w:p w14:paraId="045C8E07" w14:textId="77777777" w:rsidR="00DF20D1" w:rsidRPr="008D530F" w:rsidRDefault="0003111A">
            <w:pPr>
              <w:rPr>
                <w:sz w:val="18"/>
                <w:szCs w:val="18"/>
              </w:rPr>
            </w:pPr>
            <w:r w:rsidRPr="008D530F">
              <w:rPr>
                <w:sz w:val="18"/>
                <w:szCs w:val="18"/>
              </w:rPr>
              <w:t>920</w:t>
            </w:r>
          </w:p>
        </w:tc>
      </w:tr>
      <w:tr w:rsidR="00DF20D1" w:rsidRPr="008D530F" w14:paraId="266909D9" w14:textId="77777777">
        <w:tc>
          <w:tcPr>
            <w:tcW w:w="5043" w:type="dxa"/>
          </w:tcPr>
          <w:p w14:paraId="2BBD7E9F" w14:textId="77777777" w:rsidR="00DF20D1" w:rsidRPr="008D530F" w:rsidRDefault="0003111A">
            <w:pPr>
              <w:rPr>
                <w:sz w:val="18"/>
                <w:szCs w:val="18"/>
              </w:rPr>
            </w:pPr>
            <w:r w:rsidRPr="008D530F">
              <w:rPr>
                <w:sz w:val="18"/>
                <w:szCs w:val="18"/>
              </w:rPr>
              <w:t>Hiley</w:t>
            </w:r>
          </w:p>
        </w:tc>
        <w:tc>
          <w:tcPr>
            <w:tcW w:w="5043" w:type="dxa"/>
          </w:tcPr>
          <w:p w14:paraId="1FAF62AB" w14:textId="77777777" w:rsidR="00DF20D1" w:rsidRPr="008D530F" w:rsidRDefault="0003111A">
            <w:pPr>
              <w:rPr>
                <w:sz w:val="18"/>
                <w:szCs w:val="18"/>
              </w:rPr>
            </w:pPr>
            <w:r w:rsidRPr="008D530F">
              <w:rPr>
                <w:sz w:val="18"/>
                <w:szCs w:val="18"/>
              </w:rPr>
              <w:t>910</w:t>
            </w:r>
          </w:p>
        </w:tc>
      </w:tr>
      <w:tr w:rsidR="00DF20D1" w:rsidRPr="008D530F" w14:paraId="6C568407" w14:textId="77777777">
        <w:tc>
          <w:tcPr>
            <w:tcW w:w="5043" w:type="dxa"/>
          </w:tcPr>
          <w:p w14:paraId="26AB8780" w14:textId="77777777" w:rsidR="00DF20D1" w:rsidRPr="008D530F" w:rsidRDefault="0003111A">
            <w:pPr>
              <w:rPr>
                <w:sz w:val="18"/>
                <w:szCs w:val="18"/>
              </w:rPr>
            </w:pPr>
            <w:r w:rsidRPr="008D530F">
              <w:rPr>
                <w:sz w:val="18"/>
                <w:szCs w:val="18"/>
              </w:rPr>
              <w:t>Ngangla</w:t>
            </w:r>
          </w:p>
        </w:tc>
        <w:tc>
          <w:tcPr>
            <w:tcW w:w="5043" w:type="dxa"/>
          </w:tcPr>
          <w:p w14:paraId="1D79FFC9" w14:textId="77777777" w:rsidR="00DF20D1" w:rsidRPr="008D530F" w:rsidRDefault="0003111A">
            <w:pPr>
              <w:rPr>
                <w:sz w:val="18"/>
                <w:szCs w:val="18"/>
              </w:rPr>
            </w:pPr>
            <w:r w:rsidRPr="008D530F">
              <w:rPr>
                <w:sz w:val="18"/>
                <w:szCs w:val="18"/>
              </w:rPr>
              <w:t>910</w:t>
            </w:r>
          </w:p>
        </w:tc>
      </w:tr>
      <w:tr w:rsidR="00DF20D1" w:rsidRPr="008D530F" w14:paraId="4B2A866B" w14:textId="77777777">
        <w:tc>
          <w:tcPr>
            <w:tcW w:w="5043" w:type="dxa"/>
          </w:tcPr>
          <w:p w14:paraId="4E1401B8" w14:textId="77777777" w:rsidR="00DF20D1" w:rsidRPr="008D530F" w:rsidRDefault="0003111A">
            <w:pPr>
              <w:rPr>
                <w:sz w:val="18"/>
                <w:szCs w:val="18"/>
              </w:rPr>
            </w:pPr>
            <w:r w:rsidRPr="008D530F">
              <w:rPr>
                <w:sz w:val="18"/>
                <w:szCs w:val="18"/>
              </w:rPr>
              <w:t>Pagli</w:t>
            </w:r>
          </w:p>
        </w:tc>
        <w:tc>
          <w:tcPr>
            <w:tcW w:w="5043" w:type="dxa"/>
          </w:tcPr>
          <w:p w14:paraId="7092CF60" w14:textId="77777777" w:rsidR="00DF20D1" w:rsidRPr="008D530F" w:rsidRDefault="0003111A">
            <w:pPr>
              <w:rPr>
                <w:sz w:val="18"/>
                <w:szCs w:val="18"/>
              </w:rPr>
            </w:pPr>
            <w:r w:rsidRPr="008D530F">
              <w:rPr>
                <w:sz w:val="18"/>
                <w:szCs w:val="18"/>
              </w:rPr>
              <w:t>900</w:t>
            </w:r>
          </w:p>
        </w:tc>
      </w:tr>
      <w:tr w:rsidR="00DF20D1" w:rsidRPr="008D530F" w14:paraId="60FD2364" w14:textId="77777777">
        <w:tc>
          <w:tcPr>
            <w:tcW w:w="5043" w:type="dxa"/>
          </w:tcPr>
          <w:p w14:paraId="39738A1E" w14:textId="77777777" w:rsidR="00DF20D1" w:rsidRPr="008D530F" w:rsidRDefault="0003111A">
            <w:pPr>
              <w:rPr>
                <w:sz w:val="18"/>
                <w:szCs w:val="18"/>
              </w:rPr>
            </w:pPr>
            <w:r w:rsidRPr="008D530F">
              <w:rPr>
                <w:sz w:val="18"/>
                <w:szCs w:val="18"/>
              </w:rPr>
              <w:t>Gozhing</w:t>
            </w:r>
          </w:p>
        </w:tc>
        <w:tc>
          <w:tcPr>
            <w:tcW w:w="5043" w:type="dxa"/>
          </w:tcPr>
          <w:p w14:paraId="2086732C" w14:textId="77777777" w:rsidR="00DF20D1" w:rsidRPr="008D530F" w:rsidRDefault="0003111A">
            <w:pPr>
              <w:rPr>
                <w:sz w:val="18"/>
                <w:szCs w:val="18"/>
              </w:rPr>
            </w:pPr>
            <w:r w:rsidRPr="008D530F">
              <w:rPr>
                <w:sz w:val="18"/>
                <w:szCs w:val="18"/>
              </w:rPr>
              <w:t>900</w:t>
            </w:r>
          </w:p>
        </w:tc>
      </w:tr>
    </w:tbl>
    <w:p w14:paraId="5D9B3180" w14:textId="77777777" w:rsidR="008D530F" w:rsidRDefault="008D530F"/>
    <w:p w14:paraId="6A43AD4F" w14:textId="1C7C2DFB" w:rsidR="00DF20D1" w:rsidRDefault="00A316D0">
      <w:r w:rsidRPr="00E203D1">
        <w:rPr>
          <w:b/>
          <w:bCs/>
        </w:rPr>
        <w:lastRenderedPageBreak/>
        <w:t>Risk of infection:</w:t>
      </w:r>
      <w:r>
        <w:t xml:space="preserve"> Current forecast (</w:t>
      </w:r>
      <w:r>
        <w:t>22</w:t>
      </w:r>
      <w:r>
        <w:t xml:space="preserve"> – </w:t>
      </w:r>
      <w:r>
        <w:t>27</w:t>
      </w:r>
      <w:r>
        <w:t xml:space="preserve"> Feb) indicates generally low infection efficiency, with some </w:t>
      </w:r>
      <w:r w:rsidR="00733539">
        <w:t xml:space="preserve">small </w:t>
      </w:r>
      <w:r>
        <w:t xml:space="preserve">pockets of moderate infection efficiency in lowland southern areas. </w:t>
      </w:r>
    </w:p>
    <w:p w14:paraId="415CA4D0" w14:textId="77777777" w:rsidR="00DF20D1" w:rsidRDefault="0003111A">
      <w:r>
        <w:rPr>
          <w:noProof/>
        </w:rPr>
        <w:drawing>
          <wp:inline distT="0" distB="0" distL="0" distR="0" wp14:anchorId="672D6F6D" wp14:editId="3CF6243B">
            <wp:extent cx="6153150" cy="38004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leaf_rust_total_202402220000_202402280000_map.png"/>
                    <pic:cNvPicPr/>
                  </pic:nvPicPr>
                  <pic:blipFill>
                    <a:blip r:embed="rId10"/>
                    <a:stretch>
                      <a:fillRect/>
                    </a:stretch>
                  </pic:blipFill>
                  <pic:spPr>
                    <a:xfrm>
                      <a:off x="0" y="0"/>
                      <a:ext cx="6163292" cy="3806739"/>
                    </a:xfrm>
                    <a:prstGeom prst="rect">
                      <a:avLst/>
                    </a:prstGeom>
                  </pic:spPr>
                </pic:pic>
              </a:graphicData>
            </a:graphic>
          </wp:inline>
        </w:drawing>
      </w:r>
    </w:p>
    <w:p w14:paraId="1A2B95BC" w14:textId="77777777" w:rsidR="00DF20D1" w:rsidRDefault="0003111A">
      <w:pPr>
        <w:pStyle w:val="Caption"/>
      </w:pPr>
      <w:r>
        <w:t>Map 2: Leaf rust suitability for infection forecast Bhutan 22 Feb - 27 Feb 2024</w:t>
      </w:r>
    </w:p>
    <w:p w14:paraId="151BFC6E" w14:textId="0D812010" w:rsidR="00DF20D1" w:rsidRDefault="0003111A">
      <w:r>
        <w:t>The 20 most impacted districts</w:t>
      </w:r>
      <w:r w:rsidR="00733539">
        <w:t xml:space="preserve"> (infection efficiency)</w:t>
      </w:r>
      <w:r>
        <w:t xml:space="preserve"> are presented in the table below.</w:t>
      </w:r>
      <w:r w:rsidR="00603201">
        <w:t xml:space="preserve"> </w:t>
      </w:r>
      <w:r w:rsidR="00074150">
        <w:t>The information however should be considered along with presence of wheat, the growth stage and resistance level of the host.</w:t>
      </w:r>
    </w:p>
    <w:tbl>
      <w:tblPr>
        <w:tblStyle w:val="TableGrid"/>
        <w:tblW w:w="0" w:type="auto"/>
        <w:tblLook w:val="04A0" w:firstRow="1" w:lastRow="0" w:firstColumn="1" w:lastColumn="0" w:noHBand="0" w:noVBand="1"/>
      </w:tblPr>
      <w:tblGrid>
        <w:gridCol w:w="5038"/>
        <w:gridCol w:w="5038"/>
      </w:tblGrid>
      <w:tr w:rsidR="00DF20D1" w:rsidRPr="00733539" w14:paraId="4C3BC3C8" w14:textId="77777777">
        <w:tc>
          <w:tcPr>
            <w:tcW w:w="5043" w:type="dxa"/>
          </w:tcPr>
          <w:p w14:paraId="6DAFC51A" w14:textId="77777777" w:rsidR="00DF20D1" w:rsidRPr="00733539" w:rsidRDefault="0003111A">
            <w:pPr>
              <w:rPr>
                <w:sz w:val="18"/>
                <w:szCs w:val="18"/>
              </w:rPr>
            </w:pPr>
            <w:r w:rsidRPr="00733539">
              <w:rPr>
                <w:sz w:val="18"/>
                <w:szCs w:val="18"/>
              </w:rPr>
              <w:t>admin2Name</w:t>
            </w:r>
          </w:p>
        </w:tc>
        <w:tc>
          <w:tcPr>
            <w:tcW w:w="5043" w:type="dxa"/>
          </w:tcPr>
          <w:p w14:paraId="0B2958AE" w14:textId="77777777" w:rsidR="00DF20D1" w:rsidRPr="00733539" w:rsidRDefault="0003111A">
            <w:pPr>
              <w:rPr>
                <w:sz w:val="18"/>
                <w:szCs w:val="18"/>
              </w:rPr>
            </w:pPr>
            <w:r w:rsidRPr="00733539">
              <w:rPr>
                <w:sz w:val="18"/>
                <w:szCs w:val="18"/>
              </w:rPr>
              <w:t>RIE_leaf_rust_%</w:t>
            </w:r>
          </w:p>
        </w:tc>
      </w:tr>
      <w:tr w:rsidR="00DF20D1" w:rsidRPr="00733539" w14:paraId="4BA6C2D3" w14:textId="77777777">
        <w:tc>
          <w:tcPr>
            <w:tcW w:w="5043" w:type="dxa"/>
          </w:tcPr>
          <w:p w14:paraId="2BD2AED1" w14:textId="77777777" w:rsidR="00DF20D1" w:rsidRPr="00733539" w:rsidRDefault="0003111A">
            <w:pPr>
              <w:rPr>
                <w:sz w:val="18"/>
                <w:szCs w:val="18"/>
              </w:rPr>
            </w:pPr>
            <w:r w:rsidRPr="00733539">
              <w:rPr>
                <w:sz w:val="18"/>
                <w:szCs w:val="18"/>
              </w:rPr>
              <w:t>Pagli</w:t>
            </w:r>
          </w:p>
        </w:tc>
        <w:tc>
          <w:tcPr>
            <w:tcW w:w="5043" w:type="dxa"/>
          </w:tcPr>
          <w:p w14:paraId="4C8955A0" w14:textId="77777777" w:rsidR="00DF20D1" w:rsidRPr="00733539" w:rsidRDefault="0003111A">
            <w:pPr>
              <w:rPr>
                <w:sz w:val="18"/>
                <w:szCs w:val="18"/>
              </w:rPr>
            </w:pPr>
            <w:r w:rsidRPr="00733539">
              <w:rPr>
                <w:sz w:val="18"/>
                <w:szCs w:val="18"/>
              </w:rPr>
              <w:t>33</w:t>
            </w:r>
          </w:p>
        </w:tc>
      </w:tr>
      <w:tr w:rsidR="00DF20D1" w:rsidRPr="00733539" w14:paraId="2B8AB1F0" w14:textId="77777777">
        <w:tc>
          <w:tcPr>
            <w:tcW w:w="5043" w:type="dxa"/>
          </w:tcPr>
          <w:p w14:paraId="578D017A" w14:textId="77777777" w:rsidR="00DF20D1" w:rsidRPr="00733539" w:rsidRDefault="0003111A">
            <w:pPr>
              <w:rPr>
                <w:sz w:val="18"/>
                <w:szCs w:val="18"/>
              </w:rPr>
            </w:pPr>
            <w:r w:rsidRPr="00733539">
              <w:rPr>
                <w:sz w:val="18"/>
                <w:szCs w:val="18"/>
              </w:rPr>
              <w:t>Samtse</w:t>
            </w:r>
          </w:p>
        </w:tc>
        <w:tc>
          <w:tcPr>
            <w:tcW w:w="5043" w:type="dxa"/>
          </w:tcPr>
          <w:p w14:paraId="577E8394" w14:textId="77777777" w:rsidR="00DF20D1" w:rsidRPr="00733539" w:rsidRDefault="0003111A">
            <w:pPr>
              <w:rPr>
                <w:sz w:val="18"/>
                <w:szCs w:val="18"/>
              </w:rPr>
            </w:pPr>
            <w:r w:rsidRPr="00733539">
              <w:rPr>
                <w:sz w:val="18"/>
                <w:szCs w:val="18"/>
              </w:rPr>
              <w:t>32</w:t>
            </w:r>
          </w:p>
        </w:tc>
      </w:tr>
      <w:tr w:rsidR="00DF20D1" w:rsidRPr="00733539" w14:paraId="4C7540F1" w14:textId="77777777">
        <w:tc>
          <w:tcPr>
            <w:tcW w:w="5043" w:type="dxa"/>
          </w:tcPr>
          <w:p w14:paraId="02D9109E" w14:textId="77777777" w:rsidR="00DF20D1" w:rsidRPr="00733539" w:rsidRDefault="0003111A">
            <w:pPr>
              <w:rPr>
                <w:sz w:val="18"/>
                <w:szCs w:val="18"/>
              </w:rPr>
            </w:pPr>
            <w:r w:rsidRPr="00733539">
              <w:rPr>
                <w:sz w:val="18"/>
                <w:szCs w:val="18"/>
              </w:rPr>
              <w:t>Ugentse</w:t>
            </w:r>
          </w:p>
        </w:tc>
        <w:tc>
          <w:tcPr>
            <w:tcW w:w="5043" w:type="dxa"/>
          </w:tcPr>
          <w:p w14:paraId="5C5F3B5D" w14:textId="77777777" w:rsidR="00DF20D1" w:rsidRPr="00733539" w:rsidRDefault="0003111A">
            <w:pPr>
              <w:rPr>
                <w:sz w:val="18"/>
                <w:szCs w:val="18"/>
              </w:rPr>
            </w:pPr>
            <w:r w:rsidRPr="00733539">
              <w:rPr>
                <w:sz w:val="18"/>
                <w:szCs w:val="18"/>
              </w:rPr>
              <w:t>30</w:t>
            </w:r>
          </w:p>
        </w:tc>
      </w:tr>
      <w:tr w:rsidR="00DF20D1" w:rsidRPr="00733539" w14:paraId="411C19AB" w14:textId="77777777">
        <w:tc>
          <w:tcPr>
            <w:tcW w:w="5043" w:type="dxa"/>
          </w:tcPr>
          <w:p w14:paraId="49494C72" w14:textId="77777777" w:rsidR="00DF20D1" w:rsidRPr="00733539" w:rsidRDefault="0003111A">
            <w:pPr>
              <w:rPr>
                <w:sz w:val="18"/>
                <w:szCs w:val="18"/>
              </w:rPr>
            </w:pPr>
            <w:r w:rsidRPr="00733539">
              <w:rPr>
                <w:sz w:val="18"/>
                <w:szCs w:val="18"/>
              </w:rPr>
              <w:t>Langchhenphu</w:t>
            </w:r>
          </w:p>
        </w:tc>
        <w:tc>
          <w:tcPr>
            <w:tcW w:w="5043" w:type="dxa"/>
          </w:tcPr>
          <w:p w14:paraId="1C0684A9" w14:textId="77777777" w:rsidR="00DF20D1" w:rsidRPr="00733539" w:rsidRDefault="0003111A">
            <w:pPr>
              <w:rPr>
                <w:sz w:val="18"/>
                <w:szCs w:val="18"/>
              </w:rPr>
            </w:pPr>
            <w:r w:rsidRPr="00733539">
              <w:rPr>
                <w:sz w:val="18"/>
                <w:szCs w:val="18"/>
              </w:rPr>
              <w:t>28</w:t>
            </w:r>
          </w:p>
        </w:tc>
      </w:tr>
      <w:tr w:rsidR="00DF20D1" w:rsidRPr="00733539" w14:paraId="7D091D4A" w14:textId="77777777">
        <w:tc>
          <w:tcPr>
            <w:tcW w:w="5043" w:type="dxa"/>
          </w:tcPr>
          <w:p w14:paraId="6E117987" w14:textId="77777777" w:rsidR="00DF20D1" w:rsidRPr="00733539" w:rsidRDefault="0003111A">
            <w:pPr>
              <w:rPr>
                <w:sz w:val="18"/>
                <w:szCs w:val="18"/>
              </w:rPr>
            </w:pPr>
            <w:r w:rsidRPr="00733539">
              <w:rPr>
                <w:sz w:val="18"/>
                <w:szCs w:val="18"/>
              </w:rPr>
              <w:t>Umling</w:t>
            </w:r>
          </w:p>
        </w:tc>
        <w:tc>
          <w:tcPr>
            <w:tcW w:w="5043" w:type="dxa"/>
          </w:tcPr>
          <w:p w14:paraId="2F702A07" w14:textId="77777777" w:rsidR="00DF20D1" w:rsidRPr="00733539" w:rsidRDefault="0003111A">
            <w:pPr>
              <w:rPr>
                <w:sz w:val="18"/>
                <w:szCs w:val="18"/>
              </w:rPr>
            </w:pPr>
            <w:r w:rsidRPr="00733539">
              <w:rPr>
                <w:sz w:val="18"/>
                <w:szCs w:val="18"/>
              </w:rPr>
              <w:t>27</w:t>
            </w:r>
          </w:p>
        </w:tc>
      </w:tr>
      <w:tr w:rsidR="00DF20D1" w:rsidRPr="00733539" w14:paraId="6794F73E" w14:textId="77777777">
        <w:tc>
          <w:tcPr>
            <w:tcW w:w="5043" w:type="dxa"/>
          </w:tcPr>
          <w:p w14:paraId="61B59C69" w14:textId="77777777" w:rsidR="00DF20D1" w:rsidRPr="00733539" w:rsidRDefault="0003111A">
            <w:pPr>
              <w:rPr>
                <w:sz w:val="18"/>
                <w:szCs w:val="18"/>
              </w:rPr>
            </w:pPr>
            <w:r w:rsidRPr="00733539">
              <w:rPr>
                <w:sz w:val="18"/>
                <w:szCs w:val="18"/>
              </w:rPr>
              <w:t>Tading</w:t>
            </w:r>
          </w:p>
        </w:tc>
        <w:tc>
          <w:tcPr>
            <w:tcW w:w="5043" w:type="dxa"/>
          </w:tcPr>
          <w:p w14:paraId="0F3E6427" w14:textId="77777777" w:rsidR="00DF20D1" w:rsidRPr="00733539" w:rsidRDefault="0003111A">
            <w:pPr>
              <w:rPr>
                <w:sz w:val="18"/>
                <w:szCs w:val="18"/>
              </w:rPr>
            </w:pPr>
            <w:r w:rsidRPr="00733539">
              <w:rPr>
                <w:sz w:val="18"/>
                <w:szCs w:val="18"/>
              </w:rPr>
              <w:t>26</w:t>
            </w:r>
          </w:p>
        </w:tc>
      </w:tr>
      <w:tr w:rsidR="00DF20D1" w:rsidRPr="00733539" w14:paraId="4AB431B2" w14:textId="77777777">
        <w:tc>
          <w:tcPr>
            <w:tcW w:w="5043" w:type="dxa"/>
          </w:tcPr>
          <w:p w14:paraId="58DE05E0" w14:textId="77777777" w:rsidR="00DF20D1" w:rsidRPr="00733539" w:rsidRDefault="0003111A">
            <w:pPr>
              <w:rPr>
                <w:sz w:val="18"/>
                <w:szCs w:val="18"/>
              </w:rPr>
            </w:pPr>
            <w:r w:rsidRPr="00733539">
              <w:rPr>
                <w:sz w:val="18"/>
                <w:szCs w:val="18"/>
              </w:rPr>
              <w:t>Samphelling</w:t>
            </w:r>
          </w:p>
        </w:tc>
        <w:tc>
          <w:tcPr>
            <w:tcW w:w="5043" w:type="dxa"/>
          </w:tcPr>
          <w:p w14:paraId="589441FB" w14:textId="77777777" w:rsidR="00DF20D1" w:rsidRPr="00733539" w:rsidRDefault="0003111A">
            <w:pPr>
              <w:rPr>
                <w:sz w:val="18"/>
                <w:szCs w:val="18"/>
              </w:rPr>
            </w:pPr>
            <w:r w:rsidRPr="00733539">
              <w:rPr>
                <w:sz w:val="18"/>
                <w:szCs w:val="18"/>
              </w:rPr>
              <w:t>25</w:t>
            </w:r>
          </w:p>
        </w:tc>
      </w:tr>
      <w:tr w:rsidR="00DF20D1" w:rsidRPr="00733539" w14:paraId="5E546016" w14:textId="77777777">
        <w:tc>
          <w:tcPr>
            <w:tcW w:w="5043" w:type="dxa"/>
          </w:tcPr>
          <w:p w14:paraId="7DE348A3" w14:textId="77777777" w:rsidR="00DF20D1" w:rsidRPr="00733539" w:rsidRDefault="0003111A">
            <w:pPr>
              <w:rPr>
                <w:sz w:val="18"/>
                <w:szCs w:val="18"/>
              </w:rPr>
            </w:pPr>
            <w:r w:rsidRPr="00733539">
              <w:rPr>
                <w:sz w:val="18"/>
                <w:szCs w:val="18"/>
              </w:rPr>
              <w:t>Taklai</w:t>
            </w:r>
          </w:p>
        </w:tc>
        <w:tc>
          <w:tcPr>
            <w:tcW w:w="5043" w:type="dxa"/>
          </w:tcPr>
          <w:p w14:paraId="1366804A" w14:textId="77777777" w:rsidR="00DF20D1" w:rsidRPr="00733539" w:rsidRDefault="0003111A">
            <w:pPr>
              <w:rPr>
                <w:sz w:val="18"/>
                <w:szCs w:val="18"/>
              </w:rPr>
            </w:pPr>
            <w:r w:rsidRPr="00733539">
              <w:rPr>
                <w:sz w:val="18"/>
                <w:szCs w:val="18"/>
              </w:rPr>
              <w:t>24</w:t>
            </w:r>
          </w:p>
        </w:tc>
      </w:tr>
      <w:tr w:rsidR="00DF20D1" w:rsidRPr="00733539" w14:paraId="5E316A33" w14:textId="77777777">
        <w:tc>
          <w:tcPr>
            <w:tcW w:w="5043" w:type="dxa"/>
          </w:tcPr>
          <w:p w14:paraId="65F71796" w14:textId="77777777" w:rsidR="00DF20D1" w:rsidRPr="00733539" w:rsidRDefault="0003111A">
            <w:pPr>
              <w:rPr>
                <w:sz w:val="18"/>
                <w:szCs w:val="18"/>
              </w:rPr>
            </w:pPr>
            <w:r w:rsidRPr="00733539">
              <w:rPr>
                <w:sz w:val="18"/>
                <w:szCs w:val="18"/>
              </w:rPr>
              <w:t>Dorokha</w:t>
            </w:r>
          </w:p>
        </w:tc>
        <w:tc>
          <w:tcPr>
            <w:tcW w:w="5043" w:type="dxa"/>
          </w:tcPr>
          <w:p w14:paraId="5350CF66" w14:textId="77777777" w:rsidR="00DF20D1" w:rsidRPr="00733539" w:rsidRDefault="0003111A">
            <w:pPr>
              <w:rPr>
                <w:sz w:val="18"/>
                <w:szCs w:val="18"/>
              </w:rPr>
            </w:pPr>
            <w:r w:rsidRPr="00733539">
              <w:rPr>
                <w:sz w:val="18"/>
                <w:szCs w:val="18"/>
              </w:rPr>
              <w:t>23</w:t>
            </w:r>
          </w:p>
        </w:tc>
      </w:tr>
      <w:tr w:rsidR="00DF20D1" w:rsidRPr="00733539" w14:paraId="3DC6B806" w14:textId="77777777">
        <w:tc>
          <w:tcPr>
            <w:tcW w:w="5043" w:type="dxa"/>
          </w:tcPr>
          <w:p w14:paraId="28C400D1" w14:textId="77777777" w:rsidR="00DF20D1" w:rsidRPr="00733539" w:rsidRDefault="0003111A">
            <w:pPr>
              <w:rPr>
                <w:sz w:val="18"/>
                <w:szCs w:val="18"/>
              </w:rPr>
            </w:pPr>
            <w:r w:rsidRPr="00733539">
              <w:rPr>
                <w:sz w:val="18"/>
                <w:szCs w:val="18"/>
              </w:rPr>
              <w:t>Sherzhong</w:t>
            </w:r>
          </w:p>
        </w:tc>
        <w:tc>
          <w:tcPr>
            <w:tcW w:w="5043" w:type="dxa"/>
          </w:tcPr>
          <w:p w14:paraId="0260270C" w14:textId="77777777" w:rsidR="00DF20D1" w:rsidRPr="00733539" w:rsidRDefault="0003111A">
            <w:pPr>
              <w:rPr>
                <w:sz w:val="18"/>
                <w:szCs w:val="18"/>
              </w:rPr>
            </w:pPr>
            <w:r w:rsidRPr="00733539">
              <w:rPr>
                <w:sz w:val="18"/>
                <w:szCs w:val="18"/>
              </w:rPr>
              <w:t>23</w:t>
            </w:r>
          </w:p>
        </w:tc>
      </w:tr>
      <w:tr w:rsidR="00DF20D1" w:rsidRPr="00733539" w14:paraId="5ED15DC3" w14:textId="77777777">
        <w:tc>
          <w:tcPr>
            <w:tcW w:w="5043" w:type="dxa"/>
          </w:tcPr>
          <w:p w14:paraId="0B8E8EA9" w14:textId="77777777" w:rsidR="00DF20D1" w:rsidRPr="00733539" w:rsidRDefault="0003111A">
            <w:pPr>
              <w:rPr>
                <w:sz w:val="18"/>
                <w:szCs w:val="18"/>
              </w:rPr>
            </w:pPr>
            <w:r w:rsidRPr="00733539">
              <w:rPr>
                <w:sz w:val="18"/>
                <w:szCs w:val="18"/>
              </w:rPr>
              <w:t>Yoeseltse</w:t>
            </w:r>
          </w:p>
        </w:tc>
        <w:tc>
          <w:tcPr>
            <w:tcW w:w="5043" w:type="dxa"/>
          </w:tcPr>
          <w:p w14:paraId="770390A7" w14:textId="77777777" w:rsidR="00DF20D1" w:rsidRPr="00733539" w:rsidRDefault="0003111A">
            <w:pPr>
              <w:rPr>
                <w:sz w:val="18"/>
                <w:szCs w:val="18"/>
              </w:rPr>
            </w:pPr>
            <w:r w:rsidRPr="00733539">
              <w:rPr>
                <w:sz w:val="18"/>
                <w:szCs w:val="18"/>
              </w:rPr>
              <w:t>22</w:t>
            </w:r>
          </w:p>
        </w:tc>
      </w:tr>
      <w:tr w:rsidR="00DF20D1" w:rsidRPr="00733539" w14:paraId="67A26280" w14:textId="77777777">
        <w:tc>
          <w:tcPr>
            <w:tcW w:w="5043" w:type="dxa"/>
          </w:tcPr>
          <w:p w14:paraId="2106EEDD" w14:textId="77777777" w:rsidR="00DF20D1" w:rsidRPr="00733539" w:rsidRDefault="0003111A">
            <w:pPr>
              <w:rPr>
                <w:sz w:val="18"/>
                <w:szCs w:val="18"/>
              </w:rPr>
            </w:pPr>
            <w:r w:rsidRPr="00733539">
              <w:rPr>
                <w:sz w:val="18"/>
                <w:szCs w:val="18"/>
              </w:rPr>
              <w:t>Chengmari</w:t>
            </w:r>
          </w:p>
        </w:tc>
        <w:tc>
          <w:tcPr>
            <w:tcW w:w="5043" w:type="dxa"/>
          </w:tcPr>
          <w:p w14:paraId="220652C7" w14:textId="77777777" w:rsidR="00DF20D1" w:rsidRPr="00733539" w:rsidRDefault="0003111A">
            <w:pPr>
              <w:rPr>
                <w:sz w:val="18"/>
                <w:szCs w:val="18"/>
              </w:rPr>
            </w:pPr>
            <w:r w:rsidRPr="00733539">
              <w:rPr>
                <w:sz w:val="18"/>
                <w:szCs w:val="18"/>
              </w:rPr>
              <w:t>22</w:t>
            </w:r>
          </w:p>
        </w:tc>
      </w:tr>
      <w:tr w:rsidR="00DF20D1" w:rsidRPr="00733539" w14:paraId="5E900523" w14:textId="77777777">
        <w:tc>
          <w:tcPr>
            <w:tcW w:w="5043" w:type="dxa"/>
          </w:tcPr>
          <w:p w14:paraId="5BA9A9E8" w14:textId="77777777" w:rsidR="00DF20D1" w:rsidRPr="00733539" w:rsidRDefault="0003111A">
            <w:pPr>
              <w:rPr>
                <w:sz w:val="18"/>
                <w:szCs w:val="18"/>
              </w:rPr>
            </w:pPr>
            <w:r w:rsidRPr="00733539">
              <w:rPr>
                <w:sz w:val="18"/>
                <w:szCs w:val="18"/>
              </w:rPr>
              <w:t>Phuentsholing</w:t>
            </w:r>
          </w:p>
        </w:tc>
        <w:tc>
          <w:tcPr>
            <w:tcW w:w="5043" w:type="dxa"/>
          </w:tcPr>
          <w:p w14:paraId="16E80838" w14:textId="77777777" w:rsidR="00DF20D1" w:rsidRPr="00733539" w:rsidRDefault="0003111A">
            <w:pPr>
              <w:rPr>
                <w:sz w:val="18"/>
                <w:szCs w:val="18"/>
              </w:rPr>
            </w:pPr>
            <w:r w:rsidRPr="00733539">
              <w:rPr>
                <w:sz w:val="18"/>
                <w:szCs w:val="18"/>
              </w:rPr>
              <w:t>21</w:t>
            </w:r>
          </w:p>
        </w:tc>
      </w:tr>
      <w:tr w:rsidR="00DF20D1" w:rsidRPr="00733539" w14:paraId="4B198919" w14:textId="77777777">
        <w:tc>
          <w:tcPr>
            <w:tcW w:w="5043" w:type="dxa"/>
          </w:tcPr>
          <w:p w14:paraId="562203C7" w14:textId="77777777" w:rsidR="00DF20D1" w:rsidRPr="00733539" w:rsidRDefault="0003111A">
            <w:pPr>
              <w:rPr>
                <w:sz w:val="18"/>
                <w:szCs w:val="18"/>
              </w:rPr>
            </w:pPr>
            <w:r w:rsidRPr="00733539">
              <w:rPr>
                <w:sz w:val="18"/>
                <w:szCs w:val="18"/>
              </w:rPr>
              <w:t>Gelephu</w:t>
            </w:r>
          </w:p>
        </w:tc>
        <w:tc>
          <w:tcPr>
            <w:tcW w:w="5043" w:type="dxa"/>
          </w:tcPr>
          <w:p w14:paraId="71F7D0FE" w14:textId="77777777" w:rsidR="00DF20D1" w:rsidRPr="00733539" w:rsidRDefault="0003111A">
            <w:pPr>
              <w:rPr>
                <w:sz w:val="18"/>
                <w:szCs w:val="18"/>
              </w:rPr>
            </w:pPr>
            <w:r w:rsidRPr="00733539">
              <w:rPr>
                <w:sz w:val="18"/>
                <w:szCs w:val="18"/>
              </w:rPr>
              <w:t>20</w:t>
            </w:r>
          </w:p>
        </w:tc>
      </w:tr>
      <w:tr w:rsidR="00DF20D1" w:rsidRPr="00733539" w14:paraId="38DF589C" w14:textId="77777777">
        <w:tc>
          <w:tcPr>
            <w:tcW w:w="5043" w:type="dxa"/>
          </w:tcPr>
          <w:p w14:paraId="2DAD626B" w14:textId="77777777" w:rsidR="00DF20D1" w:rsidRPr="00733539" w:rsidRDefault="0003111A">
            <w:pPr>
              <w:rPr>
                <w:sz w:val="18"/>
                <w:szCs w:val="18"/>
              </w:rPr>
            </w:pPr>
            <w:r w:rsidRPr="00733539">
              <w:rPr>
                <w:sz w:val="18"/>
                <w:szCs w:val="18"/>
              </w:rPr>
              <w:t>Pangkhar</w:t>
            </w:r>
          </w:p>
        </w:tc>
        <w:tc>
          <w:tcPr>
            <w:tcW w:w="5043" w:type="dxa"/>
          </w:tcPr>
          <w:p w14:paraId="6FA570A5" w14:textId="77777777" w:rsidR="00DF20D1" w:rsidRPr="00733539" w:rsidRDefault="0003111A">
            <w:pPr>
              <w:rPr>
                <w:sz w:val="18"/>
                <w:szCs w:val="18"/>
              </w:rPr>
            </w:pPr>
            <w:r w:rsidRPr="00733539">
              <w:rPr>
                <w:sz w:val="18"/>
                <w:szCs w:val="18"/>
              </w:rPr>
              <w:t>20</w:t>
            </w:r>
          </w:p>
        </w:tc>
      </w:tr>
      <w:tr w:rsidR="00DF20D1" w:rsidRPr="00733539" w14:paraId="207B50C5" w14:textId="77777777">
        <w:tc>
          <w:tcPr>
            <w:tcW w:w="5043" w:type="dxa"/>
          </w:tcPr>
          <w:p w14:paraId="6B573D73" w14:textId="77777777" w:rsidR="00DF20D1" w:rsidRPr="00733539" w:rsidRDefault="0003111A">
            <w:pPr>
              <w:rPr>
                <w:sz w:val="18"/>
                <w:szCs w:val="18"/>
              </w:rPr>
            </w:pPr>
            <w:r w:rsidRPr="00733539">
              <w:rPr>
                <w:sz w:val="18"/>
                <w:szCs w:val="18"/>
              </w:rPr>
              <w:t>Gozhing</w:t>
            </w:r>
          </w:p>
        </w:tc>
        <w:tc>
          <w:tcPr>
            <w:tcW w:w="5043" w:type="dxa"/>
          </w:tcPr>
          <w:p w14:paraId="0CDD4A62" w14:textId="77777777" w:rsidR="00DF20D1" w:rsidRPr="00733539" w:rsidRDefault="0003111A">
            <w:pPr>
              <w:rPr>
                <w:sz w:val="18"/>
                <w:szCs w:val="18"/>
              </w:rPr>
            </w:pPr>
            <w:r w:rsidRPr="00733539">
              <w:rPr>
                <w:sz w:val="18"/>
                <w:szCs w:val="18"/>
              </w:rPr>
              <w:t>20</w:t>
            </w:r>
          </w:p>
        </w:tc>
      </w:tr>
      <w:tr w:rsidR="00DF20D1" w:rsidRPr="00733539" w14:paraId="288A14A0" w14:textId="77777777">
        <w:tc>
          <w:tcPr>
            <w:tcW w:w="5043" w:type="dxa"/>
          </w:tcPr>
          <w:p w14:paraId="35D64DC3" w14:textId="77777777" w:rsidR="00DF20D1" w:rsidRPr="00733539" w:rsidRDefault="0003111A">
            <w:pPr>
              <w:rPr>
                <w:sz w:val="18"/>
                <w:szCs w:val="18"/>
              </w:rPr>
            </w:pPr>
            <w:r w:rsidRPr="00733539">
              <w:rPr>
                <w:sz w:val="18"/>
                <w:szCs w:val="18"/>
              </w:rPr>
              <w:t>Chhuzagang</w:t>
            </w:r>
          </w:p>
        </w:tc>
        <w:tc>
          <w:tcPr>
            <w:tcW w:w="5043" w:type="dxa"/>
          </w:tcPr>
          <w:p w14:paraId="79721484" w14:textId="77777777" w:rsidR="00DF20D1" w:rsidRPr="00733539" w:rsidRDefault="0003111A">
            <w:pPr>
              <w:rPr>
                <w:sz w:val="18"/>
                <w:szCs w:val="18"/>
              </w:rPr>
            </w:pPr>
            <w:r w:rsidRPr="00733539">
              <w:rPr>
                <w:sz w:val="18"/>
                <w:szCs w:val="18"/>
              </w:rPr>
              <w:t>20</w:t>
            </w:r>
          </w:p>
        </w:tc>
      </w:tr>
      <w:tr w:rsidR="00DF20D1" w:rsidRPr="00733539" w14:paraId="54061F4B" w14:textId="77777777">
        <w:tc>
          <w:tcPr>
            <w:tcW w:w="5043" w:type="dxa"/>
          </w:tcPr>
          <w:p w14:paraId="5445FD97" w14:textId="77777777" w:rsidR="00DF20D1" w:rsidRPr="00733539" w:rsidRDefault="0003111A">
            <w:pPr>
              <w:rPr>
                <w:sz w:val="18"/>
                <w:szCs w:val="18"/>
              </w:rPr>
            </w:pPr>
            <w:r w:rsidRPr="00733539">
              <w:rPr>
                <w:sz w:val="18"/>
                <w:szCs w:val="18"/>
              </w:rPr>
              <w:t>Samrang</w:t>
            </w:r>
          </w:p>
        </w:tc>
        <w:tc>
          <w:tcPr>
            <w:tcW w:w="5043" w:type="dxa"/>
          </w:tcPr>
          <w:p w14:paraId="1C1E5DED" w14:textId="77777777" w:rsidR="00DF20D1" w:rsidRPr="00733539" w:rsidRDefault="0003111A">
            <w:pPr>
              <w:rPr>
                <w:sz w:val="18"/>
                <w:szCs w:val="18"/>
              </w:rPr>
            </w:pPr>
            <w:r w:rsidRPr="00733539">
              <w:rPr>
                <w:sz w:val="18"/>
                <w:szCs w:val="18"/>
              </w:rPr>
              <w:t>19</w:t>
            </w:r>
          </w:p>
        </w:tc>
      </w:tr>
      <w:tr w:rsidR="00DF20D1" w:rsidRPr="00733539" w14:paraId="501F899B" w14:textId="77777777">
        <w:tc>
          <w:tcPr>
            <w:tcW w:w="5043" w:type="dxa"/>
          </w:tcPr>
          <w:p w14:paraId="09EB640E" w14:textId="77777777" w:rsidR="00DF20D1" w:rsidRPr="00733539" w:rsidRDefault="0003111A">
            <w:pPr>
              <w:rPr>
                <w:sz w:val="18"/>
                <w:szCs w:val="18"/>
              </w:rPr>
            </w:pPr>
            <w:r w:rsidRPr="00733539">
              <w:rPr>
                <w:sz w:val="18"/>
                <w:szCs w:val="18"/>
              </w:rPr>
              <w:t>Dekiling</w:t>
            </w:r>
          </w:p>
        </w:tc>
        <w:tc>
          <w:tcPr>
            <w:tcW w:w="5043" w:type="dxa"/>
          </w:tcPr>
          <w:p w14:paraId="266A1E77" w14:textId="77777777" w:rsidR="00DF20D1" w:rsidRPr="00733539" w:rsidRDefault="0003111A">
            <w:pPr>
              <w:rPr>
                <w:sz w:val="18"/>
                <w:szCs w:val="18"/>
              </w:rPr>
            </w:pPr>
            <w:r w:rsidRPr="00733539">
              <w:rPr>
                <w:sz w:val="18"/>
                <w:szCs w:val="18"/>
              </w:rPr>
              <w:t>19</w:t>
            </w:r>
          </w:p>
        </w:tc>
      </w:tr>
      <w:tr w:rsidR="00DF20D1" w:rsidRPr="00733539" w14:paraId="507B45EE" w14:textId="77777777">
        <w:tc>
          <w:tcPr>
            <w:tcW w:w="5043" w:type="dxa"/>
          </w:tcPr>
          <w:p w14:paraId="64EED8FF" w14:textId="77777777" w:rsidR="00DF20D1" w:rsidRPr="00733539" w:rsidRDefault="0003111A">
            <w:pPr>
              <w:rPr>
                <w:sz w:val="18"/>
                <w:szCs w:val="18"/>
              </w:rPr>
            </w:pPr>
            <w:r w:rsidRPr="00733539">
              <w:rPr>
                <w:sz w:val="18"/>
                <w:szCs w:val="18"/>
              </w:rPr>
              <w:t>Bhur</w:t>
            </w:r>
          </w:p>
        </w:tc>
        <w:tc>
          <w:tcPr>
            <w:tcW w:w="5043" w:type="dxa"/>
          </w:tcPr>
          <w:p w14:paraId="3A0798BC" w14:textId="77777777" w:rsidR="00DF20D1" w:rsidRPr="00733539" w:rsidRDefault="0003111A">
            <w:pPr>
              <w:rPr>
                <w:sz w:val="18"/>
                <w:szCs w:val="18"/>
              </w:rPr>
            </w:pPr>
            <w:r w:rsidRPr="00733539">
              <w:rPr>
                <w:sz w:val="18"/>
                <w:szCs w:val="18"/>
              </w:rPr>
              <w:t>19</w:t>
            </w:r>
          </w:p>
        </w:tc>
      </w:tr>
    </w:tbl>
    <w:p w14:paraId="5B3031FB" w14:textId="77777777" w:rsidR="00DF20D1" w:rsidRDefault="0003111A">
      <w:pPr>
        <w:pStyle w:val="Heading2"/>
      </w:pPr>
      <w:r>
        <w:lastRenderedPageBreak/>
        <w:t>Stripe rust</w:t>
      </w:r>
    </w:p>
    <w:p w14:paraId="62FA5F5F" w14:textId="291B61B9" w:rsidR="00DF20D1" w:rsidRDefault="00733539">
      <w:r w:rsidRPr="0090389C">
        <w:rPr>
          <w:b/>
          <w:bCs/>
        </w:rPr>
        <w:t>Disp</w:t>
      </w:r>
      <w:r w:rsidR="0090389C" w:rsidRPr="0090389C">
        <w:rPr>
          <w:b/>
          <w:bCs/>
        </w:rPr>
        <w:t>ersal:</w:t>
      </w:r>
      <w:r w:rsidR="0090389C">
        <w:t xml:space="preserve"> </w:t>
      </w:r>
      <w:r w:rsidR="0003111A">
        <w:t>Current forecast (22 Feb - 28 Feb) indicates</w:t>
      </w:r>
      <w:r w:rsidR="0090389C">
        <w:t xml:space="preserve"> some low density spore deposition from infected sites in Nepal</w:t>
      </w:r>
      <w:r w:rsidR="00FD579E">
        <w:t xml:space="preserve">. Western areas </w:t>
      </w:r>
      <w:r w:rsidR="00624528">
        <w:t>have the highest spore deposition.</w:t>
      </w:r>
      <w:r w:rsidR="0090389C">
        <w:t xml:space="preserve"> </w:t>
      </w:r>
    </w:p>
    <w:p w14:paraId="3A299CA6" w14:textId="77777777" w:rsidR="00DF20D1" w:rsidRDefault="0003111A">
      <w:r>
        <w:rPr>
          <w:noProof/>
        </w:rPr>
        <w:drawing>
          <wp:inline distT="0" distB="0" distL="0" distR="0" wp14:anchorId="2C672549" wp14:editId="79127497">
            <wp:extent cx="6143625" cy="37945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stripe_rust_total_202402220300_202402290000_map.png"/>
                    <pic:cNvPicPr/>
                  </pic:nvPicPr>
                  <pic:blipFill>
                    <a:blip r:embed="rId11"/>
                    <a:stretch>
                      <a:fillRect/>
                    </a:stretch>
                  </pic:blipFill>
                  <pic:spPr>
                    <a:xfrm>
                      <a:off x="0" y="0"/>
                      <a:ext cx="6156974" cy="3802837"/>
                    </a:xfrm>
                    <a:prstGeom prst="rect">
                      <a:avLst/>
                    </a:prstGeom>
                  </pic:spPr>
                </pic:pic>
              </a:graphicData>
            </a:graphic>
          </wp:inline>
        </w:drawing>
      </w:r>
    </w:p>
    <w:p w14:paraId="696B5DAD" w14:textId="77777777" w:rsidR="00DF20D1" w:rsidRDefault="0003111A">
      <w:pPr>
        <w:pStyle w:val="Caption"/>
      </w:pPr>
      <w:r>
        <w:t>Map 3: Stripe rust spore deposition forecast Bhutan 22 Feb - 28 Feb 2024</w:t>
      </w:r>
    </w:p>
    <w:p w14:paraId="56F599BA" w14:textId="7C16FAF4" w:rsidR="00DF20D1" w:rsidRDefault="0003111A">
      <w:r>
        <w:t>The 20 most impacted districts</w:t>
      </w:r>
      <w:r w:rsidR="00624528">
        <w:t xml:space="preserve"> (spore deposition)</w:t>
      </w:r>
      <w:r>
        <w:t xml:space="preserve"> are presented in the table below.</w:t>
      </w:r>
    </w:p>
    <w:tbl>
      <w:tblPr>
        <w:tblStyle w:val="TableGrid"/>
        <w:tblW w:w="0" w:type="auto"/>
        <w:tblLook w:val="04A0" w:firstRow="1" w:lastRow="0" w:firstColumn="1" w:lastColumn="0" w:noHBand="0" w:noVBand="1"/>
      </w:tblPr>
      <w:tblGrid>
        <w:gridCol w:w="5038"/>
        <w:gridCol w:w="5038"/>
      </w:tblGrid>
      <w:tr w:rsidR="00DF20D1" w:rsidRPr="00624528" w14:paraId="493C8535" w14:textId="77777777">
        <w:tc>
          <w:tcPr>
            <w:tcW w:w="5043" w:type="dxa"/>
          </w:tcPr>
          <w:p w14:paraId="27175348" w14:textId="77777777" w:rsidR="00DF20D1" w:rsidRPr="00624528" w:rsidRDefault="0003111A">
            <w:pPr>
              <w:rPr>
                <w:sz w:val="18"/>
                <w:szCs w:val="18"/>
              </w:rPr>
            </w:pPr>
            <w:r w:rsidRPr="00624528">
              <w:rPr>
                <w:sz w:val="18"/>
                <w:szCs w:val="18"/>
              </w:rPr>
              <w:t>admin2Name</w:t>
            </w:r>
          </w:p>
        </w:tc>
        <w:tc>
          <w:tcPr>
            <w:tcW w:w="5043" w:type="dxa"/>
          </w:tcPr>
          <w:p w14:paraId="44E2BB69" w14:textId="77777777" w:rsidR="00DF20D1" w:rsidRPr="00624528" w:rsidRDefault="0003111A">
            <w:pPr>
              <w:rPr>
                <w:sz w:val="18"/>
                <w:szCs w:val="18"/>
              </w:rPr>
            </w:pPr>
            <w:r w:rsidRPr="00624528">
              <w:rPr>
                <w:sz w:val="18"/>
                <w:szCs w:val="18"/>
              </w:rPr>
              <w:t>Stripe rust spores per m^2 per week</w:t>
            </w:r>
          </w:p>
        </w:tc>
      </w:tr>
      <w:tr w:rsidR="00DF20D1" w:rsidRPr="00624528" w14:paraId="01D9A522" w14:textId="77777777">
        <w:tc>
          <w:tcPr>
            <w:tcW w:w="5043" w:type="dxa"/>
          </w:tcPr>
          <w:p w14:paraId="31CF28D5" w14:textId="77777777" w:rsidR="00DF20D1" w:rsidRPr="00624528" w:rsidRDefault="0003111A">
            <w:pPr>
              <w:rPr>
                <w:sz w:val="18"/>
                <w:szCs w:val="18"/>
              </w:rPr>
            </w:pPr>
            <w:r w:rsidRPr="00624528">
              <w:rPr>
                <w:sz w:val="18"/>
                <w:szCs w:val="18"/>
              </w:rPr>
              <w:t>Genye</w:t>
            </w:r>
          </w:p>
        </w:tc>
        <w:tc>
          <w:tcPr>
            <w:tcW w:w="5043" w:type="dxa"/>
          </w:tcPr>
          <w:p w14:paraId="735E4067" w14:textId="77777777" w:rsidR="00DF20D1" w:rsidRPr="00624528" w:rsidRDefault="0003111A">
            <w:pPr>
              <w:rPr>
                <w:sz w:val="18"/>
                <w:szCs w:val="18"/>
              </w:rPr>
            </w:pPr>
            <w:r w:rsidRPr="00624528">
              <w:rPr>
                <w:sz w:val="18"/>
                <w:szCs w:val="18"/>
              </w:rPr>
              <w:t>170</w:t>
            </w:r>
          </w:p>
        </w:tc>
      </w:tr>
      <w:tr w:rsidR="00DF20D1" w:rsidRPr="00624528" w14:paraId="45398636" w14:textId="77777777">
        <w:tc>
          <w:tcPr>
            <w:tcW w:w="5043" w:type="dxa"/>
          </w:tcPr>
          <w:p w14:paraId="15A0CA9E" w14:textId="77777777" w:rsidR="00DF20D1" w:rsidRPr="00624528" w:rsidRDefault="0003111A">
            <w:pPr>
              <w:rPr>
                <w:sz w:val="18"/>
                <w:szCs w:val="18"/>
              </w:rPr>
            </w:pPr>
            <w:r w:rsidRPr="00624528">
              <w:rPr>
                <w:sz w:val="18"/>
                <w:szCs w:val="18"/>
              </w:rPr>
              <w:t>Doga</w:t>
            </w:r>
          </w:p>
        </w:tc>
        <w:tc>
          <w:tcPr>
            <w:tcW w:w="5043" w:type="dxa"/>
          </w:tcPr>
          <w:p w14:paraId="5489CAE5" w14:textId="77777777" w:rsidR="00DF20D1" w:rsidRPr="00624528" w:rsidRDefault="0003111A">
            <w:pPr>
              <w:rPr>
                <w:sz w:val="18"/>
                <w:szCs w:val="18"/>
              </w:rPr>
            </w:pPr>
            <w:r w:rsidRPr="00624528">
              <w:rPr>
                <w:sz w:val="18"/>
                <w:szCs w:val="18"/>
              </w:rPr>
              <w:t>160</w:t>
            </w:r>
          </w:p>
        </w:tc>
      </w:tr>
      <w:tr w:rsidR="00DF20D1" w:rsidRPr="00624528" w14:paraId="17F2BA4F" w14:textId="77777777">
        <w:tc>
          <w:tcPr>
            <w:tcW w:w="5043" w:type="dxa"/>
          </w:tcPr>
          <w:p w14:paraId="4ADEA959" w14:textId="77777777" w:rsidR="00DF20D1" w:rsidRPr="00624528" w:rsidRDefault="0003111A">
            <w:pPr>
              <w:rPr>
                <w:sz w:val="18"/>
                <w:szCs w:val="18"/>
              </w:rPr>
            </w:pPr>
            <w:r w:rsidRPr="00624528">
              <w:rPr>
                <w:sz w:val="18"/>
                <w:szCs w:val="18"/>
              </w:rPr>
              <w:t>Chapchha</w:t>
            </w:r>
          </w:p>
        </w:tc>
        <w:tc>
          <w:tcPr>
            <w:tcW w:w="5043" w:type="dxa"/>
          </w:tcPr>
          <w:p w14:paraId="5B138C1A" w14:textId="77777777" w:rsidR="00DF20D1" w:rsidRPr="00624528" w:rsidRDefault="0003111A">
            <w:pPr>
              <w:rPr>
                <w:sz w:val="18"/>
                <w:szCs w:val="18"/>
              </w:rPr>
            </w:pPr>
            <w:r w:rsidRPr="00624528">
              <w:rPr>
                <w:sz w:val="18"/>
                <w:szCs w:val="18"/>
              </w:rPr>
              <w:t>160</w:t>
            </w:r>
          </w:p>
        </w:tc>
      </w:tr>
      <w:tr w:rsidR="00DF20D1" w:rsidRPr="00624528" w14:paraId="15CFFFF9" w14:textId="77777777">
        <w:tc>
          <w:tcPr>
            <w:tcW w:w="5043" w:type="dxa"/>
          </w:tcPr>
          <w:p w14:paraId="55E21BA6" w14:textId="77777777" w:rsidR="00DF20D1" w:rsidRPr="00624528" w:rsidRDefault="0003111A">
            <w:pPr>
              <w:rPr>
                <w:sz w:val="18"/>
                <w:szCs w:val="18"/>
              </w:rPr>
            </w:pPr>
            <w:r w:rsidRPr="00624528">
              <w:rPr>
                <w:sz w:val="18"/>
                <w:szCs w:val="18"/>
              </w:rPr>
              <w:t>Naja</w:t>
            </w:r>
          </w:p>
        </w:tc>
        <w:tc>
          <w:tcPr>
            <w:tcW w:w="5043" w:type="dxa"/>
          </w:tcPr>
          <w:p w14:paraId="5E4B9CEC" w14:textId="77777777" w:rsidR="00DF20D1" w:rsidRPr="00624528" w:rsidRDefault="0003111A">
            <w:pPr>
              <w:rPr>
                <w:sz w:val="18"/>
                <w:szCs w:val="18"/>
              </w:rPr>
            </w:pPr>
            <w:r w:rsidRPr="00624528">
              <w:rPr>
                <w:sz w:val="18"/>
                <w:szCs w:val="18"/>
              </w:rPr>
              <w:t>150</w:t>
            </w:r>
          </w:p>
        </w:tc>
      </w:tr>
      <w:tr w:rsidR="00DF20D1" w:rsidRPr="00624528" w14:paraId="052B4253" w14:textId="77777777">
        <w:tc>
          <w:tcPr>
            <w:tcW w:w="5043" w:type="dxa"/>
          </w:tcPr>
          <w:p w14:paraId="679BBF0F" w14:textId="77777777" w:rsidR="00DF20D1" w:rsidRPr="00624528" w:rsidRDefault="0003111A">
            <w:pPr>
              <w:rPr>
                <w:sz w:val="18"/>
                <w:szCs w:val="18"/>
              </w:rPr>
            </w:pPr>
            <w:r w:rsidRPr="00624528">
              <w:rPr>
                <w:sz w:val="18"/>
                <w:szCs w:val="18"/>
              </w:rPr>
              <w:t>Metap</w:t>
            </w:r>
          </w:p>
        </w:tc>
        <w:tc>
          <w:tcPr>
            <w:tcW w:w="5043" w:type="dxa"/>
          </w:tcPr>
          <w:p w14:paraId="5CFD86DA" w14:textId="77777777" w:rsidR="00DF20D1" w:rsidRPr="00624528" w:rsidRDefault="0003111A">
            <w:pPr>
              <w:rPr>
                <w:sz w:val="18"/>
                <w:szCs w:val="18"/>
              </w:rPr>
            </w:pPr>
            <w:r w:rsidRPr="00624528">
              <w:rPr>
                <w:sz w:val="18"/>
                <w:szCs w:val="18"/>
              </w:rPr>
              <w:t>140</w:t>
            </w:r>
          </w:p>
        </w:tc>
      </w:tr>
      <w:tr w:rsidR="00DF20D1" w:rsidRPr="00624528" w14:paraId="4D1F2C24" w14:textId="77777777">
        <w:tc>
          <w:tcPr>
            <w:tcW w:w="5043" w:type="dxa"/>
          </w:tcPr>
          <w:p w14:paraId="679C178F" w14:textId="77777777" w:rsidR="00DF20D1" w:rsidRPr="00624528" w:rsidRDefault="0003111A">
            <w:pPr>
              <w:rPr>
                <w:sz w:val="18"/>
                <w:szCs w:val="18"/>
              </w:rPr>
            </w:pPr>
            <w:r w:rsidRPr="00624528">
              <w:rPr>
                <w:sz w:val="18"/>
                <w:szCs w:val="18"/>
              </w:rPr>
              <w:t>Bjachho</w:t>
            </w:r>
          </w:p>
        </w:tc>
        <w:tc>
          <w:tcPr>
            <w:tcW w:w="5043" w:type="dxa"/>
          </w:tcPr>
          <w:p w14:paraId="6A40A5A2" w14:textId="77777777" w:rsidR="00DF20D1" w:rsidRPr="00624528" w:rsidRDefault="0003111A">
            <w:pPr>
              <w:rPr>
                <w:sz w:val="18"/>
                <w:szCs w:val="18"/>
              </w:rPr>
            </w:pPr>
            <w:r w:rsidRPr="00624528">
              <w:rPr>
                <w:sz w:val="18"/>
                <w:szCs w:val="18"/>
              </w:rPr>
              <w:t>130</w:t>
            </w:r>
          </w:p>
        </w:tc>
      </w:tr>
      <w:tr w:rsidR="00DF20D1" w:rsidRPr="00624528" w14:paraId="0AB873A3" w14:textId="77777777">
        <w:tc>
          <w:tcPr>
            <w:tcW w:w="5043" w:type="dxa"/>
          </w:tcPr>
          <w:p w14:paraId="3FED3752" w14:textId="77777777" w:rsidR="00DF20D1" w:rsidRPr="00624528" w:rsidRDefault="0003111A">
            <w:pPr>
              <w:rPr>
                <w:sz w:val="18"/>
                <w:szCs w:val="18"/>
              </w:rPr>
            </w:pPr>
            <w:r w:rsidRPr="00624528">
              <w:rPr>
                <w:sz w:val="18"/>
                <w:szCs w:val="18"/>
              </w:rPr>
              <w:t>Dungna</w:t>
            </w:r>
          </w:p>
        </w:tc>
        <w:tc>
          <w:tcPr>
            <w:tcW w:w="5043" w:type="dxa"/>
          </w:tcPr>
          <w:p w14:paraId="0A702141" w14:textId="77777777" w:rsidR="00DF20D1" w:rsidRPr="00624528" w:rsidRDefault="0003111A">
            <w:pPr>
              <w:rPr>
                <w:sz w:val="18"/>
                <w:szCs w:val="18"/>
              </w:rPr>
            </w:pPr>
            <w:r w:rsidRPr="00624528">
              <w:rPr>
                <w:sz w:val="18"/>
                <w:szCs w:val="18"/>
              </w:rPr>
              <w:t>130</w:t>
            </w:r>
          </w:p>
        </w:tc>
      </w:tr>
      <w:tr w:rsidR="00DF20D1" w:rsidRPr="00624528" w14:paraId="66CD890D" w14:textId="77777777">
        <w:tc>
          <w:tcPr>
            <w:tcW w:w="5043" w:type="dxa"/>
          </w:tcPr>
          <w:p w14:paraId="6138F075" w14:textId="77777777" w:rsidR="00DF20D1" w:rsidRPr="00624528" w:rsidRDefault="0003111A">
            <w:pPr>
              <w:rPr>
                <w:sz w:val="18"/>
                <w:szCs w:val="18"/>
              </w:rPr>
            </w:pPr>
            <w:r w:rsidRPr="00624528">
              <w:rPr>
                <w:sz w:val="18"/>
                <w:szCs w:val="18"/>
              </w:rPr>
              <w:t>Dagala</w:t>
            </w:r>
          </w:p>
        </w:tc>
        <w:tc>
          <w:tcPr>
            <w:tcW w:w="5043" w:type="dxa"/>
          </w:tcPr>
          <w:p w14:paraId="606D93D7" w14:textId="77777777" w:rsidR="00DF20D1" w:rsidRPr="00624528" w:rsidRDefault="0003111A">
            <w:pPr>
              <w:rPr>
                <w:sz w:val="18"/>
                <w:szCs w:val="18"/>
              </w:rPr>
            </w:pPr>
            <w:r w:rsidRPr="00624528">
              <w:rPr>
                <w:sz w:val="18"/>
                <w:szCs w:val="18"/>
              </w:rPr>
              <w:t>130</w:t>
            </w:r>
          </w:p>
        </w:tc>
      </w:tr>
      <w:tr w:rsidR="00DF20D1" w:rsidRPr="00624528" w14:paraId="2B3B03EC" w14:textId="77777777">
        <w:tc>
          <w:tcPr>
            <w:tcW w:w="5043" w:type="dxa"/>
          </w:tcPr>
          <w:p w14:paraId="760FB1C7" w14:textId="77777777" w:rsidR="00DF20D1" w:rsidRPr="00624528" w:rsidRDefault="0003111A">
            <w:pPr>
              <w:rPr>
                <w:sz w:val="18"/>
                <w:szCs w:val="18"/>
              </w:rPr>
            </w:pPr>
            <w:r w:rsidRPr="00624528">
              <w:rPr>
                <w:sz w:val="18"/>
                <w:szCs w:val="18"/>
              </w:rPr>
              <w:t>Shapa</w:t>
            </w:r>
          </w:p>
        </w:tc>
        <w:tc>
          <w:tcPr>
            <w:tcW w:w="5043" w:type="dxa"/>
          </w:tcPr>
          <w:p w14:paraId="53241B60" w14:textId="77777777" w:rsidR="00DF20D1" w:rsidRPr="00624528" w:rsidRDefault="0003111A">
            <w:pPr>
              <w:rPr>
                <w:sz w:val="18"/>
                <w:szCs w:val="18"/>
              </w:rPr>
            </w:pPr>
            <w:r w:rsidRPr="00624528">
              <w:rPr>
                <w:sz w:val="18"/>
                <w:szCs w:val="18"/>
              </w:rPr>
              <w:t>130</w:t>
            </w:r>
          </w:p>
        </w:tc>
      </w:tr>
      <w:tr w:rsidR="00DF20D1" w:rsidRPr="00624528" w14:paraId="344FD916" w14:textId="77777777">
        <w:tc>
          <w:tcPr>
            <w:tcW w:w="5043" w:type="dxa"/>
          </w:tcPr>
          <w:p w14:paraId="12124A9B" w14:textId="77777777" w:rsidR="00DF20D1" w:rsidRPr="00624528" w:rsidRDefault="0003111A">
            <w:pPr>
              <w:rPr>
                <w:sz w:val="18"/>
                <w:szCs w:val="18"/>
              </w:rPr>
            </w:pPr>
            <w:r w:rsidRPr="00624528">
              <w:rPr>
                <w:sz w:val="18"/>
                <w:szCs w:val="18"/>
              </w:rPr>
              <w:t>Tendu</w:t>
            </w:r>
          </w:p>
        </w:tc>
        <w:tc>
          <w:tcPr>
            <w:tcW w:w="5043" w:type="dxa"/>
          </w:tcPr>
          <w:p w14:paraId="62C4D5ED" w14:textId="77777777" w:rsidR="00DF20D1" w:rsidRPr="00624528" w:rsidRDefault="0003111A">
            <w:pPr>
              <w:rPr>
                <w:sz w:val="18"/>
                <w:szCs w:val="18"/>
              </w:rPr>
            </w:pPr>
            <w:r w:rsidRPr="00624528">
              <w:rPr>
                <w:sz w:val="18"/>
                <w:szCs w:val="18"/>
              </w:rPr>
              <w:t>130</w:t>
            </w:r>
          </w:p>
        </w:tc>
      </w:tr>
      <w:tr w:rsidR="00DF20D1" w:rsidRPr="00624528" w14:paraId="47C0CD34" w14:textId="77777777">
        <w:tc>
          <w:tcPr>
            <w:tcW w:w="5043" w:type="dxa"/>
          </w:tcPr>
          <w:p w14:paraId="764801B9" w14:textId="77777777" w:rsidR="00DF20D1" w:rsidRPr="00624528" w:rsidRDefault="0003111A">
            <w:pPr>
              <w:rPr>
                <w:sz w:val="18"/>
                <w:szCs w:val="18"/>
              </w:rPr>
            </w:pPr>
            <w:r w:rsidRPr="00624528">
              <w:rPr>
                <w:sz w:val="18"/>
                <w:szCs w:val="18"/>
              </w:rPr>
              <w:t>Lungnyi</w:t>
            </w:r>
          </w:p>
        </w:tc>
        <w:tc>
          <w:tcPr>
            <w:tcW w:w="5043" w:type="dxa"/>
          </w:tcPr>
          <w:p w14:paraId="43770327" w14:textId="77777777" w:rsidR="00DF20D1" w:rsidRPr="00624528" w:rsidRDefault="0003111A">
            <w:pPr>
              <w:rPr>
                <w:sz w:val="18"/>
                <w:szCs w:val="18"/>
              </w:rPr>
            </w:pPr>
            <w:r w:rsidRPr="00624528">
              <w:rPr>
                <w:sz w:val="18"/>
                <w:szCs w:val="18"/>
              </w:rPr>
              <w:t>130</w:t>
            </w:r>
          </w:p>
        </w:tc>
      </w:tr>
      <w:tr w:rsidR="00DF20D1" w:rsidRPr="00624528" w14:paraId="575243FE" w14:textId="77777777">
        <w:tc>
          <w:tcPr>
            <w:tcW w:w="5043" w:type="dxa"/>
          </w:tcPr>
          <w:p w14:paraId="4A8D1C28" w14:textId="77777777" w:rsidR="00DF20D1" w:rsidRPr="00624528" w:rsidRDefault="0003111A">
            <w:pPr>
              <w:rPr>
                <w:sz w:val="18"/>
                <w:szCs w:val="18"/>
              </w:rPr>
            </w:pPr>
            <w:r w:rsidRPr="00624528">
              <w:rPr>
                <w:sz w:val="18"/>
                <w:szCs w:val="18"/>
              </w:rPr>
              <w:t>Sombey</w:t>
            </w:r>
          </w:p>
        </w:tc>
        <w:tc>
          <w:tcPr>
            <w:tcW w:w="5043" w:type="dxa"/>
          </w:tcPr>
          <w:p w14:paraId="227E0353" w14:textId="77777777" w:rsidR="00DF20D1" w:rsidRPr="00624528" w:rsidRDefault="0003111A">
            <w:pPr>
              <w:rPr>
                <w:sz w:val="18"/>
                <w:szCs w:val="18"/>
              </w:rPr>
            </w:pPr>
            <w:r w:rsidRPr="00624528">
              <w:rPr>
                <w:sz w:val="18"/>
                <w:szCs w:val="18"/>
              </w:rPr>
              <w:t>130</w:t>
            </w:r>
          </w:p>
        </w:tc>
      </w:tr>
      <w:tr w:rsidR="00DF20D1" w:rsidRPr="00624528" w14:paraId="438C5217" w14:textId="77777777">
        <w:tc>
          <w:tcPr>
            <w:tcW w:w="5043" w:type="dxa"/>
          </w:tcPr>
          <w:p w14:paraId="0A0753FF" w14:textId="77777777" w:rsidR="00DF20D1" w:rsidRPr="00624528" w:rsidRDefault="0003111A">
            <w:pPr>
              <w:rPr>
                <w:sz w:val="18"/>
                <w:szCs w:val="18"/>
              </w:rPr>
            </w:pPr>
            <w:r w:rsidRPr="00624528">
              <w:rPr>
                <w:sz w:val="18"/>
                <w:szCs w:val="18"/>
              </w:rPr>
              <w:t>Bara</w:t>
            </w:r>
          </w:p>
        </w:tc>
        <w:tc>
          <w:tcPr>
            <w:tcW w:w="5043" w:type="dxa"/>
          </w:tcPr>
          <w:p w14:paraId="562E269E" w14:textId="77777777" w:rsidR="00DF20D1" w:rsidRPr="00624528" w:rsidRDefault="0003111A">
            <w:pPr>
              <w:rPr>
                <w:sz w:val="18"/>
                <w:szCs w:val="18"/>
              </w:rPr>
            </w:pPr>
            <w:r w:rsidRPr="00624528">
              <w:rPr>
                <w:sz w:val="18"/>
                <w:szCs w:val="18"/>
              </w:rPr>
              <w:t>130</w:t>
            </w:r>
          </w:p>
        </w:tc>
      </w:tr>
      <w:tr w:rsidR="00DF20D1" w:rsidRPr="00624528" w14:paraId="5D446559" w14:textId="77777777">
        <w:tc>
          <w:tcPr>
            <w:tcW w:w="5043" w:type="dxa"/>
          </w:tcPr>
          <w:p w14:paraId="79361C43" w14:textId="77777777" w:rsidR="00DF20D1" w:rsidRPr="00624528" w:rsidRDefault="0003111A">
            <w:pPr>
              <w:rPr>
                <w:sz w:val="18"/>
                <w:szCs w:val="18"/>
              </w:rPr>
            </w:pPr>
            <w:r w:rsidRPr="00624528">
              <w:rPr>
                <w:sz w:val="18"/>
                <w:szCs w:val="18"/>
              </w:rPr>
              <w:t>Sipsu</w:t>
            </w:r>
          </w:p>
        </w:tc>
        <w:tc>
          <w:tcPr>
            <w:tcW w:w="5043" w:type="dxa"/>
          </w:tcPr>
          <w:p w14:paraId="2BE7235D" w14:textId="77777777" w:rsidR="00DF20D1" w:rsidRPr="00624528" w:rsidRDefault="0003111A">
            <w:pPr>
              <w:rPr>
                <w:sz w:val="18"/>
                <w:szCs w:val="18"/>
              </w:rPr>
            </w:pPr>
            <w:r w:rsidRPr="00624528">
              <w:rPr>
                <w:sz w:val="18"/>
                <w:szCs w:val="18"/>
              </w:rPr>
              <w:t>120</w:t>
            </w:r>
          </w:p>
        </w:tc>
      </w:tr>
      <w:tr w:rsidR="00DF20D1" w:rsidRPr="00624528" w14:paraId="005EB4EC" w14:textId="77777777">
        <w:tc>
          <w:tcPr>
            <w:tcW w:w="5043" w:type="dxa"/>
          </w:tcPr>
          <w:p w14:paraId="23F0FAE0" w14:textId="77777777" w:rsidR="00DF20D1" w:rsidRPr="00624528" w:rsidRDefault="0003111A">
            <w:pPr>
              <w:rPr>
                <w:sz w:val="18"/>
                <w:szCs w:val="18"/>
              </w:rPr>
            </w:pPr>
            <w:r w:rsidRPr="00624528">
              <w:rPr>
                <w:sz w:val="18"/>
                <w:szCs w:val="18"/>
              </w:rPr>
              <w:t>Sama</w:t>
            </w:r>
          </w:p>
        </w:tc>
        <w:tc>
          <w:tcPr>
            <w:tcW w:w="5043" w:type="dxa"/>
          </w:tcPr>
          <w:p w14:paraId="6ED51A4B" w14:textId="77777777" w:rsidR="00DF20D1" w:rsidRPr="00624528" w:rsidRDefault="0003111A">
            <w:pPr>
              <w:rPr>
                <w:sz w:val="18"/>
                <w:szCs w:val="18"/>
              </w:rPr>
            </w:pPr>
            <w:r w:rsidRPr="00624528">
              <w:rPr>
                <w:sz w:val="18"/>
                <w:szCs w:val="18"/>
              </w:rPr>
              <w:t>120</w:t>
            </w:r>
          </w:p>
        </w:tc>
      </w:tr>
      <w:tr w:rsidR="00DF20D1" w:rsidRPr="00624528" w14:paraId="41A46E09" w14:textId="77777777">
        <w:tc>
          <w:tcPr>
            <w:tcW w:w="5043" w:type="dxa"/>
          </w:tcPr>
          <w:p w14:paraId="4C4F7702" w14:textId="77777777" w:rsidR="00DF20D1" w:rsidRPr="00624528" w:rsidRDefault="0003111A">
            <w:pPr>
              <w:rPr>
                <w:sz w:val="18"/>
                <w:szCs w:val="18"/>
              </w:rPr>
            </w:pPr>
            <w:r w:rsidRPr="00624528">
              <w:rPr>
                <w:sz w:val="18"/>
                <w:szCs w:val="18"/>
              </w:rPr>
              <w:t>Geling</w:t>
            </w:r>
          </w:p>
        </w:tc>
        <w:tc>
          <w:tcPr>
            <w:tcW w:w="5043" w:type="dxa"/>
          </w:tcPr>
          <w:p w14:paraId="1F956730" w14:textId="77777777" w:rsidR="00DF20D1" w:rsidRPr="00624528" w:rsidRDefault="0003111A">
            <w:pPr>
              <w:rPr>
                <w:sz w:val="18"/>
                <w:szCs w:val="18"/>
              </w:rPr>
            </w:pPr>
            <w:r w:rsidRPr="00624528">
              <w:rPr>
                <w:sz w:val="18"/>
                <w:szCs w:val="18"/>
              </w:rPr>
              <w:t>120</w:t>
            </w:r>
          </w:p>
        </w:tc>
      </w:tr>
      <w:tr w:rsidR="00DF20D1" w:rsidRPr="00624528" w14:paraId="00858CB0" w14:textId="77777777">
        <w:tc>
          <w:tcPr>
            <w:tcW w:w="5043" w:type="dxa"/>
          </w:tcPr>
          <w:p w14:paraId="5C1E21B0" w14:textId="77777777" w:rsidR="00DF20D1" w:rsidRPr="00624528" w:rsidRDefault="0003111A">
            <w:pPr>
              <w:rPr>
                <w:sz w:val="18"/>
                <w:szCs w:val="18"/>
              </w:rPr>
            </w:pPr>
            <w:r w:rsidRPr="00624528">
              <w:rPr>
                <w:sz w:val="18"/>
                <w:szCs w:val="18"/>
              </w:rPr>
              <w:t>Daga</w:t>
            </w:r>
          </w:p>
        </w:tc>
        <w:tc>
          <w:tcPr>
            <w:tcW w:w="5043" w:type="dxa"/>
          </w:tcPr>
          <w:p w14:paraId="0AFF55A7" w14:textId="77777777" w:rsidR="00DF20D1" w:rsidRPr="00624528" w:rsidRDefault="0003111A">
            <w:pPr>
              <w:rPr>
                <w:sz w:val="18"/>
                <w:szCs w:val="18"/>
              </w:rPr>
            </w:pPr>
            <w:r w:rsidRPr="00624528">
              <w:rPr>
                <w:sz w:val="18"/>
                <w:szCs w:val="18"/>
              </w:rPr>
              <w:t>120</w:t>
            </w:r>
          </w:p>
        </w:tc>
      </w:tr>
      <w:tr w:rsidR="00DF20D1" w:rsidRPr="00624528" w14:paraId="58F4BFB0" w14:textId="77777777">
        <w:tc>
          <w:tcPr>
            <w:tcW w:w="5043" w:type="dxa"/>
          </w:tcPr>
          <w:p w14:paraId="1E72E513" w14:textId="77777777" w:rsidR="00DF20D1" w:rsidRPr="00624528" w:rsidRDefault="0003111A">
            <w:pPr>
              <w:rPr>
                <w:sz w:val="18"/>
                <w:szCs w:val="18"/>
              </w:rPr>
            </w:pPr>
            <w:r w:rsidRPr="00624528">
              <w:rPr>
                <w:sz w:val="18"/>
                <w:szCs w:val="18"/>
              </w:rPr>
              <w:t>Uesu</w:t>
            </w:r>
          </w:p>
        </w:tc>
        <w:tc>
          <w:tcPr>
            <w:tcW w:w="5043" w:type="dxa"/>
          </w:tcPr>
          <w:p w14:paraId="38CAD907" w14:textId="77777777" w:rsidR="00DF20D1" w:rsidRPr="00624528" w:rsidRDefault="0003111A">
            <w:pPr>
              <w:rPr>
                <w:sz w:val="18"/>
                <w:szCs w:val="18"/>
              </w:rPr>
            </w:pPr>
            <w:r w:rsidRPr="00624528">
              <w:rPr>
                <w:sz w:val="18"/>
                <w:szCs w:val="18"/>
              </w:rPr>
              <w:t>110</w:t>
            </w:r>
          </w:p>
        </w:tc>
      </w:tr>
      <w:tr w:rsidR="00DF20D1" w:rsidRPr="00624528" w14:paraId="03E6AD1F" w14:textId="77777777">
        <w:tc>
          <w:tcPr>
            <w:tcW w:w="5043" w:type="dxa"/>
          </w:tcPr>
          <w:p w14:paraId="406AB8E0" w14:textId="77777777" w:rsidR="00DF20D1" w:rsidRPr="00624528" w:rsidRDefault="0003111A">
            <w:pPr>
              <w:rPr>
                <w:sz w:val="18"/>
                <w:szCs w:val="18"/>
              </w:rPr>
            </w:pPr>
            <w:r w:rsidRPr="00624528">
              <w:rPr>
                <w:sz w:val="18"/>
                <w:szCs w:val="18"/>
              </w:rPr>
              <w:t>Namgyel Chhoeling</w:t>
            </w:r>
          </w:p>
        </w:tc>
        <w:tc>
          <w:tcPr>
            <w:tcW w:w="5043" w:type="dxa"/>
          </w:tcPr>
          <w:p w14:paraId="59433F77" w14:textId="77777777" w:rsidR="00DF20D1" w:rsidRPr="00624528" w:rsidRDefault="0003111A">
            <w:pPr>
              <w:rPr>
                <w:sz w:val="18"/>
                <w:szCs w:val="18"/>
              </w:rPr>
            </w:pPr>
            <w:r w:rsidRPr="00624528">
              <w:rPr>
                <w:sz w:val="18"/>
                <w:szCs w:val="18"/>
              </w:rPr>
              <w:t>110</w:t>
            </w:r>
          </w:p>
        </w:tc>
      </w:tr>
      <w:tr w:rsidR="00DF20D1" w:rsidRPr="00624528" w14:paraId="6F3F3F26" w14:textId="77777777">
        <w:tc>
          <w:tcPr>
            <w:tcW w:w="5043" w:type="dxa"/>
          </w:tcPr>
          <w:p w14:paraId="438C3F86" w14:textId="77777777" w:rsidR="00DF20D1" w:rsidRPr="00624528" w:rsidRDefault="0003111A">
            <w:pPr>
              <w:rPr>
                <w:sz w:val="18"/>
                <w:szCs w:val="18"/>
              </w:rPr>
            </w:pPr>
            <w:r w:rsidRPr="00624528">
              <w:rPr>
                <w:sz w:val="18"/>
                <w:szCs w:val="18"/>
              </w:rPr>
              <w:t>Ruepisa</w:t>
            </w:r>
          </w:p>
        </w:tc>
        <w:tc>
          <w:tcPr>
            <w:tcW w:w="5043" w:type="dxa"/>
          </w:tcPr>
          <w:p w14:paraId="766DD988" w14:textId="77777777" w:rsidR="00DF20D1" w:rsidRPr="00624528" w:rsidRDefault="0003111A">
            <w:pPr>
              <w:rPr>
                <w:sz w:val="18"/>
                <w:szCs w:val="18"/>
              </w:rPr>
            </w:pPr>
            <w:r w:rsidRPr="00624528">
              <w:rPr>
                <w:sz w:val="18"/>
                <w:szCs w:val="18"/>
              </w:rPr>
              <w:t>110</w:t>
            </w:r>
          </w:p>
        </w:tc>
      </w:tr>
    </w:tbl>
    <w:p w14:paraId="3D3827BD" w14:textId="77777777" w:rsidR="00624528" w:rsidRDefault="00624528"/>
    <w:p w14:paraId="686681AC" w14:textId="55AA0DF6" w:rsidR="00DF20D1" w:rsidRDefault="00074150">
      <w:r w:rsidRPr="00E203D1">
        <w:rPr>
          <w:b/>
          <w:bCs/>
        </w:rPr>
        <w:lastRenderedPageBreak/>
        <w:t>Risk of infection:</w:t>
      </w:r>
      <w:r>
        <w:t xml:space="preserve"> Current forecast (22 – 27 Feb) indicates generally low infection efficiency, with some small pockets of moderate infection efficiency in </w:t>
      </w:r>
      <w:r w:rsidR="00B1037D">
        <w:t xml:space="preserve">mid hill </w:t>
      </w:r>
      <w:r>
        <w:t xml:space="preserve">areas. </w:t>
      </w:r>
    </w:p>
    <w:p w14:paraId="3F89A0D7" w14:textId="77777777" w:rsidR="00DF20D1" w:rsidRDefault="0003111A">
      <w:r>
        <w:rPr>
          <w:noProof/>
        </w:rPr>
        <w:drawing>
          <wp:inline distT="0" distB="0" distL="0" distR="0" wp14:anchorId="18615199" wp14:editId="0385B1D0">
            <wp:extent cx="6219825" cy="3841656"/>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stripe_rust_total_202402220000_202402280000_map.png"/>
                    <pic:cNvPicPr/>
                  </pic:nvPicPr>
                  <pic:blipFill>
                    <a:blip r:embed="rId12"/>
                    <a:stretch>
                      <a:fillRect/>
                    </a:stretch>
                  </pic:blipFill>
                  <pic:spPr>
                    <a:xfrm>
                      <a:off x="0" y="0"/>
                      <a:ext cx="6229341" cy="3847534"/>
                    </a:xfrm>
                    <a:prstGeom prst="rect">
                      <a:avLst/>
                    </a:prstGeom>
                  </pic:spPr>
                </pic:pic>
              </a:graphicData>
            </a:graphic>
          </wp:inline>
        </w:drawing>
      </w:r>
    </w:p>
    <w:p w14:paraId="1DEC2D87" w14:textId="77777777" w:rsidR="00DF20D1" w:rsidRDefault="0003111A">
      <w:pPr>
        <w:pStyle w:val="Caption"/>
      </w:pPr>
      <w:r>
        <w:t>Map 4: Stripe rust suitability for infection forecast Bhutan 22 Feb - 27 Feb 2024</w:t>
      </w:r>
    </w:p>
    <w:p w14:paraId="089B4A38" w14:textId="3F566F31" w:rsidR="00DF20D1" w:rsidRDefault="0003111A">
      <w:r>
        <w:t>The 20 most impacted districts</w:t>
      </w:r>
      <w:r w:rsidR="00B1037D">
        <w:t xml:space="preserve"> (infection efficiency)</w:t>
      </w:r>
      <w:r>
        <w:t xml:space="preserve"> are presented in the table below.</w:t>
      </w:r>
      <w:r w:rsidR="00074150" w:rsidRPr="00074150">
        <w:t xml:space="preserve"> </w:t>
      </w:r>
      <w:r w:rsidR="00074150">
        <w:t>The information however should be considered along with presence of wheat, the growth stage and resistance level of the host.</w:t>
      </w:r>
    </w:p>
    <w:tbl>
      <w:tblPr>
        <w:tblStyle w:val="TableGrid"/>
        <w:tblW w:w="0" w:type="auto"/>
        <w:tblLook w:val="04A0" w:firstRow="1" w:lastRow="0" w:firstColumn="1" w:lastColumn="0" w:noHBand="0" w:noVBand="1"/>
      </w:tblPr>
      <w:tblGrid>
        <w:gridCol w:w="5038"/>
        <w:gridCol w:w="5038"/>
      </w:tblGrid>
      <w:tr w:rsidR="00DF20D1" w:rsidRPr="00B1037D" w14:paraId="766FD07F" w14:textId="77777777">
        <w:tc>
          <w:tcPr>
            <w:tcW w:w="5043" w:type="dxa"/>
          </w:tcPr>
          <w:p w14:paraId="487B0655" w14:textId="77777777" w:rsidR="00DF20D1" w:rsidRPr="00B1037D" w:rsidRDefault="0003111A">
            <w:pPr>
              <w:rPr>
                <w:sz w:val="18"/>
                <w:szCs w:val="18"/>
              </w:rPr>
            </w:pPr>
            <w:r w:rsidRPr="00B1037D">
              <w:rPr>
                <w:sz w:val="18"/>
                <w:szCs w:val="18"/>
              </w:rPr>
              <w:t>admin2Name</w:t>
            </w:r>
          </w:p>
        </w:tc>
        <w:tc>
          <w:tcPr>
            <w:tcW w:w="5043" w:type="dxa"/>
          </w:tcPr>
          <w:p w14:paraId="32AEC95D" w14:textId="77777777" w:rsidR="00DF20D1" w:rsidRPr="00B1037D" w:rsidRDefault="0003111A">
            <w:pPr>
              <w:rPr>
                <w:sz w:val="18"/>
                <w:szCs w:val="18"/>
              </w:rPr>
            </w:pPr>
            <w:r w:rsidRPr="00B1037D">
              <w:rPr>
                <w:sz w:val="18"/>
                <w:szCs w:val="18"/>
              </w:rPr>
              <w:t>RIE_stripe_rust_%</w:t>
            </w:r>
          </w:p>
        </w:tc>
      </w:tr>
      <w:tr w:rsidR="00DF20D1" w:rsidRPr="00B1037D" w14:paraId="201FF9AB" w14:textId="77777777">
        <w:tc>
          <w:tcPr>
            <w:tcW w:w="5043" w:type="dxa"/>
          </w:tcPr>
          <w:p w14:paraId="3A9E7E90" w14:textId="77777777" w:rsidR="00DF20D1" w:rsidRPr="00B1037D" w:rsidRDefault="0003111A">
            <w:pPr>
              <w:rPr>
                <w:sz w:val="18"/>
                <w:szCs w:val="18"/>
              </w:rPr>
            </w:pPr>
            <w:r w:rsidRPr="00B1037D">
              <w:rPr>
                <w:sz w:val="18"/>
                <w:szCs w:val="18"/>
              </w:rPr>
              <w:t>Chhubu</w:t>
            </w:r>
          </w:p>
        </w:tc>
        <w:tc>
          <w:tcPr>
            <w:tcW w:w="5043" w:type="dxa"/>
          </w:tcPr>
          <w:p w14:paraId="6D6A3FD6" w14:textId="77777777" w:rsidR="00DF20D1" w:rsidRPr="00B1037D" w:rsidRDefault="0003111A">
            <w:pPr>
              <w:rPr>
                <w:sz w:val="18"/>
                <w:szCs w:val="18"/>
              </w:rPr>
            </w:pPr>
            <w:r w:rsidRPr="00B1037D">
              <w:rPr>
                <w:sz w:val="18"/>
                <w:szCs w:val="18"/>
              </w:rPr>
              <w:t>21</w:t>
            </w:r>
          </w:p>
        </w:tc>
      </w:tr>
      <w:tr w:rsidR="00DF20D1" w:rsidRPr="00B1037D" w14:paraId="55F4A4E2" w14:textId="77777777">
        <w:tc>
          <w:tcPr>
            <w:tcW w:w="5043" w:type="dxa"/>
          </w:tcPr>
          <w:p w14:paraId="05B9D198" w14:textId="77777777" w:rsidR="00DF20D1" w:rsidRPr="00B1037D" w:rsidRDefault="0003111A">
            <w:pPr>
              <w:rPr>
                <w:sz w:val="18"/>
                <w:szCs w:val="18"/>
              </w:rPr>
            </w:pPr>
            <w:r w:rsidRPr="00B1037D">
              <w:rPr>
                <w:sz w:val="18"/>
                <w:szCs w:val="18"/>
              </w:rPr>
              <w:t>Dungtoe</w:t>
            </w:r>
          </w:p>
        </w:tc>
        <w:tc>
          <w:tcPr>
            <w:tcW w:w="5043" w:type="dxa"/>
          </w:tcPr>
          <w:p w14:paraId="44AA57BC" w14:textId="77777777" w:rsidR="00DF20D1" w:rsidRPr="00B1037D" w:rsidRDefault="0003111A">
            <w:pPr>
              <w:rPr>
                <w:sz w:val="18"/>
                <w:szCs w:val="18"/>
              </w:rPr>
            </w:pPr>
            <w:r w:rsidRPr="00B1037D">
              <w:rPr>
                <w:sz w:val="18"/>
                <w:szCs w:val="18"/>
              </w:rPr>
              <w:t>21</w:t>
            </w:r>
          </w:p>
        </w:tc>
      </w:tr>
      <w:tr w:rsidR="00DF20D1" w:rsidRPr="00B1037D" w14:paraId="3A98636C" w14:textId="77777777">
        <w:tc>
          <w:tcPr>
            <w:tcW w:w="5043" w:type="dxa"/>
          </w:tcPr>
          <w:p w14:paraId="256646EC" w14:textId="77777777" w:rsidR="00DF20D1" w:rsidRPr="00B1037D" w:rsidRDefault="0003111A">
            <w:pPr>
              <w:rPr>
                <w:sz w:val="18"/>
                <w:szCs w:val="18"/>
              </w:rPr>
            </w:pPr>
            <w:r w:rsidRPr="00B1037D">
              <w:rPr>
                <w:sz w:val="18"/>
                <w:szCs w:val="18"/>
              </w:rPr>
              <w:t>Lingmukha</w:t>
            </w:r>
          </w:p>
        </w:tc>
        <w:tc>
          <w:tcPr>
            <w:tcW w:w="5043" w:type="dxa"/>
          </w:tcPr>
          <w:p w14:paraId="5FBB96E3" w14:textId="77777777" w:rsidR="00DF20D1" w:rsidRPr="00B1037D" w:rsidRDefault="0003111A">
            <w:pPr>
              <w:rPr>
                <w:sz w:val="18"/>
                <w:szCs w:val="18"/>
              </w:rPr>
            </w:pPr>
            <w:r w:rsidRPr="00B1037D">
              <w:rPr>
                <w:sz w:val="18"/>
                <w:szCs w:val="18"/>
              </w:rPr>
              <w:t>20</w:t>
            </w:r>
          </w:p>
        </w:tc>
      </w:tr>
      <w:tr w:rsidR="00DF20D1" w:rsidRPr="00B1037D" w14:paraId="78DFBC63" w14:textId="77777777">
        <w:tc>
          <w:tcPr>
            <w:tcW w:w="5043" w:type="dxa"/>
          </w:tcPr>
          <w:p w14:paraId="032B01BA" w14:textId="77777777" w:rsidR="00DF20D1" w:rsidRPr="00B1037D" w:rsidRDefault="0003111A">
            <w:pPr>
              <w:rPr>
                <w:sz w:val="18"/>
                <w:szCs w:val="18"/>
              </w:rPr>
            </w:pPr>
            <w:r w:rsidRPr="00B1037D">
              <w:rPr>
                <w:sz w:val="18"/>
                <w:szCs w:val="18"/>
              </w:rPr>
              <w:t>Dzoma</w:t>
            </w:r>
          </w:p>
        </w:tc>
        <w:tc>
          <w:tcPr>
            <w:tcW w:w="5043" w:type="dxa"/>
          </w:tcPr>
          <w:p w14:paraId="23EDE7BB" w14:textId="77777777" w:rsidR="00DF20D1" w:rsidRPr="00B1037D" w:rsidRDefault="0003111A">
            <w:pPr>
              <w:rPr>
                <w:sz w:val="18"/>
                <w:szCs w:val="18"/>
              </w:rPr>
            </w:pPr>
            <w:r w:rsidRPr="00B1037D">
              <w:rPr>
                <w:sz w:val="18"/>
                <w:szCs w:val="18"/>
              </w:rPr>
              <w:t>20</w:t>
            </w:r>
          </w:p>
        </w:tc>
      </w:tr>
      <w:tr w:rsidR="00DF20D1" w:rsidRPr="00B1037D" w14:paraId="376096D7" w14:textId="77777777">
        <w:tc>
          <w:tcPr>
            <w:tcW w:w="5043" w:type="dxa"/>
          </w:tcPr>
          <w:p w14:paraId="3A4B0F70" w14:textId="77777777" w:rsidR="00DF20D1" w:rsidRPr="00B1037D" w:rsidRDefault="0003111A">
            <w:pPr>
              <w:rPr>
                <w:sz w:val="18"/>
                <w:szCs w:val="18"/>
              </w:rPr>
            </w:pPr>
            <w:r w:rsidRPr="00B1037D">
              <w:rPr>
                <w:sz w:val="18"/>
                <w:szCs w:val="18"/>
              </w:rPr>
              <w:t>Phangyuel</w:t>
            </w:r>
          </w:p>
        </w:tc>
        <w:tc>
          <w:tcPr>
            <w:tcW w:w="5043" w:type="dxa"/>
          </w:tcPr>
          <w:p w14:paraId="6C9BFDB2" w14:textId="77777777" w:rsidR="00DF20D1" w:rsidRPr="00B1037D" w:rsidRDefault="0003111A">
            <w:pPr>
              <w:rPr>
                <w:sz w:val="18"/>
                <w:szCs w:val="18"/>
              </w:rPr>
            </w:pPr>
            <w:r w:rsidRPr="00B1037D">
              <w:rPr>
                <w:sz w:val="18"/>
                <w:szCs w:val="18"/>
              </w:rPr>
              <w:t>20</w:t>
            </w:r>
          </w:p>
        </w:tc>
      </w:tr>
      <w:tr w:rsidR="00DF20D1" w:rsidRPr="00B1037D" w14:paraId="78FFAB92" w14:textId="77777777">
        <w:tc>
          <w:tcPr>
            <w:tcW w:w="5043" w:type="dxa"/>
          </w:tcPr>
          <w:p w14:paraId="0F8795A4" w14:textId="77777777" w:rsidR="00DF20D1" w:rsidRPr="00B1037D" w:rsidRDefault="0003111A">
            <w:pPr>
              <w:rPr>
                <w:sz w:val="18"/>
                <w:szCs w:val="18"/>
              </w:rPr>
            </w:pPr>
            <w:r w:rsidRPr="00B1037D">
              <w:rPr>
                <w:sz w:val="18"/>
                <w:szCs w:val="18"/>
              </w:rPr>
              <w:t>Chargharay</w:t>
            </w:r>
          </w:p>
        </w:tc>
        <w:tc>
          <w:tcPr>
            <w:tcW w:w="5043" w:type="dxa"/>
          </w:tcPr>
          <w:p w14:paraId="5F847EC1" w14:textId="77777777" w:rsidR="00DF20D1" w:rsidRPr="00B1037D" w:rsidRDefault="0003111A">
            <w:pPr>
              <w:rPr>
                <w:sz w:val="18"/>
                <w:szCs w:val="18"/>
              </w:rPr>
            </w:pPr>
            <w:r w:rsidRPr="00B1037D">
              <w:rPr>
                <w:sz w:val="18"/>
                <w:szCs w:val="18"/>
              </w:rPr>
              <w:t>19</w:t>
            </w:r>
          </w:p>
        </w:tc>
      </w:tr>
      <w:tr w:rsidR="00DF20D1" w:rsidRPr="00B1037D" w14:paraId="1269CCF0" w14:textId="77777777">
        <w:tc>
          <w:tcPr>
            <w:tcW w:w="5043" w:type="dxa"/>
          </w:tcPr>
          <w:p w14:paraId="0365EABE" w14:textId="77777777" w:rsidR="00DF20D1" w:rsidRPr="00B1037D" w:rsidRDefault="0003111A">
            <w:pPr>
              <w:rPr>
                <w:sz w:val="18"/>
                <w:szCs w:val="18"/>
              </w:rPr>
            </w:pPr>
            <w:r w:rsidRPr="00B1037D">
              <w:rPr>
                <w:sz w:val="18"/>
                <w:szCs w:val="18"/>
              </w:rPr>
              <w:t>Daga</w:t>
            </w:r>
          </w:p>
        </w:tc>
        <w:tc>
          <w:tcPr>
            <w:tcW w:w="5043" w:type="dxa"/>
          </w:tcPr>
          <w:p w14:paraId="77EB214F" w14:textId="77777777" w:rsidR="00DF20D1" w:rsidRPr="00B1037D" w:rsidRDefault="0003111A">
            <w:pPr>
              <w:rPr>
                <w:sz w:val="18"/>
                <w:szCs w:val="18"/>
              </w:rPr>
            </w:pPr>
            <w:r w:rsidRPr="00B1037D">
              <w:rPr>
                <w:sz w:val="18"/>
                <w:szCs w:val="18"/>
              </w:rPr>
              <w:t>19</w:t>
            </w:r>
          </w:p>
        </w:tc>
      </w:tr>
      <w:tr w:rsidR="00DF20D1" w:rsidRPr="00B1037D" w14:paraId="05038831" w14:textId="77777777">
        <w:tc>
          <w:tcPr>
            <w:tcW w:w="5043" w:type="dxa"/>
          </w:tcPr>
          <w:p w14:paraId="7FE7C2C3" w14:textId="77777777" w:rsidR="00DF20D1" w:rsidRPr="00B1037D" w:rsidRDefault="0003111A">
            <w:pPr>
              <w:rPr>
                <w:sz w:val="18"/>
                <w:szCs w:val="18"/>
              </w:rPr>
            </w:pPr>
            <w:r w:rsidRPr="00B1037D">
              <w:rPr>
                <w:sz w:val="18"/>
                <w:szCs w:val="18"/>
              </w:rPr>
              <w:t>Patakla</w:t>
            </w:r>
          </w:p>
        </w:tc>
        <w:tc>
          <w:tcPr>
            <w:tcW w:w="5043" w:type="dxa"/>
          </w:tcPr>
          <w:p w14:paraId="7927C027" w14:textId="77777777" w:rsidR="00DF20D1" w:rsidRPr="00B1037D" w:rsidRDefault="0003111A">
            <w:pPr>
              <w:rPr>
                <w:sz w:val="18"/>
                <w:szCs w:val="18"/>
              </w:rPr>
            </w:pPr>
            <w:r w:rsidRPr="00B1037D">
              <w:rPr>
                <w:sz w:val="18"/>
                <w:szCs w:val="18"/>
              </w:rPr>
              <w:t>18</w:t>
            </w:r>
          </w:p>
        </w:tc>
      </w:tr>
      <w:tr w:rsidR="00DF20D1" w:rsidRPr="00B1037D" w14:paraId="6E792BB2" w14:textId="77777777">
        <w:tc>
          <w:tcPr>
            <w:tcW w:w="5043" w:type="dxa"/>
          </w:tcPr>
          <w:p w14:paraId="738C6231" w14:textId="77777777" w:rsidR="00DF20D1" w:rsidRPr="00B1037D" w:rsidRDefault="0003111A">
            <w:pPr>
              <w:rPr>
                <w:sz w:val="18"/>
                <w:szCs w:val="18"/>
              </w:rPr>
            </w:pPr>
            <w:r w:rsidRPr="00B1037D">
              <w:rPr>
                <w:sz w:val="18"/>
                <w:szCs w:val="18"/>
              </w:rPr>
              <w:t>Dorokha</w:t>
            </w:r>
          </w:p>
        </w:tc>
        <w:tc>
          <w:tcPr>
            <w:tcW w:w="5043" w:type="dxa"/>
          </w:tcPr>
          <w:p w14:paraId="6B9FD9F3" w14:textId="77777777" w:rsidR="00DF20D1" w:rsidRPr="00B1037D" w:rsidRDefault="0003111A">
            <w:pPr>
              <w:rPr>
                <w:sz w:val="18"/>
                <w:szCs w:val="18"/>
              </w:rPr>
            </w:pPr>
            <w:r w:rsidRPr="00B1037D">
              <w:rPr>
                <w:sz w:val="18"/>
                <w:szCs w:val="18"/>
              </w:rPr>
              <w:t>18</w:t>
            </w:r>
          </w:p>
        </w:tc>
      </w:tr>
      <w:tr w:rsidR="00DF20D1" w:rsidRPr="00B1037D" w14:paraId="561B253C" w14:textId="77777777">
        <w:tc>
          <w:tcPr>
            <w:tcW w:w="5043" w:type="dxa"/>
          </w:tcPr>
          <w:p w14:paraId="398E4593" w14:textId="77777777" w:rsidR="00DF20D1" w:rsidRPr="00B1037D" w:rsidRDefault="0003111A">
            <w:pPr>
              <w:rPr>
                <w:sz w:val="18"/>
                <w:szCs w:val="18"/>
              </w:rPr>
            </w:pPr>
            <w:r w:rsidRPr="00B1037D">
              <w:rPr>
                <w:sz w:val="18"/>
                <w:szCs w:val="18"/>
              </w:rPr>
              <w:t>Mongar</w:t>
            </w:r>
          </w:p>
        </w:tc>
        <w:tc>
          <w:tcPr>
            <w:tcW w:w="5043" w:type="dxa"/>
          </w:tcPr>
          <w:p w14:paraId="220FE043" w14:textId="77777777" w:rsidR="00DF20D1" w:rsidRPr="00B1037D" w:rsidRDefault="0003111A">
            <w:pPr>
              <w:rPr>
                <w:sz w:val="18"/>
                <w:szCs w:val="18"/>
              </w:rPr>
            </w:pPr>
            <w:r w:rsidRPr="00B1037D">
              <w:rPr>
                <w:sz w:val="18"/>
                <w:szCs w:val="18"/>
              </w:rPr>
              <w:t>17</w:t>
            </w:r>
          </w:p>
        </w:tc>
      </w:tr>
      <w:tr w:rsidR="00DF20D1" w:rsidRPr="00B1037D" w14:paraId="59C61CC1" w14:textId="77777777">
        <w:tc>
          <w:tcPr>
            <w:tcW w:w="5043" w:type="dxa"/>
          </w:tcPr>
          <w:p w14:paraId="6A703FCB" w14:textId="77777777" w:rsidR="00DF20D1" w:rsidRPr="00B1037D" w:rsidRDefault="0003111A">
            <w:pPr>
              <w:rPr>
                <w:sz w:val="18"/>
                <w:szCs w:val="18"/>
              </w:rPr>
            </w:pPr>
            <w:r w:rsidRPr="00B1037D">
              <w:rPr>
                <w:sz w:val="18"/>
                <w:szCs w:val="18"/>
              </w:rPr>
              <w:t>Drepung</w:t>
            </w:r>
          </w:p>
        </w:tc>
        <w:tc>
          <w:tcPr>
            <w:tcW w:w="5043" w:type="dxa"/>
          </w:tcPr>
          <w:p w14:paraId="6F4C3625" w14:textId="77777777" w:rsidR="00DF20D1" w:rsidRPr="00B1037D" w:rsidRDefault="0003111A">
            <w:pPr>
              <w:rPr>
                <w:sz w:val="18"/>
                <w:szCs w:val="18"/>
              </w:rPr>
            </w:pPr>
            <w:r w:rsidRPr="00B1037D">
              <w:rPr>
                <w:sz w:val="18"/>
                <w:szCs w:val="18"/>
              </w:rPr>
              <w:t>17</w:t>
            </w:r>
          </w:p>
        </w:tc>
      </w:tr>
      <w:tr w:rsidR="00DF20D1" w:rsidRPr="00B1037D" w14:paraId="2D947AD7" w14:textId="77777777">
        <w:tc>
          <w:tcPr>
            <w:tcW w:w="5043" w:type="dxa"/>
          </w:tcPr>
          <w:p w14:paraId="204A06EF" w14:textId="77777777" w:rsidR="00DF20D1" w:rsidRPr="00B1037D" w:rsidRDefault="0003111A">
            <w:pPr>
              <w:rPr>
                <w:sz w:val="18"/>
                <w:szCs w:val="18"/>
              </w:rPr>
            </w:pPr>
            <w:r w:rsidRPr="00B1037D">
              <w:rPr>
                <w:sz w:val="18"/>
                <w:szCs w:val="18"/>
              </w:rPr>
              <w:t>Chhali</w:t>
            </w:r>
          </w:p>
        </w:tc>
        <w:tc>
          <w:tcPr>
            <w:tcW w:w="5043" w:type="dxa"/>
          </w:tcPr>
          <w:p w14:paraId="52F8CB1A" w14:textId="77777777" w:rsidR="00DF20D1" w:rsidRPr="00B1037D" w:rsidRDefault="0003111A">
            <w:pPr>
              <w:rPr>
                <w:sz w:val="18"/>
                <w:szCs w:val="18"/>
              </w:rPr>
            </w:pPr>
            <w:r w:rsidRPr="00B1037D">
              <w:rPr>
                <w:sz w:val="18"/>
                <w:szCs w:val="18"/>
              </w:rPr>
              <w:t>17</w:t>
            </w:r>
          </w:p>
        </w:tc>
      </w:tr>
      <w:tr w:rsidR="00DF20D1" w:rsidRPr="00B1037D" w14:paraId="273151B3" w14:textId="77777777">
        <w:tc>
          <w:tcPr>
            <w:tcW w:w="5043" w:type="dxa"/>
          </w:tcPr>
          <w:p w14:paraId="34394E24" w14:textId="77777777" w:rsidR="00DF20D1" w:rsidRPr="00B1037D" w:rsidRDefault="0003111A">
            <w:pPr>
              <w:rPr>
                <w:sz w:val="18"/>
                <w:szCs w:val="18"/>
              </w:rPr>
            </w:pPr>
            <w:r w:rsidRPr="00B1037D">
              <w:rPr>
                <w:sz w:val="18"/>
                <w:szCs w:val="18"/>
              </w:rPr>
              <w:t>Gosarling</w:t>
            </w:r>
          </w:p>
        </w:tc>
        <w:tc>
          <w:tcPr>
            <w:tcW w:w="5043" w:type="dxa"/>
          </w:tcPr>
          <w:p w14:paraId="15779239" w14:textId="77777777" w:rsidR="00DF20D1" w:rsidRPr="00B1037D" w:rsidRDefault="0003111A">
            <w:pPr>
              <w:rPr>
                <w:sz w:val="18"/>
                <w:szCs w:val="18"/>
              </w:rPr>
            </w:pPr>
            <w:r w:rsidRPr="00B1037D">
              <w:rPr>
                <w:sz w:val="18"/>
                <w:szCs w:val="18"/>
              </w:rPr>
              <w:t>16</w:t>
            </w:r>
          </w:p>
        </w:tc>
      </w:tr>
      <w:tr w:rsidR="00DF20D1" w:rsidRPr="00B1037D" w14:paraId="70212644" w14:textId="77777777">
        <w:tc>
          <w:tcPr>
            <w:tcW w:w="5043" w:type="dxa"/>
          </w:tcPr>
          <w:p w14:paraId="2A181453" w14:textId="77777777" w:rsidR="00DF20D1" w:rsidRPr="00B1037D" w:rsidRDefault="0003111A">
            <w:pPr>
              <w:rPr>
                <w:sz w:val="18"/>
                <w:szCs w:val="18"/>
              </w:rPr>
            </w:pPr>
            <w:r w:rsidRPr="00B1037D">
              <w:rPr>
                <w:sz w:val="18"/>
                <w:szCs w:val="18"/>
              </w:rPr>
              <w:t>Namgyel Chhoeling</w:t>
            </w:r>
          </w:p>
        </w:tc>
        <w:tc>
          <w:tcPr>
            <w:tcW w:w="5043" w:type="dxa"/>
          </w:tcPr>
          <w:p w14:paraId="78D074E3" w14:textId="77777777" w:rsidR="00DF20D1" w:rsidRPr="00B1037D" w:rsidRDefault="0003111A">
            <w:pPr>
              <w:rPr>
                <w:sz w:val="18"/>
                <w:szCs w:val="18"/>
              </w:rPr>
            </w:pPr>
            <w:r w:rsidRPr="00B1037D">
              <w:rPr>
                <w:sz w:val="18"/>
                <w:szCs w:val="18"/>
              </w:rPr>
              <w:t>16</w:t>
            </w:r>
          </w:p>
        </w:tc>
      </w:tr>
      <w:tr w:rsidR="00DF20D1" w:rsidRPr="00B1037D" w14:paraId="7C48E236" w14:textId="77777777">
        <w:tc>
          <w:tcPr>
            <w:tcW w:w="5043" w:type="dxa"/>
          </w:tcPr>
          <w:p w14:paraId="42C5FE02" w14:textId="77777777" w:rsidR="00DF20D1" w:rsidRPr="00B1037D" w:rsidRDefault="0003111A">
            <w:pPr>
              <w:rPr>
                <w:sz w:val="18"/>
                <w:szCs w:val="18"/>
              </w:rPr>
            </w:pPr>
            <w:r w:rsidRPr="00B1037D">
              <w:rPr>
                <w:sz w:val="18"/>
                <w:szCs w:val="18"/>
              </w:rPr>
              <w:t>Shemjong</w:t>
            </w:r>
          </w:p>
        </w:tc>
        <w:tc>
          <w:tcPr>
            <w:tcW w:w="5043" w:type="dxa"/>
          </w:tcPr>
          <w:p w14:paraId="40AE5D95" w14:textId="77777777" w:rsidR="00DF20D1" w:rsidRPr="00B1037D" w:rsidRDefault="0003111A">
            <w:pPr>
              <w:rPr>
                <w:sz w:val="18"/>
                <w:szCs w:val="18"/>
              </w:rPr>
            </w:pPr>
            <w:r w:rsidRPr="00B1037D">
              <w:rPr>
                <w:sz w:val="18"/>
                <w:szCs w:val="18"/>
              </w:rPr>
              <w:t>16</w:t>
            </w:r>
          </w:p>
        </w:tc>
      </w:tr>
      <w:tr w:rsidR="00DF20D1" w:rsidRPr="00B1037D" w14:paraId="6163E626" w14:textId="77777777">
        <w:tc>
          <w:tcPr>
            <w:tcW w:w="5043" w:type="dxa"/>
          </w:tcPr>
          <w:p w14:paraId="131B1D98" w14:textId="77777777" w:rsidR="00DF20D1" w:rsidRPr="00B1037D" w:rsidRDefault="0003111A">
            <w:pPr>
              <w:rPr>
                <w:sz w:val="18"/>
                <w:szCs w:val="18"/>
              </w:rPr>
            </w:pPr>
            <w:r w:rsidRPr="00B1037D">
              <w:rPr>
                <w:sz w:val="18"/>
                <w:szCs w:val="18"/>
              </w:rPr>
              <w:t>Denchhukha</w:t>
            </w:r>
          </w:p>
        </w:tc>
        <w:tc>
          <w:tcPr>
            <w:tcW w:w="5043" w:type="dxa"/>
          </w:tcPr>
          <w:p w14:paraId="124AF9F5" w14:textId="77777777" w:rsidR="00DF20D1" w:rsidRPr="00B1037D" w:rsidRDefault="0003111A">
            <w:pPr>
              <w:rPr>
                <w:sz w:val="18"/>
                <w:szCs w:val="18"/>
              </w:rPr>
            </w:pPr>
            <w:r w:rsidRPr="00B1037D">
              <w:rPr>
                <w:sz w:val="18"/>
                <w:szCs w:val="18"/>
              </w:rPr>
              <w:t>16</w:t>
            </w:r>
          </w:p>
        </w:tc>
      </w:tr>
      <w:tr w:rsidR="00DF20D1" w:rsidRPr="00B1037D" w14:paraId="5FA1930C" w14:textId="77777777">
        <w:tc>
          <w:tcPr>
            <w:tcW w:w="5043" w:type="dxa"/>
          </w:tcPr>
          <w:p w14:paraId="508117D8" w14:textId="77777777" w:rsidR="00DF20D1" w:rsidRPr="00B1037D" w:rsidRDefault="0003111A">
            <w:pPr>
              <w:rPr>
                <w:sz w:val="18"/>
                <w:szCs w:val="18"/>
              </w:rPr>
            </w:pPr>
            <w:r w:rsidRPr="00B1037D">
              <w:rPr>
                <w:sz w:val="18"/>
                <w:szCs w:val="18"/>
              </w:rPr>
              <w:t>Yoeseltse</w:t>
            </w:r>
          </w:p>
        </w:tc>
        <w:tc>
          <w:tcPr>
            <w:tcW w:w="5043" w:type="dxa"/>
          </w:tcPr>
          <w:p w14:paraId="037CA3B9" w14:textId="77777777" w:rsidR="00DF20D1" w:rsidRPr="00B1037D" w:rsidRDefault="0003111A">
            <w:pPr>
              <w:rPr>
                <w:sz w:val="18"/>
                <w:szCs w:val="18"/>
              </w:rPr>
            </w:pPr>
            <w:r w:rsidRPr="00B1037D">
              <w:rPr>
                <w:sz w:val="18"/>
                <w:szCs w:val="18"/>
              </w:rPr>
              <w:t>16</w:t>
            </w:r>
          </w:p>
        </w:tc>
      </w:tr>
      <w:tr w:rsidR="00DF20D1" w:rsidRPr="00B1037D" w14:paraId="3D459901" w14:textId="77777777">
        <w:tc>
          <w:tcPr>
            <w:tcW w:w="5043" w:type="dxa"/>
          </w:tcPr>
          <w:p w14:paraId="54931EF5" w14:textId="77777777" w:rsidR="00DF20D1" w:rsidRPr="00B1037D" w:rsidRDefault="0003111A">
            <w:pPr>
              <w:rPr>
                <w:sz w:val="18"/>
                <w:szCs w:val="18"/>
              </w:rPr>
            </w:pPr>
            <w:r w:rsidRPr="00B1037D">
              <w:rPr>
                <w:sz w:val="18"/>
                <w:szCs w:val="18"/>
              </w:rPr>
              <w:t>Chengmari</w:t>
            </w:r>
          </w:p>
        </w:tc>
        <w:tc>
          <w:tcPr>
            <w:tcW w:w="5043" w:type="dxa"/>
          </w:tcPr>
          <w:p w14:paraId="2B17708D" w14:textId="77777777" w:rsidR="00DF20D1" w:rsidRPr="00B1037D" w:rsidRDefault="0003111A">
            <w:pPr>
              <w:rPr>
                <w:sz w:val="18"/>
                <w:szCs w:val="18"/>
              </w:rPr>
            </w:pPr>
            <w:r w:rsidRPr="00B1037D">
              <w:rPr>
                <w:sz w:val="18"/>
                <w:szCs w:val="18"/>
              </w:rPr>
              <w:t>16</w:t>
            </w:r>
          </w:p>
        </w:tc>
      </w:tr>
      <w:tr w:rsidR="00DF20D1" w:rsidRPr="00B1037D" w14:paraId="1986920C" w14:textId="77777777">
        <w:tc>
          <w:tcPr>
            <w:tcW w:w="5043" w:type="dxa"/>
          </w:tcPr>
          <w:p w14:paraId="320B95A7" w14:textId="77777777" w:rsidR="00DF20D1" w:rsidRPr="00B1037D" w:rsidRDefault="0003111A">
            <w:pPr>
              <w:rPr>
                <w:sz w:val="18"/>
                <w:szCs w:val="18"/>
              </w:rPr>
            </w:pPr>
            <w:r w:rsidRPr="00B1037D">
              <w:rPr>
                <w:sz w:val="18"/>
                <w:szCs w:val="18"/>
              </w:rPr>
              <w:t>Langchhenphu</w:t>
            </w:r>
          </w:p>
        </w:tc>
        <w:tc>
          <w:tcPr>
            <w:tcW w:w="5043" w:type="dxa"/>
          </w:tcPr>
          <w:p w14:paraId="0178FCCA" w14:textId="77777777" w:rsidR="00DF20D1" w:rsidRPr="00B1037D" w:rsidRDefault="0003111A">
            <w:pPr>
              <w:rPr>
                <w:sz w:val="18"/>
                <w:szCs w:val="18"/>
              </w:rPr>
            </w:pPr>
            <w:r w:rsidRPr="00B1037D">
              <w:rPr>
                <w:sz w:val="18"/>
                <w:szCs w:val="18"/>
              </w:rPr>
              <w:t>16</w:t>
            </w:r>
          </w:p>
        </w:tc>
      </w:tr>
      <w:tr w:rsidR="00DF20D1" w:rsidRPr="00B1037D" w14:paraId="051E13C6" w14:textId="77777777">
        <w:tc>
          <w:tcPr>
            <w:tcW w:w="5043" w:type="dxa"/>
          </w:tcPr>
          <w:p w14:paraId="5A9DA6D5" w14:textId="77777777" w:rsidR="00DF20D1" w:rsidRPr="00B1037D" w:rsidRDefault="0003111A">
            <w:pPr>
              <w:rPr>
                <w:sz w:val="18"/>
                <w:szCs w:val="18"/>
              </w:rPr>
            </w:pPr>
            <w:r w:rsidRPr="00B1037D">
              <w:rPr>
                <w:sz w:val="18"/>
                <w:szCs w:val="18"/>
              </w:rPr>
              <w:t>Ruepisa</w:t>
            </w:r>
          </w:p>
        </w:tc>
        <w:tc>
          <w:tcPr>
            <w:tcW w:w="5043" w:type="dxa"/>
          </w:tcPr>
          <w:p w14:paraId="6D1621DD" w14:textId="77777777" w:rsidR="00DF20D1" w:rsidRPr="00B1037D" w:rsidRDefault="0003111A">
            <w:pPr>
              <w:rPr>
                <w:sz w:val="18"/>
                <w:szCs w:val="18"/>
              </w:rPr>
            </w:pPr>
            <w:r w:rsidRPr="00B1037D">
              <w:rPr>
                <w:sz w:val="18"/>
                <w:szCs w:val="18"/>
              </w:rPr>
              <w:t>16</w:t>
            </w:r>
          </w:p>
        </w:tc>
      </w:tr>
    </w:tbl>
    <w:p w14:paraId="29B1D048" w14:textId="77777777" w:rsidR="00DF20D1" w:rsidRDefault="0003111A">
      <w:pPr>
        <w:pStyle w:val="Heading2"/>
      </w:pPr>
      <w:r>
        <w:lastRenderedPageBreak/>
        <w:t>Stem rust</w:t>
      </w:r>
    </w:p>
    <w:p w14:paraId="2590284F" w14:textId="2176FC3F" w:rsidR="00DF20D1" w:rsidRDefault="00B1037D">
      <w:r w:rsidRPr="00B1037D">
        <w:rPr>
          <w:b/>
          <w:bCs/>
        </w:rPr>
        <w:t>Dispersal:</w:t>
      </w:r>
      <w:r>
        <w:t xml:space="preserve"> </w:t>
      </w:r>
      <w:r w:rsidR="0003111A">
        <w:t>Current forecast (22 Feb - 28 Feb) indicates</w:t>
      </w:r>
      <w:r>
        <w:t xml:space="preserve"> no </w:t>
      </w:r>
      <w:r w:rsidR="00A901BF">
        <w:t>dispersal as no reports of stem rust.</w:t>
      </w:r>
    </w:p>
    <w:p w14:paraId="2667237C" w14:textId="77777777" w:rsidR="00DF20D1" w:rsidRDefault="0003111A">
      <w:r>
        <w:rPr>
          <w:noProof/>
        </w:rPr>
        <w:drawing>
          <wp:inline distT="0" distB="0" distL="0" distR="0" wp14:anchorId="2E5E18A3" wp14:editId="1920006A">
            <wp:extent cx="2905125" cy="179434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stem_rust_total_202402220300_202402290000_map.png"/>
                    <pic:cNvPicPr/>
                  </pic:nvPicPr>
                  <pic:blipFill>
                    <a:blip r:embed="rId13"/>
                    <a:stretch>
                      <a:fillRect/>
                    </a:stretch>
                  </pic:blipFill>
                  <pic:spPr>
                    <a:xfrm>
                      <a:off x="0" y="0"/>
                      <a:ext cx="2909664" cy="1797146"/>
                    </a:xfrm>
                    <a:prstGeom prst="rect">
                      <a:avLst/>
                    </a:prstGeom>
                  </pic:spPr>
                </pic:pic>
              </a:graphicData>
            </a:graphic>
          </wp:inline>
        </w:drawing>
      </w:r>
    </w:p>
    <w:p w14:paraId="5DC91C25" w14:textId="77777777" w:rsidR="00DF20D1" w:rsidRDefault="0003111A">
      <w:pPr>
        <w:pStyle w:val="Caption"/>
      </w:pPr>
      <w:r>
        <w:t>Map 5: Stem rust spore deposition forecast Bhutan 22 Feb - 28 Feb 2024</w:t>
      </w:r>
    </w:p>
    <w:p w14:paraId="6282EBAB" w14:textId="2AA64604" w:rsidR="00DF20D1" w:rsidRDefault="00A901BF">
      <w:r w:rsidRPr="00E203D1">
        <w:rPr>
          <w:b/>
          <w:bCs/>
        </w:rPr>
        <w:t>Risk of infection:</w:t>
      </w:r>
      <w:r>
        <w:t xml:space="preserve"> Current forecast (22 – 27 Feb) indicates generally low infection efficiency, with some small pockets of moderate infection efficiency in lowland southern areas. </w:t>
      </w:r>
    </w:p>
    <w:p w14:paraId="5397E28D" w14:textId="77777777" w:rsidR="00DF20D1" w:rsidRDefault="0003111A">
      <w:r>
        <w:rPr>
          <w:noProof/>
        </w:rPr>
        <w:drawing>
          <wp:inline distT="0" distB="0" distL="0" distR="0" wp14:anchorId="477D509A" wp14:editId="61CB2CE0">
            <wp:extent cx="6134100" cy="3788708"/>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stem_rust_total_202402220000_202402280000_map.png"/>
                    <pic:cNvPicPr/>
                  </pic:nvPicPr>
                  <pic:blipFill>
                    <a:blip r:embed="rId14"/>
                    <a:stretch>
                      <a:fillRect/>
                    </a:stretch>
                  </pic:blipFill>
                  <pic:spPr>
                    <a:xfrm>
                      <a:off x="0" y="0"/>
                      <a:ext cx="6141237" cy="3793116"/>
                    </a:xfrm>
                    <a:prstGeom prst="rect">
                      <a:avLst/>
                    </a:prstGeom>
                  </pic:spPr>
                </pic:pic>
              </a:graphicData>
            </a:graphic>
          </wp:inline>
        </w:drawing>
      </w:r>
    </w:p>
    <w:p w14:paraId="04DB167D" w14:textId="77777777" w:rsidR="00DF20D1" w:rsidRDefault="0003111A">
      <w:pPr>
        <w:pStyle w:val="Caption"/>
      </w:pPr>
      <w:r>
        <w:t>Map 6: Stem rust suitability for infection forecast Bhutan 22 Feb - 27 Feb 2024</w:t>
      </w:r>
    </w:p>
    <w:p w14:paraId="0B0493C3" w14:textId="77777777" w:rsidR="003543F4" w:rsidRDefault="0003111A" w:rsidP="003543F4">
      <w:r>
        <w:t>The 20 most impacted districts</w:t>
      </w:r>
      <w:r w:rsidR="003543F4">
        <w:t xml:space="preserve"> (infection efficiency)</w:t>
      </w:r>
      <w:r>
        <w:t xml:space="preserve"> are presented in the table below.</w:t>
      </w:r>
      <w:r w:rsidR="003543F4">
        <w:t xml:space="preserve"> </w:t>
      </w:r>
      <w:r w:rsidR="003543F4">
        <w:t>The information however should be considered along with presence of wheat, the growth stage and resistance level of the host.</w:t>
      </w:r>
    </w:p>
    <w:p w14:paraId="63FA7606" w14:textId="49A5465A" w:rsidR="00DF20D1" w:rsidRDefault="00DF20D1"/>
    <w:tbl>
      <w:tblPr>
        <w:tblStyle w:val="TableGrid"/>
        <w:tblW w:w="0" w:type="auto"/>
        <w:tblLook w:val="04A0" w:firstRow="1" w:lastRow="0" w:firstColumn="1" w:lastColumn="0" w:noHBand="0" w:noVBand="1"/>
      </w:tblPr>
      <w:tblGrid>
        <w:gridCol w:w="5038"/>
        <w:gridCol w:w="5038"/>
      </w:tblGrid>
      <w:tr w:rsidR="00DF20D1" w14:paraId="6499ECC5" w14:textId="77777777">
        <w:tc>
          <w:tcPr>
            <w:tcW w:w="5043" w:type="dxa"/>
          </w:tcPr>
          <w:p w14:paraId="1A8EC25D" w14:textId="77777777" w:rsidR="00DF20D1" w:rsidRDefault="0003111A">
            <w:r>
              <w:lastRenderedPageBreak/>
              <w:t>admin2Name</w:t>
            </w:r>
          </w:p>
        </w:tc>
        <w:tc>
          <w:tcPr>
            <w:tcW w:w="5043" w:type="dxa"/>
          </w:tcPr>
          <w:p w14:paraId="71C318C3" w14:textId="77777777" w:rsidR="00DF20D1" w:rsidRDefault="0003111A">
            <w:r>
              <w:t>RIE_stem_rust_%</w:t>
            </w:r>
          </w:p>
        </w:tc>
      </w:tr>
      <w:tr w:rsidR="00DF20D1" w14:paraId="621F810A" w14:textId="77777777">
        <w:tc>
          <w:tcPr>
            <w:tcW w:w="5043" w:type="dxa"/>
          </w:tcPr>
          <w:p w14:paraId="001D2C32" w14:textId="77777777" w:rsidR="00DF20D1" w:rsidRDefault="0003111A">
            <w:r>
              <w:t>Pagli</w:t>
            </w:r>
          </w:p>
        </w:tc>
        <w:tc>
          <w:tcPr>
            <w:tcW w:w="5043" w:type="dxa"/>
          </w:tcPr>
          <w:p w14:paraId="7A35197B" w14:textId="77777777" w:rsidR="00DF20D1" w:rsidRDefault="0003111A">
            <w:r>
              <w:t>33</w:t>
            </w:r>
          </w:p>
        </w:tc>
      </w:tr>
      <w:tr w:rsidR="00DF20D1" w14:paraId="5DAF143A" w14:textId="77777777">
        <w:tc>
          <w:tcPr>
            <w:tcW w:w="5043" w:type="dxa"/>
          </w:tcPr>
          <w:p w14:paraId="6DA64082" w14:textId="77777777" w:rsidR="00DF20D1" w:rsidRDefault="0003111A">
            <w:r>
              <w:t>Samtse</w:t>
            </w:r>
          </w:p>
        </w:tc>
        <w:tc>
          <w:tcPr>
            <w:tcW w:w="5043" w:type="dxa"/>
          </w:tcPr>
          <w:p w14:paraId="1E05C04D" w14:textId="77777777" w:rsidR="00DF20D1" w:rsidRDefault="0003111A">
            <w:r>
              <w:t>32</w:t>
            </w:r>
          </w:p>
        </w:tc>
      </w:tr>
      <w:tr w:rsidR="00DF20D1" w14:paraId="1502447D" w14:textId="77777777">
        <w:tc>
          <w:tcPr>
            <w:tcW w:w="5043" w:type="dxa"/>
          </w:tcPr>
          <w:p w14:paraId="20A7CF23" w14:textId="77777777" w:rsidR="00DF20D1" w:rsidRDefault="0003111A">
            <w:r>
              <w:t>Ugentse</w:t>
            </w:r>
          </w:p>
        </w:tc>
        <w:tc>
          <w:tcPr>
            <w:tcW w:w="5043" w:type="dxa"/>
          </w:tcPr>
          <w:p w14:paraId="60C231ED" w14:textId="77777777" w:rsidR="00DF20D1" w:rsidRDefault="0003111A">
            <w:r>
              <w:t>30</w:t>
            </w:r>
          </w:p>
        </w:tc>
      </w:tr>
      <w:tr w:rsidR="00DF20D1" w14:paraId="793A676E" w14:textId="77777777">
        <w:tc>
          <w:tcPr>
            <w:tcW w:w="5043" w:type="dxa"/>
          </w:tcPr>
          <w:p w14:paraId="130A3EC3" w14:textId="77777777" w:rsidR="00DF20D1" w:rsidRDefault="0003111A">
            <w:r>
              <w:t>Langchhenphu</w:t>
            </w:r>
          </w:p>
        </w:tc>
        <w:tc>
          <w:tcPr>
            <w:tcW w:w="5043" w:type="dxa"/>
          </w:tcPr>
          <w:p w14:paraId="0B168008" w14:textId="77777777" w:rsidR="00DF20D1" w:rsidRDefault="0003111A">
            <w:r>
              <w:t>28</w:t>
            </w:r>
          </w:p>
        </w:tc>
      </w:tr>
      <w:tr w:rsidR="00DF20D1" w14:paraId="7D402E59" w14:textId="77777777">
        <w:tc>
          <w:tcPr>
            <w:tcW w:w="5043" w:type="dxa"/>
          </w:tcPr>
          <w:p w14:paraId="509ECD76" w14:textId="77777777" w:rsidR="00DF20D1" w:rsidRDefault="0003111A">
            <w:r>
              <w:t>Tading</w:t>
            </w:r>
          </w:p>
        </w:tc>
        <w:tc>
          <w:tcPr>
            <w:tcW w:w="5043" w:type="dxa"/>
          </w:tcPr>
          <w:p w14:paraId="773D1449" w14:textId="77777777" w:rsidR="00DF20D1" w:rsidRDefault="0003111A">
            <w:r>
              <w:t>26</w:t>
            </w:r>
          </w:p>
        </w:tc>
      </w:tr>
      <w:tr w:rsidR="00DF20D1" w14:paraId="5652DDA1" w14:textId="77777777">
        <w:tc>
          <w:tcPr>
            <w:tcW w:w="5043" w:type="dxa"/>
          </w:tcPr>
          <w:p w14:paraId="223F1A06" w14:textId="77777777" w:rsidR="00DF20D1" w:rsidRDefault="0003111A">
            <w:r>
              <w:t>Umling</w:t>
            </w:r>
          </w:p>
        </w:tc>
        <w:tc>
          <w:tcPr>
            <w:tcW w:w="5043" w:type="dxa"/>
          </w:tcPr>
          <w:p w14:paraId="69D61E3C" w14:textId="77777777" w:rsidR="00DF20D1" w:rsidRDefault="0003111A">
            <w:r>
              <w:t>26</w:t>
            </w:r>
          </w:p>
        </w:tc>
      </w:tr>
      <w:tr w:rsidR="00DF20D1" w14:paraId="1B950E5E" w14:textId="77777777">
        <w:tc>
          <w:tcPr>
            <w:tcW w:w="5043" w:type="dxa"/>
          </w:tcPr>
          <w:p w14:paraId="440D50AA" w14:textId="77777777" w:rsidR="00DF20D1" w:rsidRDefault="0003111A">
            <w:r>
              <w:t>Samphelling</w:t>
            </w:r>
          </w:p>
        </w:tc>
        <w:tc>
          <w:tcPr>
            <w:tcW w:w="5043" w:type="dxa"/>
          </w:tcPr>
          <w:p w14:paraId="4DDC682B" w14:textId="77777777" w:rsidR="00DF20D1" w:rsidRDefault="0003111A">
            <w:r>
              <w:t>25</w:t>
            </w:r>
          </w:p>
        </w:tc>
      </w:tr>
      <w:tr w:rsidR="00DF20D1" w14:paraId="09477F1F" w14:textId="77777777">
        <w:tc>
          <w:tcPr>
            <w:tcW w:w="5043" w:type="dxa"/>
          </w:tcPr>
          <w:p w14:paraId="4054F055" w14:textId="77777777" w:rsidR="00DF20D1" w:rsidRDefault="0003111A">
            <w:r>
              <w:t>Dorokha</w:t>
            </w:r>
          </w:p>
        </w:tc>
        <w:tc>
          <w:tcPr>
            <w:tcW w:w="5043" w:type="dxa"/>
          </w:tcPr>
          <w:p w14:paraId="1594D1F6" w14:textId="77777777" w:rsidR="00DF20D1" w:rsidRDefault="0003111A">
            <w:r>
              <w:t>23</w:t>
            </w:r>
          </w:p>
        </w:tc>
      </w:tr>
      <w:tr w:rsidR="00DF20D1" w14:paraId="6FFCC443" w14:textId="77777777">
        <w:tc>
          <w:tcPr>
            <w:tcW w:w="5043" w:type="dxa"/>
          </w:tcPr>
          <w:p w14:paraId="16E476F2" w14:textId="77777777" w:rsidR="00DF20D1" w:rsidRDefault="0003111A">
            <w:r>
              <w:t>Gelephu</w:t>
            </w:r>
          </w:p>
        </w:tc>
        <w:tc>
          <w:tcPr>
            <w:tcW w:w="5043" w:type="dxa"/>
          </w:tcPr>
          <w:p w14:paraId="55B3DB9C" w14:textId="77777777" w:rsidR="00DF20D1" w:rsidRDefault="0003111A">
            <w:r>
              <w:t>23</w:t>
            </w:r>
          </w:p>
        </w:tc>
      </w:tr>
      <w:tr w:rsidR="00DF20D1" w14:paraId="57A694F7" w14:textId="77777777">
        <w:tc>
          <w:tcPr>
            <w:tcW w:w="5043" w:type="dxa"/>
          </w:tcPr>
          <w:p w14:paraId="4F024150" w14:textId="77777777" w:rsidR="00DF20D1" w:rsidRDefault="0003111A">
            <w:r>
              <w:t>Chhuzagang</w:t>
            </w:r>
          </w:p>
        </w:tc>
        <w:tc>
          <w:tcPr>
            <w:tcW w:w="5043" w:type="dxa"/>
          </w:tcPr>
          <w:p w14:paraId="24908763" w14:textId="77777777" w:rsidR="00DF20D1" w:rsidRDefault="0003111A">
            <w:r>
              <w:t>23</w:t>
            </w:r>
          </w:p>
        </w:tc>
      </w:tr>
      <w:tr w:rsidR="00DF20D1" w14:paraId="6C9F9B39" w14:textId="77777777">
        <w:tc>
          <w:tcPr>
            <w:tcW w:w="5043" w:type="dxa"/>
          </w:tcPr>
          <w:p w14:paraId="2CADA3D2" w14:textId="77777777" w:rsidR="00DF20D1" w:rsidRDefault="0003111A">
            <w:r>
              <w:t>Sherzhong</w:t>
            </w:r>
          </w:p>
        </w:tc>
        <w:tc>
          <w:tcPr>
            <w:tcW w:w="5043" w:type="dxa"/>
          </w:tcPr>
          <w:p w14:paraId="1C726BD5" w14:textId="77777777" w:rsidR="00DF20D1" w:rsidRDefault="0003111A">
            <w:r>
              <w:t>22</w:t>
            </w:r>
          </w:p>
        </w:tc>
      </w:tr>
      <w:tr w:rsidR="00DF20D1" w14:paraId="1BFF581B" w14:textId="77777777">
        <w:tc>
          <w:tcPr>
            <w:tcW w:w="5043" w:type="dxa"/>
          </w:tcPr>
          <w:p w14:paraId="4212D989" w14:textId="77777777" w:rsidR="00DF20D1" w:rsidRDefault="0003111A">
            <w:r>
              <w:t>Taklai</w:t>
            </w:r>
          </w:p>
        </w:tc>
        <w:tc>
          <w:tcPr>
            <w:tcW w:w="5043" w:type="dxa"/>
          </w:tcPr>
          <w:p w14:paraId="6830321C" w14:textId="77777777" w:rsidR="00DF20D1" w:rsidRDefault="0003111A">
            <w:r>
              <w:t>22</w:t>
            </w:r>
          </w:p>
        </w:tc>
      </w:tr>
      <w:tr w:rsidR="00DF20D1" w14:paraId="49772DEB" w14:textId="77777777">
        <w:tc>
          <w:tcPr>
            <w:tcW w:w="5043" w:type="dxa"/>
          </w:tcPr>
          <w:p w14:paraId="2DE3C7EB" w14:textId="77777777" w:rsidR="00DF20D1" w:rsidRDefault="0003111A">
            <w:r>
              <w:t>Chengmari</w:t>
            </w:r>
          </w:p>
        </w:tc>
        <w:tc>
          <w:tcPr>
            <w:tcW w:w="5043" w:type="dxa"/>
          </w:tcPr>
          <w:p w14:paraId="1679607C" w14:textId="77777777" w:rsidR="00DF20D1" w:rsidRDefault="0003111A">
            <w:r>
              <w:t>22</w:t>
            </w:r>
          </w:p>
        </w:tc>
      </w:tr>
      <w:tr w:rsidR="00DF20D1" w14:paraId="791244E3" w14:textId="77777777">
        <w:tc>
          <w:tcPr>
            <w:tcW w:w="5043" w:type="dxa"/>
          </w:tcPr>
          <w:p w14:paraId="7C296509" w14:textId="77777777" w:rsidR="00DF20D1" w:rsidRDefault="0003111A">
            <w:r>
              <w:t>Yoeseltse</w:t>
            </w:r>
          </w:p>
        </w:tc>
        <w:tc>
          <w:tcPr>
            <w:tcW w:w="5043" w:type="dxa"/>
          </w:tcPr>
          <w:p w14:paraId="5B161436" w14:textId="77777777" w:rsidR="00DF20D1" w:rsidRDefault="0003111A">
            <w:r>
              <w:t>22</w:t>
            </w:r>
          </w:p>
        </w:tc>
      </w:tr>
      <w:tr w:rsidR="00DF20D1" w14:paraId="202338A8" w14:textId="77777777">
        <w:tc>
          <w:tcPr>
            <w:tcW w:w="5043" w:type="dxa"/>
          </w:tcPr>
          <w:p w14:paraId="4CE9C089" w14:textId="77777777" w:rsidR="00DF20D1" w:rsidRDefault="0003111A">
            <w:r>
              <w:t>Bhur</w:t>
            </w:r>
          </w:p>
        </w:tc>
        <w:tc>
          <w:tcPr>
            <w:tcW w:w="5043" w:type="dxa"/>
          </w:tcPr>
          <w:p w14:paraId="3E8C1C37" w14:textId="77777777" w:rsidR="00DF20D1" w:rsidRDefault="0003111A">
            <w:r>
              <w:t>21</w:t>
            </w:r>
          </w:p>
        </w:tc>
      </w:tr>
      <w:tr w:rsidR="00DF20D1" w14:paraId="5684F07E" w14:textId="77777777">
        <w:tc>
          <w:tcPr>
            <w:tcW w:w="5043" w:type="dxa"/>
          </w:tcPr>
          <w:p w14:paraId="0241543C" w14:textId="77777777" w:rsidR="00DF20D1" w:rsidRDefault="0003111A">
            <w:r>
              <w:t>Dekiling</w:t>
            </w:r>
          </w:p>
        </w:tc>
        <w:tc>
          <w:tcPr>
            <w:tcW w:w="5043" w:type="dxa"/>
          </w:tcPr>
          <w:p w14:paraId="1F49350D" w14:textId="77777777" w:rsidR="00DF20D1" w:rsidRDefault="0003111A">
            <w:r>
              <w:t>21</w:t>
            </w:r>
          </w:p>
        </w:tc>
      </w:tr>
      <w:tr w:rsidR="00DF20D1" w14:paraId="25D66D2D" w14:textId="77777777">
        <w:tc>
          <w:tcPr>
            <w:tcW w:w="5043" w:type="dxa"/>
          </w:tcPr>
          <w:p w14:paraId="450AE82A" w14:textId="77777777" w:rsidR="00DF20D1" w:rsidRDefault="0003111A">
            <w:r>
              <w:t>Phuentsholing</w:t>
            </w:r>
          </w:p>
        </w:tc>
        <w:tc>
          <w:tcPr>
            <w:tcW w:w="5043" w:type="dxa"/>
          </w:tcPr>
          <w:p w14:paraId="4E797DA8" w14:textId="77777777" w:rsidR="00DF20D1" w:rsidRDefault="0003111A">
            <w:r>
              <w:t>21</w:t>
            </w:r>
          </w:p>
        </w:tc>
      </w:tr>
      <w:tr w:rsidR="00DF20D1" w14:paraId="4CD55BA8" w14:textId="77777777">
        <w:tc>
          <w:tcPr>
            <w:tcW w:w="5043" w:type="dxa"/>
          </w:tcPr>
          <w:p w14:paraId="2E271457" w14:textId="77777777" w:rsidR="00DF20D1" w:rsidRDefault="0003111A">
            <w:r>
              <w:t>Pangkhar</w:t>
            </w:r>
          </w:p>
        </w:tc>
        <w:tc>
          <w:tcPr>
            <w:tcW w:w="5043" w:type="dxa"/>
          </w:tcPr>
          <w:p w14:paraId="2C4421E7" w14:textId="77777777" w:rsidR="00DF20D1" w:rsidRDefault="0003111A">
            <w:r>
              <w:t>20</w:t>
            </w:r>
          </w:p>
        </w:tc>
      </w:tr>
      <w:tr w:rsidR="00DF20D1" w14:paraId="1C991F77" w14:textId="77777777">
        <w:tc>
          <w:tcPr>
            <w:tcW w:w="5043" w:type="dxa"/>
          </w:tcPr>
          <w:p w14:paraId="302A1379" w14:textId="77777777" w:rsidR="00DF20D1" w:rsidRDefault="0003111A">
            <w:r>
              <w:t>Gozhing</w:t>
            </w:r>
          </w:p>
        </w:tc>
        <w:tc>
          <w:tcPr>
            <w:tcW w:w="5043" w:type="dxa"/>
          </w:tcPr>
          <w:p w14:paraId="5939E1D2" w14:textId="77777777" w:rsidR="00DF20D1" w:rsidRDefault="0003111A">
            <w:r>
              <w:t>20</w:t>
            </w:r>
          </w:p>
        </w:tc>
      </w:tr>
      <w:tr w:rsidR="00DF20D1" w14:paraId="4C2B9B73" w14:textId="77777777">
        <w:tc>
          <w:tcPr>
            <w:tcW w:w="5043" w:type="dxa"/>
          </w:tcPr>
          <w:p w14:paraId="3958DA78" w14:textId="77777777" w:rsidR="00DF20D1" w:rsidRDefault="0003111A">
            <w:r>
              <w:t>Barzhong</w:t>
            </w:r>
          </w:p>
        </w:tc>
        <w:tc>
          <w:tcPr>
            <w:tcW w:w="5043" w:type="dxa"/>
          </w:tcPr>
          <w:p w14:paraId="20C1F6F3" w14:textId="77777777" w:rsidR="00DF20D1" w:rsidRDefault="0003111A">
            <w:r>
              <w:t>19</w:t>
            </w:r>
          </w:p>
        </w:tc>
      </w:tr>
    </w:tbl>
    <w:p w14:paraId="1A752C50" w14:textId="77777777" w:rsidR="000C35FA" w:rsidRDefault="0003111A" w:rsidP="000C35FA">
      <w:pPr>
        <w:pStyle w:val="Heading1"/>
      </w:pPr>
      <w:r>
        <w:br w:type="page"/>
      </w:r>
      <w:r w:rsidR="000C35FA">
        <w:lastRenderedPageBreak/>
        <w:t>Regional Forecasts – Precipitation &amp; Temperature</w:t>
      </w:r>
    </w:p>
    <w:p w14:paraId="1C31C6EA" w14:textId="77777777" w:rsidR="000C35FA" w:rsidRDefault="000C35FA" w:rsidP="000C35FA">
      <w:pPr>
        <w:spacing w:after="0" w:line="240" w:lineRule="auto"/>
      </w:pPr>
      <w:r>
        <w:t>Forecasts from the National Centers for Environmental Prediction (NCEP)[</w:t>
      </w:r>
      <w:r w:rsidRPr="00F02A83">
        <w:t xml:space="preserve"> </w:t>
      </w:r>
      <w:hyperlink r:id="rId15" w:history="1">
        <w:r w:rsidRPr="00FC1D73">
          <w:rPr>
            <w:rStyle w:val="Hyperlink"/>
          </w:rPr>
          <w:t>http://wxmaps.org/pix/clim</w:t>
        </w:r>
      </w:hyperlink>
      <w:r>
        <w:t>]</w:t>
      </w:r>
    </w:p>
    <w:p w14:paraId="3CA8CE48" w14:textId="77777777" w:rsidR="000C35FA" w:rsidRDefault="000C35FA" w:rsidP="000C35FA">
      <w:pPr>
        <w:spacing w:after="0" w:line="240" w:lineRule="auto"/>
      </w:pPr>
      <w:r>
        <w:t xml:space="preserve">These indicate possible general conditions across South Asia, with likely decreasing prediction accuracy in the second forecast period. </w:t>
      </w:r>
    </w:p>
    <w:p w14:paraId="32FE80BD" w14:textId="77777777" w:rsidR="000C35FA" w:rsidRDefault="000C35FA" w:rsidP="000C35FA">
      <w:pPr>
        <w:spacing w:after="0" w:line="240" w:lineRule="auto"/>
      </w:pPr>
      <w:r>
        <w:t xml:space="preserve">During the period 22 Feb – 1Mar, light rain is forecast for northern Pakistan, north-west India, the higher hill areas of Nepal, Bhutan and Bangladesh. Moderate rain is forecast for the southwest of Pakistan. During the period 1 – 9 Mar, increased rain is forecast for northern Pakistan, Northwest India and the western hills of Nepal. Moderate to light rain is forecast across other areas of Pakistan, except the southeast. Some light rain forecast for Bhutan and northern Bangladesh. </w:t>
      </w:r>
    </w:p>
    <w:p w14:paraId="689DB1AB" w14:textId="77777777" w:rsidR="000C35FA" w:rsidRDefault="000C35FA" w:rsidP="000C35FA">
      <w:pPr>
        <w:spacing w:after="0" w:line="240" w:lineRule="auto"/>
      </w:pPr>
    </w:p>
    <w:p w14:paraId="04B5D341" w14:textId="77777777" w:rsidR="000C35FA" w:rsidRDefault="000C35FA" w:rsidP="000C35FA">
      <w:r>
        <w:rPr>
          <w:noProof/>
        </w:rPr>
        <w:drawing>
          <wp:inline distT="0" distB="0" distL="0" distR="0" wp14:anchorId="4A78AB67" wp14:editId="12546F9A">
            <wp:extent cx="5165387" cy="6686425"/>
            <wp:effectExtent l="0" t="0" r="0" b="635"/>
            <wp:docPr id="937187157" name="Picture 1" descr="A screenshot of a weather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187157" name="Picture 1" descr="A screenshot of a weather map&#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79935" cy="6705257"/>
                    </a:xfrm>
                    <a:prstGeom prst="rect">
                      <a:avLst/>
                    </a:prstGeom>
                    <a:noFill/>
                    <a:ln>
                      <a:noFill/>
                    </a:ln>
                  </pic:spPr>
                </pic:pic>
              </a:graphicData>
            </a:graphic>
          </wp:inline>
        </w:drawing>
      </w:r>
    </w:p>
    <w:p w14:paraId="4E7607D4" w14:textId="77777777" w:rsidR="000C35FA" w:rsidRDefault="000C35FA" w:rsidP="000C35FA">
      <w:pPr>
        <w:spacing w:after="0" w:line="240" w:lineRule="auto"/>
      </w:pPr>
      <w:r>
        <w:lastRenderedPageBreak/>
        <w:t xml:space="preserve">Temperature: During the period 22 Feb - 1 Mar, cooler conditions are forecast in the far north of Pakistan, southwest of Pakistan, north west India, the high hills of Nepal and Bhutan. Increasing warmer temperatures are forecast elsewhere. A similar pattern of temperatures, but with increased warming notably in Bangaldesh, is forecast during the period 1 -9 Mar. </w:t>
      </w:r>
    </w:p>
    <w:p w14:paraId="21173818" w14:textId="77777777" w:rsidR="000C35FA" w:rsidRDefault="000C35FA" w:rsidP="000C35FA">
      <w:pPr>
        <w:spacing w:after="0" w:line="240" w:lineRule="auto"/>
      </w:pPr>
    </w:p>
    <w:p w14:paraId="12CFAFA9" w14:textId="77777777" w:rsidR="000C35FA" w:rsidRDefault="000C35FA" w:rsidP="000C35FA">
      <w:r>
        <w:rPr>
          <w:noProof/>
        </w:rPr>
        <w:drawing>
          <wp:inline distT="0" distB="0" distL="0" distR="0" wp14:anchorId="4C4A30F9" wp14:editId="5545ABFA">
            <wp:extent cx="5403139" cy="6994188"/>
            <wp:effectExtent l="0" t="0" r="7620" b="0"/>
            <wp:docPr id="277125234" name="Picture 2" descr="A screenshot of a weather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25234" name="Picture 2" descr="A screenshot of a weather map&#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6094" cy="6998014"/>
                    </a:xfrm>
                    <a:prstGeom prst="rect">
                      <a:avLst/>
                    </a:prstGeom>
                    <a:noFill/>
                    <a:ln>
                      <a:noFill/>
                    </a:ln>
                  </pic:spPr>
                </pic:pic>
              </a:graphicData>
            </a:graphic>
          </wp:inline>
        </w:drawing>
      </w:r>
    </w:p>
    <w:p w14:paraId="3FF75615" w14:textId="4492B00D" w:rsidR="00DF20D1" w:rsidRDefault="00DF20D1"/>
    <w:sectPr w:rsidR="00DF20D1" w:rsidSect="00C6696C">
      <w:headerReference w:type="default" r:id="rId18"/>
      <w:pgSz w:w="12240" w:h="15840"/>
      <w:pgMar w:top="720" w:right="1077" w:bottom="1077"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F9D8E" w14:textId="77777777" w:rsidR="00C6696C" w:rsidRDefault="00C6696C">
      <w:pPr>
        <w:spacing w:after="0" w:line="240" w:lineRule="auto"/>
      </w:pPr>
      <w:r>
        <w:separator/>
      </w:r>
    </w:p>
  </w:endnote>
  <w:endnote w:type="continuationSeparator" w:id="0">
    <w:p w14:paraId="56852C1D" w14:textId="77777777" w:rsidR="00C6696C" w:rsidRDefault="00C66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D63CE" w14:textId="77777777" w:rsidR="00C6696C" w:rsidRDefault="00C6696C">
      <w:pPr>
        <w:spacing w:after="0" w:line="240" w:lineRule="auto"/>
      </w:pPr>
      <w:r>
        <w:separator/>
      </w:r>
    </w:p>
  </w:footnote>
  <w:footnote w:type="continuationSeparator" w:id="0">
    <w:p w14:paraId="0ADFC8AC" w14:textId="77777777" w:rsidR="00C6696C" w:rsidRDefault="00C66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EBC88" w14:textId="77777777" w:rsidR="00DF20D1" w:rsidRDefault="00DF20D1">
    <w:pPr>
      <w:pStyle w:val="Header"/>
    </w:pPr>
  </w:p>
  <w:p w14:paraId="3BB37676" w14:textId="137B6961" w:rsidR="00DF20D1" w:rsidRDefault="0003111A">
    <w:r>
      <w:t>Wheat rust advisory #</w:t>
    </w:r>
    <w:r w:rsidR="00B07228">
      <w:t>3 2024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54372B"/>
    <w:multiLevelType w:val="hybridMultilevel"/>
    <w:tmpl w:val="44C00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408995">
    <w:abstractNumId w:val="8"/>
  </w:num>
  <w:num w:numId="2" w16cid:durableId="630943896">
    <w:abstractNumId w:val="6"/>
  </w:num>
  <w:num w:numId="3" w16cid:durableId="232277519">
    <w:abstractNumId w:val="5"/>
  </w:num>
  <w:num w:numId="4" w16cid:durableId="2081713723">
    <w:abstractNumId w:val="4"/>
  </w:num>
  <w:num w:numId="5" w16cid:durableId="1605576944">
    <w:abstractNumId w:val="7"/>
  </w:num>
  <w:num w:numId="6" w16cid:durableId="129910235">
    <w:abstractNumId w:val="3"/>
  </w:num>
  <w:num w:numId="7" w16cid:durableId="267271997">
    <w:abstractNumId w:val="2"/>
  </w:num>
  <w:num w:numId="8" w16cid:durableId="2131509411">
    <w:abstractNumId w:val="1"/>
  </w:num>
  <w:num w:numId="9" w16cid:durableId="529340347">
    <w:abstractNumId w:val="0"/>
  </w:num>
  <w:num w:numId="10" w16cid:durableId="8356077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C7"/>
    <w:rsid w:val="0003111A"/>
    <w:rsid w:val="00034616"/>
    <w:rsid w:val="0006063C"/>
    <w:rsid w:val="00074150"/>
    <w:rsid w:val="000C35FA"/>
    <w:rsid w:val="0015074B"/>
    <w:rsid w:val="0029639D"/>
    <w:rsid w:val="00326F90"/>
    <w:rsid w:val="003543F4"/>
    <w:rsid w:val="00400BB3"/>
    <w:rsid w:val="00447521"/>
    <w:rsid w:val="004F30C9"/>
    <w:rsid w:val="006029D8"/>
    <w:rsid w:val="00603201"/>
    <w:rsid w:val="00624528"/>
    <w:rsid w:val="00733539"/>
    <w:rsid w:val="008D530F"/>
    <w:rsid w:val="0090389C"/>
    <w:rsid w:val="00A316D0"/>
    <w:rsid w:val="00A901BF"/>
    <w:rsid w:val="00AA1D8D"/>
    <w:rsid w:val="00B07228"/>
    <w:rsid w:val="00B1037D"/>
    <w:rsid w:val="00B47730"/>
    <w:rsid w:val="00B84C9C"/>
    <w:rsid w:val="00C6696C"/>
    <w:rsid w:val="00CB0664"/>
    <w:rsid w:val="00CE3CBE"/>
    <w:rsid w:val="00D909FC"/>
    <w:rsid w:val="00DC4CEF"/>
    <w:rsid w:val="00DF20D1"/>
    <w:rsid w:val="00FC693F"/>
    <w:rsid w:val="00FD579E"/>
    <w:rsid w:val="00FE7F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F67F59"/>
  <w14:defaultImageDpi w14:val="300"/>
  <w15:docId w15:val="{1CB008D2-D85D-4C85-948F-E4A9AECF4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C35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xmaps.org/pix/clim"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HODSON, David (CIMMYT)</cp:lastModifiedBy>
  <cp:revision>23</cp:revision>
  <dcterms:created xsi:type="dcterms:W3CDTF">2024-02-23T08:02:00Z</dcterms:created>
  <dcterms:modified xsi:type="dcterms:W3CDTF">2024-02-23T08:19:00Z</dcterms:modified>
  <cp:category/>
</cp:coreProperties>
</file>