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C6974D" w14:textId="77777777" w:rsidR="000F48DF" w:rsidRDefault="00E17E14">
      <w:bookmarkStart w:id="0" w:name="_GoBack"/>
      <w:bookmarkEnd w:id="0"/>
      <w:r>
        <w:rPr>
          <w:noProof/>
          <w:lang w:bidi="dz-BT"/>
        </w:rPr>
        <w:drawing>
          <wp:inline distT="0" distB="0" distL="0" distR="0" wp14:anchorId="761C90FC" wp14:editId="40F31253">
            <wp:extent cx="457200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_SouthAsia_plotting.png"/>
                    <pic:cNvPicPr/>
                  </pic:nvPicPr>
                  <pic:blipFill>
                    <a:blip r:embed="rId8"/>
                    <a:stretch>
                      <a:fillRect/>
                    </a:stretch>
                  </pic:blipFill>
                  <pic:spPr>
                    <a:xfrm>
                      <a:off x="0" y="0"/>
                      <a:ext cx="4572000" cy="457200"/>
                    </a:xfrm>
                    <a:prstGeom prst="rect">
                      <a:avLst/>
                    </a:prstGeom>
                  </pic:spPr>
                </pic:pic>
              </a:graphicData>
            </a:graphic>
          </wp:inline>
        </w:drawing>
      </w:r>
    </w:p>
    <w:p w14:paraId="77A75A62" w14:textId="77777777" w:rsidR="000F48DF" w:rsidRDefault="00E17E14">
      <w:pPr>
        <w:pStyle w:val="Title"/>
      </w:pPr>
      <w:r>
        <w:t>Wheat rust advisory - risk assessment from surveys and forecasts in Bhutan</w:t>
      </w:r>
    </w:p>
    <w:p w14:paraId="6A4353A4" w14:textId="77777777" w:rsidR="000F48DF" w:rsidRDefault="00E17E14">
      <w:pPr>
        <w:pStyle w:val="Title"/>
      </w:pPr>
      <w:r>
        <w:t>Summary period: 28 Feb - 05 Mar 2024</w:t>
      </w:r>
    </w:p>
    <w:p w14:paraId="33ECA61A" w14:textId="77777777" w:rsidR="000F48DF" w:rsidRDefault="00E17E14">
      <w:pPr>
        <w:pStyle w:val="Heading1"/>
      </w:pPr>
      <w:r>
        <w:t xml:space="preserve">Overall risk level: </w:t>
      </w:r>
    </w:p>
    <w:p w14:paraId="18AD0006" w14:textId="6AFA0EBD" w:rsidR="000F48DF" w:rsidRDefault="00E17E14">
      <w:r>
        <w:rPr>
          <w:b/>
          <w:color w:val="ECD900"/>
        </w:rPr>
        <w:t>Caution / Low</w:t>
      </w:r>
    </w:p>
    <w:p w14:paraId="3FE6B215" w14:textId="77777777" w:rsidR="000F48DF" w:rsidRDefault="00E17E14">
      <w:pPr>
        <w:pStyle w:val="Heading1"/>
      </w:pPr>
      <w:r>
        <w:t>Key messages</w:t>
      </w:r>
    </w:p>
    <w:p w14:paraId="7FF48ACC" w14:textId="6A4DBA89" w:rsidR="0082145E" w:rsidRDefault="00890EE2" w:rsidP="00890EE2">
      <w:pPr>
        <w:spacing w:after="0" w:line="240" w:lineRule="auto"/>
      </w:pPr>
      <w:r>
        <w:t>Current situation is calm</w:t>
      </w:r>
      <w:r w:rsidR="00A14A8F">
        <w:t>, but forecast models indicate increasing risk of infection</w:t>
      </w:r>
      <w:r>
        <w:t xml:space="preserve">. </w:t>
      </w:r>
      <w:r w:rsidR="00D77C0D">
        <w:t>Lowland areas in the south have the highest forecast infection efficiency, especially for leaf rust (and potentially stem rust)</w:t>
      </w:r>
      <w:r w:rsidR="005332FE">
        <w:t xml:space="preserve">. Mid hills and some northern valleys are forecast </w:t>
      </w:r>
      <w:r w:rsidR="009F7A1B">
        <w:t>to have risk for stripe rust infections</w:t>
      </w:r>
      <w:r w:rsidR="00D77C0D">
        <w:t>.</w:t>
      </w:r>
    </w:p>
    <w:p w14:paraId="3779B764" w14:textId="77777777" w:rsidR="009358F3" w:rsidRDefault="009358F3" w:rsidP="00890EE2">
      <w:pPr>
        <w:spacing w:after="0" w:line="240" w:lineRule="auto"/>
      </w:pPr>
    </w:p>
    <w:p w14:paraId="0C340021" w14:textId="0C023EB8" w:rsidR="009358F3" w:rsidRDefault="009358F3" w:rsidP="00890EE2">
      <w:pPr>
        <w:spacing w:after="0" w:line="240" w:lineRule="auto"/>
      </w:pPr>
      <w:r>
        <w:t xml:space="preserve">Very low spore density deposition for leaf and stripe rust is forecast across Bhutan (but this </w:t>
      </w:r>
      <w:r w:rsidR="001F35F0">
        <w:t xml:space="preserve">probably </w:t>
      </w:r>
      <w:r>
        <w:t xml:space="preserve">unlikely to result in infections) </w:t>
      </w:r>
    </w:p>
    <w:p w14:paraId="6833561D" w14:textId="77777777" w:rsidR="0082145E" w:rsidRDefault="0082145E" w:rsidP="00890EE2">
      <w:pPr>
        <w:spacing w:after="0" w:line="240" w:lineRule="auto"/>
      </w:pPr>
    </w:p>
    <w:p w14:paraId="1F65D7D5" w14:textId="77777777" w:rsidR="009E6F72" w:rsidRDefault="0082145E" w:rsidP="009E6F72">
      <w:pPr>
        <w:spacing w:after="0" w:line="240" w:lineRule="auto"/>
      </w:pPr>
      <w:r>
        <w:t>D</w:t>
      </w:r>
      <w:r w:rsidR="00890EE2">
        <w:t>uring the period 2</w:t>
      </w:r>
      <w:r>
        <w:t>9</w:t>
      </w:r>
      <w:r w:rsidR="00890EE2">
        <w:t xml:space="preserve"> Feb – </w:t>
      </w:r>
      <w:r>
        <w:t xml:space="preserve">8 </w:t>
      </w:r>
      <w:r w:rsidR="00890EE2">
        <w:t xml:space="preserve">Mar, </w:t>
      </w:r>
      <w:r>
        <w:t xml:space="preserve">some light rain is forecast for most areas of Bhutan. This may </w:t>
      </w:r>
      <w:r w:rsidR="005F15A8">
        <w:t>continue in the higher hill areas during 8</w:t>
      </w:r>
      <w:r w:rsidR="009358F3">
        <w:t xml:space="preserve"> – 16 Mar. </w:t>
      </w:r>
      <w:r w:rsidR="00890EE2">
        <w:t>moderate rain is forecast for Bhutan and light rain continuing during 1 – 9 Mar. Temperatures are forecast to be relatively cool for 2</w:t>
      </w:r>
      <w:r w:rsidR="001F35F0">
        <w:t>9</w:t>
      </w:r>
      <w:r w:rsidR="00890EE2">
        <w:t xml:space="preserve"> Feb – </w:t>
      </w:r>
      <w:r w:rsidR="001F35F0">
        <w:t>8</w:t>
      </w:r>
      <w:r w:rsidR="00890EE2">
        <w:t>Mar</w:t>
      </w:r>
      <w:r w:rsidR="001F35F0">
        <w:t xml:space="preserve"> in highland areas, but </w:t>
      </w:r>
      <w:r w:rsidR="009E6F72">
        <w:t>with warming in southern areas and major valleys</w:t>
      </w:r>
      <w:r w:rsidR="00890EE2">
        <w:t>.</w:t>
      </w:r>
    </w:p>
    <w:p w14:paraId="3BDCFA4C" w14:textId="5A73969C" w:rsidR="00890EE2" w:rsidRDefault="00890EE2" w:rsidP="009E6F72">
      <w:pPr>
        <w:spacing w:after="0" w:line="240" w:lineRule="auto"/>
      </w:pPr>
      <w:r>
        <w:t xml:space="preserve">   </w:t>
      </w:r>
    </w:p>
    <w:p w14:paraId="104AA98C" w14:textId="2D6AC0F1" w:rsidR="000F48DF" w:rsidRDefault="00890EE2">
      <w:r>
        <w:t xml:space="preserve">These weather conditions </w:t>
      </w:r>
      <w:r w:rsidR="009E6F72">
        <w:t xml:space="preserve">may </w:t>
      </w:r>
      <w:r>
        <w:t xml:space="preserve">be favorable for the development of rusts, especially </w:t>
      </w:r>
      <w:r w:rsidR="009E6F72">
        <w:t xml:space="preserve">leaf rust in more southern areas and </w:t>
      </w:r>
      <w:r>
        <w:t>stripe rust</w:t>
      </w:r>
      <w:r w:rsidR="009E6F72">
        <w:t xml:space="preserve"> in mid hills and valleys</w:t>
      </w:r>
      <w:r>
        <w:t xml:space="preserve">. </w:t>
      </w:r>
    </w:p>
    <w:p w14:paraId="1B571224" w14:textId="77777777" w:rsidR="000F48DF" w:rsidRDefault="00E17E14">
      <w:pPr>
        <w:pStyle w:val="Heading2"/>
      </w:pPr>
      <w:r>
        <w:t>Recommendations</w:t>
      </w:r>
    </w:p>
    <w:p w14:paraId="00061CDF" w14:textId="242CF7D0" w:rsidR="00705216" w:rsidRDefault="00705216" w:rsidP="00705216">
      <w:pPr>
        <w:rPr>
          <w:b/>
        </w:rPr>
      </w:pPr>
      <w:r w:rsidRPr="00DF018B">
        <w:rPr>
          <w:b/>
        </w:rPr>
        <w:t>Suitable conditions for</w:t>
      </w:r>
      <w:r>
        <w:rPr>
          <w:b/>
        </w:rPr>
        <w:t xml:space="preserve"> leaf rust (lower, warmer areas) and stripe rust (cooler higher areas) are likely to develop due to forecast rain over the </w:t>
      </w:r>
      <w:proofErr w:type="gramStart"/>
      <w:r>
        <w:rPr>
          <w:b/>
        </w:rPr>
        <w:t>next  1</w:t>
      </w:r>
      <w:proofErr w:type="gramEnd"/>
      <w:r>
        <w:rPr>
          <w:b/>
        </w:rPr>
        <w:t>-2 weeks</w:t>
      </w:r>
      <w:r w:rsidRPr="00DF018B">
        <w:rPr>
          <w:b/>
        </w:rPr>
        <w:t xml:space="preserve">. Scouting should be undertaken and farmers informed to be vigilant for the emergence of rust. If rust starts to appear farmers should be advised to undertake control if susceptible cultivars are grown. </w:t>
      </w:r>
    </w:p>
    <w:p w14:paraId="3B2AC9DD" w14:textId="28CF8AC2" w:rsidR="00165484" w:rsidRPr="00165484" w:rsidRDefault="00165484" w:rsidP="00705216">
      <w:pPr>
        <w:rPr>
          <w:rFonts w:eastAsia="Times New Roman" w:cs="Helvetica"/>
          <w:sz w:val="20"/>
          <w:szCs w:val="20"/>
        </w:rPr>
      </w:pPr>
      <w:r w:rsidRPr="00165484">
        <w:rPr>
          <w:rFonts w:eastAsia="Times New Roman" w:cs="Helvetica"/>
          <w:b/>
          <w:bCs/>
          <w:sz w:val="20"/>
          <w:szCs w:val="20"/>
        </w:rPr>
        <w:t>The risk however is based on susceptible wheat lines. Different levels of resistance will reduce the risk of the disease at the farmer field. Before the decision on the use of fungicide, pls consider advisory from expert in your area.</w:t>
      </w:r>
    </w:p>
    <w:p w14:paraId="058E48C5" w14:textId="77777777" w:rsidR="00705216" w:rsidRPr="00FF4ABD" w:rsidRDefault="00705216" w:rsidP="00705216">
      <w:pPr>
        <w:pStyle w:val="ListParagraph"/>
        <w:numPr>
          <w:ilvl w:val="0"/>
          <w:numId w:val="10"/>
        </w:numPr>
        <w:spacing w:after="160" w:line="259" w:lineRule="auto"/>
        <w:rPr>
          <w:rFonts w:ascii="Arial" w:hAnsi="Arial" w:cs="Arial"/>
        </w:rPr>
      </w:pPr>
      <w:r w:rsidRPr="004E5B84">
        <w:rPr>
          <w:rFonts w:ascii="Arial" w:hAnsi="Arial" w:cs="Arial"/>
        </w:rPr>
        <w:t>Awareness should be raised amongst stakeholders at all levels, including farmers, to be vigilant for early appearance of rusts.</w:t>
      </w:r>
      <w:r w:rsidRPr="00DA3419">
        <w:rPr>
          <w:b/>
          <w:bCs/>
        </w:rPr>
        <w:t xml:space="preserve"> </w:t>
      </w:r>
      <w:r w:rsidRPr="00E97B72">
        <w:rPr>
          <w:b/>
          <w:bCs/>
        </w:rPr>
        <w:t>Early control to stop increased spread and further build-up of disease is very important.</w:t>
      </w:r>
    </w:p>
    <w:p w14:paraId="3E8A520F" w14:textId="77777777" w:rsidR="00705216" w:rsidRPr="00BD1903" w:rsidRDefault="00705216" w:rsidP="00705216">
      <w:pPr>
        <w:pStyle w:val="ListParagraph"/>
        <w:numPr>
          <w:ilvl w:val="0"/>
          <w:numId w:val="10"/>
        </w:numPr>
        <w:spacing w:after="160" w:line="259" w:lineRule="auto"/>
        <w:rPr>
          <w:rFonts w:ascii="Arial" w:hAnsi="Arial" w:cs="Arial"/>
        </w:rPr>
      </w:pPr>
      <w:r w:rsidRPr="00BD1903">
        <w:rPr>
          <w:rFonts w:ascii="Arial" w:hAnsi="Arial" w:cs="Arial"/>
        </w:rPr>
        <w:t>Sampling should be undertaken to determine races of rust present.</w:t>
      </w:r>
    </w:p>
    <w:p w14:paraId="765F9DFB" w14:textId="5B7ADC30" w:rsidR="000F48DF" w:rsidRDefault="000F48DF"/>
    <w:p w14:paraId="2918C91D" w14:textId="77777777" w:rsidR="000F48DF" w:rsidRDefault="00E17E14">
      <w:pPr>
        <w:pStyle w:val="Heading1"/>
      </w:pPr>
      <w:r>
        <w:lastRenderedPageBreak/>
        <w:t>Field surveys</w:t>
      </w:r>
    </w:p>
    <w:p w14:paraId="36E81BE0" w14:textId="77777777" w:rsidR="000F48DF" w:rsidRDefault="00E17E14">
      <w:r>
        <w:t>No surveys are available in this region yet.</w:t>
      </w:r>
    </w:p>
    <w:p w14:paraId="01823F03" w14:textId="77777777" w:rsidR="000F48DF" w:rsidRDefault="00E17E14">
      <w:r>
        <w:br w:type="page"/>
      </w:r>
    </w:p>
    <w:p w14:paraId="7CB8195F" w14:textId="77777777" w:rsidR="000F48DF" w:rsidRDefault="00E17E14">
      <w:pPr>
        <w:pStyle w:val="Heading1"/>
      </w:pPr>
      <w:r>
        <w:lastRenderedPageBreak/>
        <w:t>Spore dispersal forecasts</w:t>
      </w:r>
    </w:p>
    <w:p w14:paraId="3DB25610" w14:textId="77777777" w:rsidR="000F48DF" w:rsidRDefault="00E17E14">
      <w:r>
        <w:t>Spore dispersal forecasts run by the UK Met Office and Cambridge University are displayed for stem, stripe and leaf rusts for the forecasted period. Surveys in each district are gathered to provide a single source per administrative area for dispersal forecasts (red dots in figure).</w:t>
      </w:r>
    </w:p>
    <w:p w14:paraId="7D9C6F43" w14:textId="77777777" w:rsidR="000F48DF" w:rsidRDefault="00E17E14">
      <w:pPr>
        <w:pStyle w:val="Heading1"/>
      </w:pPr>
      <w:r>
        <w:t>Environmental / climatic suitability for infection forecasts</w:t>
      </w:r>
    </w:p>
    <w:p w14:paraId="75655A2B" w14:textId="77777777" w:rsidR="000F48DF" w:rsidRDefault="00E17E14">
      <w:r>
        <w:t>These forecasts give the probability of wheat rust infection occurring based on meteorological factors. The maximum infection efficiency that can occur is 100%. This means that 100% of the spores deposited on susceptible wheat plants could complete the infection process. Therefore, a forecast Infection Efficiency of 100% indicates the highest risk of wheat rust infection occurring in susceptible wheat varieties.</w:t>
      </w:r>
    </w:p>
    <w:p w14:paraId="4C411523" w14:textId="77777777" w:rsidR="000F48DF" w:rsidRDefault="00E17E14">
      <w:r>
        <w:br w:type="page"/>
      </w:r>
    </w:p>
    <w:p w14:paraId="77D4C0BE" w14:textId="77777777" w:rsidR="000F48DF" w:rsidRDefault="00E17E14">
      <w:pPr>
        <w:pStyle w:val="Heading2"/>
      </w:pPr>
      <w:r>
        <w:lastRenderedPageBreak/>
        <w:t>Leaf rust</w:t>
      </w:r>
    </w:p>
    <w:p w14:paraId="37F341D8" w14:textId="3917BFD3" w:rsidR="000F48DF" w:rsidRDefault="00271BD0">
      <w:r w:rsidRPr="00271BD0">
        <w:rPr>
          <w:b/>
          <w:bCs/>
        </w:rPr>
        <w:t>Dispersal:</w:t>
      </w:r>
      <w:r>
        <w:t xml:space="preserve"> </w:t>
      </w:r>
      <w:r w:rsidR="00E17E14">
        <w:t>Current forecast (28 Feb - 05 Mar) indicates</w:t>
      </w:r>
      <w:r>
        <w:t xml:space="preserve"> </w:t>
      </w:r>
      <w:r w:rsidR="003C77B4">
        <w:t xml:space="preserve">low density spore deposition from infected sites in Bangladesh across the southern </w:t>
      </w:r>
      <w:r w:rsidR="006B5CDF">
        <w:t>part of Bhutan.</w:t>
      </w:r>
    </w:p>
    <w:p w14:paraId="0A31C906" w14:textId="77777777" w:rsidR="000F48DF" w:rsidRDefault="00E17E14">
      <w:r>
        <w:rPr>
          <w:noProof/>
          <w:lang w:bidi="dz-BT"/>
        </w:rPr>
        <w:drawing>
          <wp:inline distT="0" distB="0" distL="0" distR="0" wp14:anchorId="4812E0E1" wp14:editId="333E46F6">
            <wp:extent cx="5429250" cy="3353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leaf_rust_total_202402280300_202403060000_map.png"/>
                    <pic:cNvPicPr/>
                  </pic:nvPicPr>
                  <pic:blipFill>
                    <a:blip r:embed="rId9"/>
                    <a:stretch>
                      <a:fillRect/>
                    </a:stretch>
                  </pic:blipFill>
                  <pic:spPr>
                    <a:xfrm>
                      <a:off x="0" y="0"/>
                      <a:ext cx="5442511" cy="3361550"/>
                    </a:xfrm>
                    <a:prstGeom prst="rect">
                      <a:avLst/>
                    </a:prstGeom>
                  </pic:spPr>
                </pic:pic>
              </a:graphicData>
            </a:graphic>
          </wp:inline>
        </w:drawing>
      </w:r>
    </w:p>
    <w:p w14:paraId="32F99E95" w14:textId="77777777" w:rsidR="000F48DF" w:rsidRDefault="00E17E14">
      <w:pPr>
        <w:pStyle w:val="Caption"/>
      </w:pPr>
      <w:r>
        <w:t>Map 1: Leaf rust spore deposition forecast Bhutan 28 Feb - 05 Mar 2024</w:t>
      </w:r>
    </w:p>
    <w:p w14:paraId="2D4584D5" w14:textId="01A9934A" w:rsidR="000F48DF" w:rsidRDefault="00E17E14">
      <w:r>
        <w:t>The 20 most impacted districts</w:t>
      </w:r>
      <w:r w:rsidR="006B5CDF">
        <w:t xml:space="preserve"> (spore deposition)</w:t>
      </w:r>
      <w:r>
        <w:t xml:space="preserve"> are presented in the table below.</w:t>
      </w:r>
    </w:p>
    <w:tbl>
      <w:tblPr>
        <w:tblStyle w:val="TableGrid"/>
        <w:tblW w:w="0" w:type="auto"/>
        <w:tblLook w:val="04A0" w:firstRow="1" w:lastRow="0" w:firstColumn="1" w:lastColumn="0" w:noHBand="0" w:noVBand="1"/>
      </w:tblPr>
      <w:tblGrid>
        <w:gridCol w:w="5039"/>
        <w:gridCol w:w="5037"/>
      </w:tblGrid>
      <w:tr w:rsidR="000F48DF" w14:paraId="0F53967D" w14:textId="77777777">
        <w:tc>
          <w:tcPr>
            <w:tcW w:w="5043" w:type="dxa"/>
          </w:tcPr>
          <w:p w14:paraId="5F05BCE3" w14:textId="77777777" w:rsidR="000F48DF" w:rsidRDefault="00E17E14">
            <w:r>
              <w:t>admin2Name</w:t>
            </w:r>
          </w:p>
        </w:tc>
        <w:tc>
          <w:tcPr>
            <w:tcW w:w="5043" w:type="dxa"/>
          </w:tcPr>
          <w:p w14:paraId="7A2C44AD" w14:textId="77777777" w:rsidR="000F48DF" w:rsidRDefault="00E17E14">
            <w:r>
              <w:t>Leaf rust spores per m^2 per week</w:t>
            </w:r>
          </w:p>
        </w:tc>
      </w:tr>
      <w:tr w:rsidR="000F48DF" w14:paraId="5DDD300B" w14:textId="77777777">
        <w:tc>
          <w:tcPr>
            <w:tcW w:w="5043" w:type="dxa"/>
          </w:tcPr>
          <w:p w14:paraId="14C0F3C8" w14:textId="77777777" w:rsidR="000F48DF" w:rsidRDefault="00E17E14">
            <w:r>
              <w:t>Lhamoizingkha</w:t>
            </w:r>
          </w:p>
        </w:tc>
        <w:tc>
          <w:tcPr>
            <w:tcW w:w="5043" w:type="dxa"/>
          </w:tcPr>
          <w:p w14:paraId="4955063D" w14:textId="77777777" w:rsidR="000F48DF" w:rsidRDefault="00E17E14">
            <w:r>
              <w:t>62</w:t>
            </w:r>
          </w:p>
        </w:tc>
      </w:tr>
      <w:tr w:rsidR="000F48DF" w14:paraId="6BF8028C" w14:textId="77777777">
        <w:tc>
          <w:tcPr>
            <w:tcW w:w="5043" w:type="dxa"/>
          </w:tcPr>
          <w:p w14:paraId="098906B1" w14:textId="77777777" w:rsidR="000F48DF" w:rsidRDefault="00E17E14">
            <w:r>
              <w:t>Pagli</w:t>
            </w:r>
          </w:p>
        </w:tc>
        <w:tc>
          <w:tcPr>
            <w:tcW w:w="5043" w:type="dxa"/>
          </w:tcPr>
          <w:p w14:paraId="68D26EF8" w14:textId="77777777" w:rsidR="000F48DF" w:rsidRDefault="00E17E14">
            <w:r>
              <w:t>48</w:t>
            </w:r>
          </w:p>
        </w:tc>
      </w:tr>
      <w:tr w:rsidR="000F48DF" w14:paraId="5C8FBC75" w14:textId="77777777">
        <w:tc>
          <w:tcPr>
            <w:tcW w:w="5043" w:type="dxa"/>
          </w:tcPr>
          <w:p w14:paraId="2486A8A0" w14:textId="77777777" w:rsidR="000F48DF" w:rsidRDefault="00E17E14">
            <w:r>
              <w:t>Dala</w:t>
            </w:r>
          </w:p>
        </w:tc>
        <w:tc>
          <w:tcPr>
            <w:tcW w:w="5043" w:type="dxa"/>
          </w:tcPr>
          <w:p w14:paraId="5CFFCE07" w14:textId="77777777" w:rsidR="000F48DF" w:rsidRDefault="00E17E14">
            <w:r>
              <w:t>45</w:t>
            </w:r>
          </w:p>
        </w:tc>
      </w:tr>
      <w:tr w:rsidR="000F48DF" w14:paraId="503AC9B7" w14:textId="77777777">
        <w:tc>
          <w:tcPr>
            <w:tcW w:w="5043" w:type="dxa"/>
          </w:tcPr>
          <w:p w14:paraId="113DAD26" w14:textId="77777777" w:rsidR="000F48DF" w:rsidRDefault="00E17E14">
            <w:r>
              <w:t>Samphelling</w:t>
            </w:r>
          </w:p>
        </w:tc>
        <w:tc>
          <w:tcPr>
            <w:tcW w:w="5043" w:type="dxa"/>
          </w:tcPr>
          <w:p w14:paraId="062839B7" w14:textId="77777777" w:rsidR="000F48DF" w:rsidRDefault="00E17E14">
            <w:r>
              <w:t>41</w:t>
            </w:r>
          </w:p>
        </w:tc>
      </w:tr>
      <w:tr w:rsidR="000F48DF" w14:paraId="70EACE0B" w14:textId="77777777">
        <w:tc>
          <w:tcPr>
            <w:tcW w:w="5043" w:type="dxa"/>
          </w:tcPr>
          <w:p w14:paraId="7A596012" w14:textId="77777777" w:rsidR="000F48DF" w:rsidRDefault="00E17E14">
            <w:r>
              <w:t>Nichula</w:t>
            </w:r>
          </w:p>
        </w:tc>
        <w:tc>
          <w:tcPr>
            <w:tcW w:w="5043" w:type="dxa"/>
          </w:tcPr>
          <w:p w14:paraId="51C796A3" w14:textId="77777777" w:rsidR="000F48DF" w:rsidRDefault="00E17E14">
            <w:r>
              <w:t>36</w:t>
            </w:r>
          </w:p>
        </w:tc>
      </w:tr>
      <w:tr w:rsidR="000F48DF" w14:paraId="130B5D06" w14:textId="77777777">
        <w:tc>
          <w:tcPr>
            <w:tcW w:w="5043" w:type="dxa"/>
          </w:tcPr>
          <w:p w14:paraId="7AEF6C3C" w14:textId="77777777" w:rsidR="000F48DF" w:rsidRDefault="00E17E14">
            <w:r>
              <w:t>Deorali</w:t>
            </w:r>
          </w:p>
        </w:tc>
        <w:tc>
          <w:tcPr>
            <w:tcW w:w="5043" w:type="dxa"/>
          </w:tcPr>
          <w:p w14:paraId="4E183DE5" w14:textId="77777777" w:rsidR="000F48DF" w:rsidRDefault="00E17E14">
            <w:r>
              <w:t>36</w:t>
            </w:r>
          </w:p>
        </w:tc>
      </w:tr>
      <w:tr w:rsidR="000F48DF" w14:paraId="3D69B817" w14:textId="77777777">
        <w:tc>
          <w:tcPr>
            <w:tcW w:w="5043" w:type="dxa"/>
          </w:tcPr>
          <w:p w14:paraId="35FC790F" w14:textId="77777777" w:rsidR="000F48DF" w:rsidRDefault="00E17E14">
            <w:r>
              <w:t>Senge</w:t>
            </w:r>
          </w:p>
        </w:tc>
        <w:tc>
          <w:tcPr>
            <w:tcW w:w="5043" w:type="dxa"/>
          </w:tcPr>
          <w:p w14:paraId="31BD1209" w14:textId="77777777" w:rsidR="000F48DF" w:rsidRDefault="00E17E14">
            <w:r>
              <w:t>33</w:t>
            </w:r>
          </w:p>
        </w:tc>
      </w:tr>
      <w:tr w:rsidR="000F48DF" w14:paraId="7616CF8F" w14:textId="77777777">
        <w:tc>
          <w:tcPr>
            <w:tcW w:w="5043" w:type="dxa"/>
          </w:tcPr>
          <w:p w14:paraId="1BC81583" w14:textId="77777777" w:rsidR="000F48DF" w:rsidRDefault="00E17E14">
            <w:r>
              <w:t>Taklai</w:t>
            </w:r>
          </w:p>
        </w:tc>
        <w:tc>
          <w:tcPr>
            <w:tcW w:w="5043" w:type="dxa"/>
          </w:tcPr>
          <w:p w14:paraId="65EDFD2F" w14:textId="77777777" w:rsidR="000F48DF" w:rsidRDefault="00E17E14">
            <w:r>
              <w:t>29</w:t>
            </w:r>
          </w:p>
        </w:tc>
      </w:tr>
      <w:tr w:rsidR="000F48DF" w14:paraId="6DEAF5A1" w14:textId="77777777">
        <w:tc>
          <w:tcPr>
            <w:tcW w:w="5043" w:type="dxa"/>
          </w:tcPr>
          <w:p w14:paraId="642598D5" w14:textId="77777777" w:rsidR="000F48DF" w:rsidRDefault="00E17E14">
            <w:r>
              <w:t>Dorona</w:t>
            </w:r>
          </w:p>
        </w:tc>
        <w:tc>
          <w:tcPr>
            <w:tcW w:w="5043" w:type="dxa"/>
          </w:tcPr>
          <w:p w14:paraId="11651533" w14:textId="77777777" w:rsidR="000F48DF" w:rsidRDefault="00E17E14">
            <w:r>
              <w:t>28</w:t>
            </w:r>
          </w:p>
        </w:tc>
      </w:tr>
      <w:tr w:rsidR="000F48DF" w14:paraId="41B8A75E" w14:textId="77777777">
        <w:tc>
          <w:tcPr>
            <w:tcW w:w="5043" w:type="dxa"/>
          </w:tcPr>
          <w:p w14:paraId="69DE12DA" w14:textId="77777777" w:rsidR="000F48DF" w:rsidRDefault="00E17E14">
            <w:r>
              <w:t>Tsendagang</w:t>
            </w:r>
          </w:p>
        </w:tc>
        <w:tc>
          <w:tcPr>
            <w:tcW w:w="5043" w:type="dxa"/>
          </w:tcPr>
          <w:p w14:paraId="07862EA8" w14:textId="77777777" w:rsidR="000F48DF" w:rsidRDefault="00E17E14">
            <w:r>
              <w:t>27</w:t>
            </w:r>
          </w:p>
        </w:tc>
      </w:tr>
      <w:tr w:rsidR="000F48DF" w14:paraId="5F9639C3" w14:textId="77777777">
        <w:tc>
          <w:tcPr>
            <w:tcW w:w="5043" w:type="dxa"/>
          </w:tcPr>
          <w:p w14:paraId="63F98DCC" w14:textId="77777777" w:rsidR="000F48DF" w:rsidRDefault="00E17E14">
            <w:r>
              <w:t>Shompangkha</w:t>
            </w:r>
          </w:p>
        </w:tc>
        <w:tc>
          <w:tcPr>
            <w:tcW w:w="5043" w:type="dxa"/>
          </w:tcPr>
          <w:p w14:paraId="77C1C457" w14:textId="77777777" w:rsidR="000F48DF" w:rsidRDefault="00E17E14">
            <w:r>
              <w:t>26</w:t>
            </w:r>
          </w:p>
        </w:tc>
      </w:tr>
      <w:tr w:rsidR="000F48DF" w14:paraId="7630A795" w14:textId="77777777">
        <w:tc>
          <w:tcPr>
            <w:tcW w:w="5043" w:type="dxa"/>
          </w:tcPr>
          <w:p w14:paraId="2132C6EF" w14:textId="77777777" w:rsidR="000F48DF" w:rsidRDefault="00E17E14">
            <w:r>
              <w:t>Umling</w:t>
            </w:r>
          </w:p>
        </w:tc>
        <w:tc>
          <w:tcPr>
            <w:tcW w:w="5043" w:type="dxa"/>
          </w:tcPr>
          <w:p w14:paraId="3406712D" w14:textId="77777777" w:rsidR="000F48DF" w:rsidRDefault="00E17E14">
            <w:r>
              <w:t>24</w:t>
            </w:r>
          </w:p>
        </w:tc>
      </w:tr>
      <w:tr w:rsidR="000F48DF" w14:paraId="764DBBC4" w14:textId="77777777">
        <w:tc>
          <w:tcPr>
            <w:tcW w:w="5043" w:type="dxa"/>
          </w:tcPr>
          <w:p w14:paraId="4399EFF9" w14:textId="77777777" w:rsidR="000F48DF" w:rsidRDefault="00E17E14">
            <w:r>
              <w:t>Beteni</w:t>
            </w:r>
          </w:p>
        </w:tc>
        <w:tc>
          <w:tcPr>
            <w:tcW w:w="5043" w:type="dxa"/>
          </w:tcPr>
          <w:p w14:paraId="0397EC37" w14:textId="77777777" w:rsidR="000F48DF" w:rsidRDefault="00E17E14">
            <w:r>
              <w:t>23</w:t>
            </w:r>
          </w:p>
        </w:tc>
      </w:tr>
      <w:tr w:rsidR="000F48DF" w14:paraId="3E96BD7C" w14:textId="77777777">
        <w:tc>
          <w:tcPr>
            <w:tcW w:w="5043" w:type="dxa"/>
          </w:tcPr>
          <w:p w14:paraId="1F293A7A" w14:textId="77777777" w:rsidR="000F48DF" w:rsidRDefault="00E17E14">
            <w:r>
              <w:t>Chhuzagang</w:t>
            </w:r>
          </w:p>
        </w:tc>
        <w:tc>
          <w:tcPr>
            <w:tcW w:w="5043" w:type="dxa"/>
          </w:tcPr>
          <w:p w14:paraId="0BB51FEF" w14:textId="77777777" w:rsidR="000F48DF" w:rsidRDefault="00E17E14">
            <w:r>
              <w:t>23</w:t>
            </w:r>
          </w:p>
        </w:tc>
      </w:tr>
      <w:tr w:rsidR="000F48DF" w14:paraId="0B3D3D8C" w14:textId="77777777">
        <w:tc>
          <w:tcPr>
            <w:tcW w:w="5043" w:type="dxa"/>
          </w:tcPr>
          <w:p w14:paraId="37F01796" w14:textId="77777777" w:rsidR="000F48DF" w:rsidRDefault="00E17E14">
            <w:r>
              <w:t>Sherzhong</w:t>
            </w:r>
          </w:p>
        </w:tc>
        <w:tc>
          <w:tcPr>
            <w:tcW w:w="5043" w:type="dxa"/>
          </w:tcPr>
          <w:p w14:paraId="10C5B1A8" w14:textId="77777777" w:rsidR="000F48DF" w:rsidRDefault="00E17E14">
            <w:r>
              <w:t>23</w:t>
            </w:r>
          </w:p>
        </w:tc>
      </w:tr>
      <w:tr w:rsidR="000F48DF" w14:paraId="35DDBA88" w14:textId="77777777">
        <w:tc>
          <w:tcPr>
            <w:tcW w:w="5043" w:type="dxa"/>
          </w:tcPr>
          <w:p w14:paraId="476ECA39" w14:textId="77777777" w:rsidR="000F48DF" w:rsidRDefault="00E17E14">
            <w:r>
              <w:t>Gelephu</w:t>
            </w:r>
          </w:p>
        </w:tc>
        <w:tc>
          <w:tcPr>
            <w:tcW w:w="5043" w:type="dxa"/>
          </w:tcPr>
          <w:p w14:paraId="0050C68D" w14:textId="77777777" w:rsidR="000F48DF" w:rsidRDefault="00E17E14">
            <w:r>
              <w:t>23</w:t>
            </w:r>
          </w:p>
        </w:tc>
      </w:tr>
      <w:tr w:rsidR="000F48DF" w14:paraId="1BD0A22B" w14:textId="77777777">
        <w:tc>
          <w:tcPr>
            <w:tcW w:w="5043" w:type="dxa"/>
          </w:tcPr>
          <w:p w14:paraId="1649CCCD" w14:textId="77777777" w:rsidR="000F48DF" w:rsidRDefault="00E17E14">
            <w:r>
              <w:t>Bhur</w:t>
            </w:r>
          </w:p>
        </w:tc>
        <w:tc>
          <w:tcPr>
            <w:tcW w:w="5043" w:type="dxa"/>
          </w:tcPr>
          <w:p w14:paraId="28428AB9" w14:textId="77777777" w:rsidR="000F48DF" w:rsidRDefault="00E17E14">
            <w:r>
              <w:t>23</w:t>
            </w:r>
          </w:p>
        </w:tc>
      </w:tr>
      <w:tr w:rsidR="000F48DF" w14:paraId="787731BC" w14:textId="77777777">
        <w:tc>
          <w:tcPr>
            <w:tcW w:w="5043" w:type="dxa"/>
          </w:tcPr>
          <w:p w14:paraId="2DE9FF9F" w14:textId="77777777" w:rsidR="000F48DF" w:rsidRDefault="00E17E14">
            <w:r>
              <w:t>Bongo</w:t>
            </w:r>
          </w:p>
        </w:tc>
        <w:tc>
          <w:tcPr>
            <w:tcW w:w="5043" w:type="dxa"/>
          </w:tcPr>
          <w:p w14:paraId="050052DA" w14:textId="77777777" w:rsidR="000F48DF" w:rsidRDefault="00E17E14">
            <w:r>
              <w:t>22</w:t>
            </w:r>
          </w:p>
        </w:tc>
      </w:tr>
      <w:tr w:rsidR="000F48DF" w14:paraId="6D202F5D" w14:textId="77777777">
        <w:tc>
          <w:tcPr>
            <w:tcW w:w="5043" w:type="dxa"/>
          </w:tcPr>
          <w:p w14:paraId="0FBBF083" w14:textId="77777777" w:rsidR="000F48DF" w:rsidRDefault="00E17E14">
            <w:r>
              <w:t>Dekiling</w:t>
            </w:r>
          </w:p>
        </w:tc>
        <w:tc>
          <w:tcPr>
            <w:tcW w:w="5043" w:type="dxa"/>
          </w:tcPr>
          <w:p w14:paraId="380684C4" w14:textId="77777777" w:rsidR="000F48DF" w:rsidRDefault="00E17E14">
            <w:r>
              <w:t>21</w:t>
            </w:r>
          </w:p>
        </w:tc>
      </w:tr>
      <w:tr w:rsidR="000F48DF" w14:paraId="25504AF9" w14:textId="77777777">
        <w:tc>
          <w:tcPr>
            <w:tcW w:w="5043" w:type="dxa"/>
          </w:tcPr>
          <w:p w14:paraId="06C5ECAA" w14:textId="77777777" w:rsidR="000F48DF" w:rsidRDefault="00E17E14">
            <w:r>
              <w:t>Pangkhar</w:t>
            </w:r>
          </w:p>
        </w:tc>
        <w:tc>
          <w:tcPr>
            <w:tcW w:w="5043" w:type="dxa"/>
          </w:tcPr>
          <w:p w14:paraId="7214DC31" w14:textId="77777777" w:rsidR="000F48DF" w:rsidRDefault="00E17E14">
            <w:r>
              <w:t>21</w:t>
            </w:r>
          </w:p>
        </w:tc>
      </w:tr>
    </w:tbl>
    <w:p w14:paraId="14590003" w14:textId="721C2C11" w:rsidR="000F48DF" w:rsidRDefault="00151F94">
      <w:r w:rsidRPr="00E203D1">
        <w:rPr>
          <w:b/>
          <w:bCs/>
        </w:rPr>
        <w:lastRenderedPageBreak/>
        <w:t>Risk of infection:</w:t>
      </w:r>
      <w:r>
        <w:t xml:space="preserve"> Current forecast (2</w:t>
      </w:r>
      <w:r w:rsidR="002F5E27">
        <w:t>8 Feb</w:t>
      </w:r>
      <w:r>
        <w:t xml:space="preserve"> – </w:t>
      </w:r>
      <w:r w:rsidR="002F5E27">
        <w:t>4 Mar</w:t>
      </w:r>
      <w:r>
        <w:t xml:space="preserve">) indicates </w:t>
      </w:r>
      <w:r w:rsidR="002F5E27">
        <w:t xml:space="preserve">increased risk of infection, with </w:t>
      </w:r>
      <w:r w:rsidR="000D2D5E">
        <w:t xml:space="preserve">high or moderate infection efficiency </w:t>
      </w:r>
      <w:r>
        <w:t xml:space="preserve">in lowland southern areas. </w:t>
      </w:r>
    </w:p>
    <w:p w14:paraId="3562267E" w14:textId="77777777" w:rsidR="000F48DF" w:rsidRDefault="00E17E14">
      <w:r>
        <w:rPr>
          <w:noProof/>
          <w:lang w:bidi="dz-BT"/>
        </w:rPr>
        <w:drawing>
          <wp:inline distT="0" distB="0" distL="0" distR="0" wp14:anchorId="0AF0AA80" wp14:editId="6C4FB725">
            <wp:extent cx="5743575" cy="35475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leaf_rust_total_202402280000_202403050000_map.png"/>
                    <pic:cNvPicPr/>
                  </pic:nvPicPr>
                  <pic:blipFill>
                    <a:blip r:embed="rId10"/>
                    <a:stretch>
                      <a:fillRect/>
                    </a:stretch>
                  </pic:blipFill>
                  <pic:spPr>
                    <a:xfrm>
                      <a:off x="0" y="0"/>
                      <a:ext cx="5751512" cy="3552405"/>
                    </a:xfrm>
                    <a:prstGeom prst="rect">
                      <a:avLst/>
                    </a:prstGeom>
                  </pic:spPr>
                </pic:pic>
              </a:graphicData>
            </a:graphic>
          </wp:inline>
        </w:drawing>
      </w:r>
    </w:p>
    <w:p w14:paraId="116B7A7B" w14:textId="77777777" w:rsidR="000F48DF" w:rsidRDefault="00E17E14">
      <w:pPr>
        <w:pStyle w:val="Caption"/>
      </w:pPr>
      <w:r>
        <w:t>Map 2: Leaf rust suitability for infection forecast Bhutan 28 Feb - 04 Mar 2024</w:t>
      </w:r>
    </w:p>
    <w:p w14:paraId="634677D4" w14:textId="6FC7892E" w:rsidR="000F48DF" w:rsidRDefault="00E17E14">
      <w:r>
        <w:t>The 20 most impacted districts are presented in the table below.</w:t>
      </w:r>
      <w:r w:rsidR="0002550F" w:rsidRPr="0002550F">
        <w:t xml:space="preserve"> </w:t>
      </w:r>
      <w:r w:rsidR="0002550F">
        <w:t>The information however should be considered along with presence of wheat, the growth stage and resistance level of the host.</w:t>
      </w:r>
    </w:p>
    <w:tbl>
      <w:tblPr>
        <w:tblStyle w:val="TableGrid"/>
        <w:tblW w:w="0" w:type="auto"/>
        <w:tblLook w:val="04A0" w:firstRow="1" w:lastRow="0" w:firstColumn="1" w:lastColumn="0" w:noHBand="0" w:noVBand="1"/>
      </w:tblPr>
      <w:tblGrid>
        <w:gridCol w:w="5038"/>
        <w:gridCol w:w="5038"/>
      </w:tblGrid>
      <w:tr w:rsidR="000F48DF" w14:paraId="1CB3E257" w14:textId="77777777">
        <w:tc>
          <w:tcPr>
            <w:tcW w:w="5043" w:type="dxa"/>
          </w:tcPr>
          <w:p w14:paraId="216FF43B" w14:textId="77777777" w:rsidR="000F48DF" w:rsidRPr="0002550F" w:rsidRDefault="00E17E14">
            <w:pPr>
              <w:rPr>
                <w:sz w:val="20"/>
                <w:szCs w:val="20"/>
              </w:rPr>
            </w:pPr>
            <w:r w:rsidRPr="0002550F">
              <w:rPr>
                <w:sz w:val="20"/>
                <w:szCs w:val="20"/>
              </w:rPr>
              <w:t>admin2Name</w:t>
            </w:r>
          </w:p>
        </w:tc>
        <w:tc>
          <w:tcPr>
            <w:tcW w:w="5043" w:type="dxa"/>
          </w:tcPr>
          <w:p w14:paraId="5EF94AB5" w14:textId="77777777" w:rsidR="000F48DF" w:rsidRPr="0002550F" w:rsidRDefault="00E17E14">
            <w:pPr>
              <w:rPr>
                <w:sz w:val="20"/>
                <w:szCs w:val="20"/>
              </w:rPr>
            </w:pPr>
            <w:r w:rsidRPr="0002550F">
              <w:rPr>
                <w:sz w:val="20"/>
                <w:szCs w:val="20"/>
              </w:rPr>
              <w:t>RIE_leaf_rust_%</w:t>
            </w:r>
          </w:p>
        </w:tc>
      </w:tr>
      <w:tr w:rsidR="000F48DF" w14:paraId="305B77D2" w14:textId="77777777">
        <w:tc>
          <w:tcPr>
            <w:tcW w:w="5043" w:type="dxa"/>
          </w:tcPr>
          <w:p w14:paraId="3BFEDC40" w14:textId="77777777" w:rsidR="000F48DF" w:rsidRPr="0002550F" w:rsidRDefault="00E17E14">
            <w:pPr>
              <w:rPr>
                <w:sz w:val="20"/>
                <w:szCs w:val="20"/>
              </w:rPr>
            </w:pPr>
            <w:r w:rsidRPr="0002550F">
              <w:rPr>
                <w:sz w:val="20"/>
                <w:szCs w:val="20"/>
              </w:rPr>
              <w:t>Gozhi</w:t>
            </w:r>
          </w:p>
        </w:tc>
        <w:tc>
          <w:tcPr>
            <w:tcW w:w="5043" w:type="dxa"/>
          </w:tcPr>
          <w:p w14:paraId="3B546961" w14:textId="77777777" w:rsidR="000F48DF" w:rsidRPr="0002550F" w:rsidRDefault="00E17E14">
            <w:pPr>
              <w:rPr>
                <w:sz w:val="20"/>
                <w:szCs w:val="20"/>
              </w:rPr>
            </w:pPr>
            <w:r w:rsidRPr="0002550F">
              <w:rPr>
                <w:sz w:val="20"/>
                <w:szCs w:val="20"/>
              </w:rPr>
              <w:t>91</w:t>
            </w:r>
          </w:p>
        </w:tc>
      </w:tr>
      <w:tr w:rsidR="000F48DF" w14:paraId="171287FE" w14:textId="77777777">
        <w:tc>
          <w:tcPr>
            <w:tcW w:w="5043" w:type="dxa"/>
          </w:tcPr>
          <w:p w14:paraId="40107500" w14:textId="77777777" w:rsidR="000F48DF" w:rsidRPr="0002550F" w:rsidRDefault="00E17E14">
            <w:pPr>
              <w:rPr>
                <w:sz w:val="20"/>
                <w:szCs w:val="20"/>
              </w:rPr>
            </w:pPr>
            <w:r w:rsidRPr="0002550F">
              <w:rPr>
                <w:sz w:val="20"/>
                <w:szCs w:val="20"/>
              </w:rPr>
              <w:t>Gozhing</w:t>
            </w:r>
          </w:p>
        </w:tc>
        <w:tc>
          <w:tcPr>
            <w:tcW w:w="5043" w:type="dxa"/>
          </w:tcPr>
          <w:p w14:paraId="5265664D" w14:textId="77777777" w:rsidR="000F48DF" w:rsidRPr="0002550F" w:rsidRDefault="00E17E14">
            <w:pPr>
              <w:rPr>
                <w:sz w:val="20"/>
                <w:szCs w:val="20"/>
              </w:rPr>
            </w:pPr>
            <w:r w:rsidRPr="0002550F">
              <w:rPr>
                <w:sz w:val="20"/>
                <w:szCs w:val="20"/>
              </w:rPr>
              <w:t>79</w:t>
            </w:r>
          </w:p>
        </w:tc>
      </w:tr>
      <w:tr w:rsidR="000F48DF" w14:paraId="1120B0AF" w14:textId="77777777">
        <w:tc>
          <w:tcPr>
            <w:tcW w:w="5043" w:type="dxa"/>
          </w:tcPr>
          <w:p w14:paraId="3CF7E3F4" w14:textId="77777777" w:rsidR="000F48DF" w:rsidRPr="0002550F" w:rsidRDefault="00E17E14">
            <w:pPr>
              <w:rPr>
                <w:sz w:val="20"/>
                <w:szCs w:val="20"/>
              </w:rPr>
            </w:pPr>
            <w:r w:rsidRPr="0002550F">
              <w:rPr>
                <w:sz w:val="20"/>
                <w:szCs w:val="20"/>
              </w:rPr>
              <w:t>Tsholingkhor</w:t>
            </w:r>
          </w:p>
        </w:tc>
        <w:tc>
          <w:tcPr>
            <w:tcW w:w="5043" w:type="dxa"/>
          </w:tcPr>
          <w:p w14:paraId="0CF0E8D3" w14:textId="77777777" w:rsidR="000F48DF" w:rsidRPr="0002550F" w:rsidRDefault="00E17E14">
            <w:pPr>
              <w:rPr>
                <w:sz w:val="20"/>
                <w:szCs w:val="20"/>
              </w:rPr>
            </w:pPr>
            <w:r w:rsidRPr="0002550F">
              <w:rPr>
                <w:sz w:val="20"/>
                <w:szCs w:val="20"/>
              </w:rPr>
              <w:t>76</w:t>
            </w:r>
          </w:p>
        </w:tc>
      </w:tr>
      <w:tr w:rsidR="000F48DF" w14:paraId="1A275348" w14:textId="77777777">
        <w:tc>
          <w:tcPr>
            <w:tcW w:w="5043" w:type="dxa"/>
          </w:tcPr>
          <w:p w14:paraId="2E26EEBC" w14:textId="77777777" w:rsidR="000F48DF" w:rsidRPr="0002550F" w:rsidRDefault="00E17E14">
            <w:pPr>
              <w:rPr>
                <w:sz w:val="20"/>
                <w:szCs w:val="20"/>
              </w:rPr>
            </w:pPr>
            <w:r w:rsidRPr="0002550F">
              <w:rPr>
                <w:sz w:val="20"/>
                <w:szCs w:val="20"/>
              </w:rPr>
              <w:t>Tsangkha</w:t>
            </w:r>
          </w:p>
        </w:tc>
        <w:tc>
          <w:tcPr>
            <w:tcW w:w="5043" w:type="dxa"/>
          </w:tcPr>
          <w:p w14:paraId="26A16EE0" w14:textId="77777777" w:rsidR="000F48DF" w:rsidRPr="0002550F" w:rsidRDefault="00E17E14">
            <w:pPr>
              <w:rPr>
                <w:sz w:val="20"/>
                <w:szCs w:val="20"/>
              </w:rPr>
            </w:pPr>
            <w:r w:rsidRPr="0002550F">
              <w:rPr>
                <w:sz w:val="20"/>
                <w:szCs w:val="20"/>
              </w:rPr>
              <w:t>76</w:t>
            </w:r>
          </w:p>
        </w:tc>
      </w:tr>
      <w:tr w:rsidR="000F48DF" w14:paraId="6BC7D408" w14:textId="77777777">
        <w:tc>
          <w:tcPr>
            <w:tcW w:w="5043" w:type="dxa"/>
          </w:tcPr>
          <w:p w14:paraId="71B2A4B4" w14:textId="77777777" w:rsidR="000F48DF" w:rsidRPr="0002550F" w:rsidRDefault="00E17E14">
            <w:pPr>
              <w:rPr>
                <w:sz w:val="20"/>
                <w:szCs w:val="20"/>
              </w:rPr>
            </w:pPr>
            <w:r w:rsidRPr="0002550F">
              <w:rPr>
                <w:sz w:val="20"/>
                <w:szCs w:val="20"/>
              </w:rPr>
              <w:t>Gesarling</w:t>
            </w:r>
          </w:p>
        </w:tc>
        <w:tc>
          <w:tcPr>
            <w:tcW w:w="5043" w:type="dxa"/>
          </w:tcPr>
          <w:p w14:paraId="6D658C64" w14:textId="77777777" w:rsidR="000F48DF" w:rsidRPr="0002550F" w:rsidRDefault="00E17E14">
            <w:pPr>
              <w:rPr>
                <w:sz w:val="20"/>
                <w:szCs w:val="20"/>
              </w:rPr>
            </w:pPr>
            <w:r w:rsidRPr="0002550F">
              <w:rPr>
                <w:sz w:val="20"/>
                <w:szCs w:val="20"/>
              </w:rPr>
              <w:t>74</w:t>
            </w:r>
          </w:p>
        </w:tc>
      </w:tr>
      <w:tr w:rsidR="000F48DF" w14:paraId="12BD33EE" w14:textId="77777777">
        <w:tc>
          <w:tcPr>
            <w:tcW w:w="5043" w:type="dxa"/>
          </w:tcPr>
          <w:p w14:paraId="6C1E32E9" w14:textId="77777777" w:rsidR="000F48DF" w:rsidRPr="0002550F" w:rsidRDefault="00E17E14">
            <w:pPr>
              <w:rPr>
                <w:sz w:val="20"/>
                <w:szCs w:val="20"/>
              </w:rPr>
            </w:pPr>
            <w:r w:rsidRPr="0002550F">
              <w:rPr>
                <w:sz w:val="20"/>
                <w:szCs w:val="20"/>
              </w:rPr>
              <w:t>Drugyelgang</w:t>
            </w:r>
          </w:p>
        </w:tc>
        <w:tc>
          <w:tcPr>
            <w:tcW w:w="5043" w:type="dxa"/>
          </w:tcPr>
          <w:p w14:paraId="5D940629" w14:textId="77777777" w:rsidR="000F48DF" w:rsidRPr="0002550F" w:rsidRDefault="00E17E14">
            <w:pPr>
              <w:rPr>
                <w:sz w:val="20"/>
                <w:szCs w:val="20"/>
              </w:rPr>
            </w:pPr>
            <w:r w:rsidRPr="0002550F">
              <w:rPr>
                <w:sz w:val="20"/>
                <w:szCs w:val="20"/>
              </w:rPr>
              <w:t>74</w:t>
            </w:r>
          </w:p>
        </w:tc>
      </w:tr>
      <w:tr w:rsidR="000F48DF" w14:paraId="6A640ECF" w14:textId="77777777">
        <w:tc>
          <w:tcPr>
            <w:tcW w:w="5043" w:type="dxa"/>
          </w:tcPr>
          <w:p w14:paraId="7F7DED8D" w14:textId="77777777" w:rsidR="000F48DF" w:rsidRPr="0002550F" w:rsidRDefault="00E17E14">
            <w:pPr>
              <w:rPr>
                <w:sz w:val="20"/>
                <w:szCs w:val="20"/>
              </w:rPr>
            </w:pPr>
            <w:r w:rsidRPr="0002550F">
              <w:rPr>
                <w:sz w:val="20"/>
                <w:szCs w:val="20"/>
              </w:rPr>
              <w:t>Rangthangling</w:t>
            </w:r>
          </w:p>
        </w:tc>
        <w:tc>
          <w:tcPr>
            <w:tcW w:w="5043" w:type="dxa"/>
          </w:tcPr>
          <w:p w14:paraId="1D0F2DFD" w14:textId="77777777" w:rsidR="000F48DF" w:rsidRPr="0002550F" w:rsidRDefault="00E17E14">
            <w:pPr>
              <w:rPr>
                <w:sz w:val="20"/>
                <w:szCs w:val="20"/>
              </w:rPr>
            </w:pPr>
            <w:r w:rsidRPr="0002550F">
              <w:rPr>
                <w:sz w:val="20"/>
                <w:szCs w:val="20"/>
              </w:rPr>
              <w:t>73</w:t>
            </w:r>
          </w:p>
        </w:tc>
      </w:tr>
      <w:tr w:rsidR="000F48DF" w14:paraId="6D6585A2" w14:textId="77777777">
        <w:tc>
          <w:tcPr>
            <w:tcW w:w="5043" w:type="dxa"/>
          </w:tcPr>
          <w:p w14:paraId="1B991B7B" w14:textId="77777777" w:rsidR="000F48DF" w:rsidRPr="0002550F" w:rsidRDefault="00E17E14">
            <w:pPr>
              <w:rPr>
                <w:sz w:val="20"/>
                <w:szCs w:val="20"/>
              </w:rPr>
            </w:pPr>
            <w:r w:rsidRPr="0002550F">
              <w:rPr>
                <w:sz w:val="20"/>
                <w:szCs w:val="20"/>
              </w:rPr>
              <w:t>Trashiding</w:t>
            </w:r>
          </w:p>
        </w:tc>
        <w:tc>
          <w:tcPr>
            <w:tcW w:w="5043" w:type="dxa"/>
          </w:tcPr>
          <w:p w14:paraId="5BBFEFF6" w14:textId="77777777" w:rsidR="000F48DF" w:rsidRPr="0002550F" w:rsidRDefault="00E17E14">
            <w:pPr>
              <w:rPr>
                <w:sz w:val="20"/>
                <w:szCs w:val="20"/>
              </w:rPr>
            </w:pPr>
            <w:r w:rsidRPr="0002550F">
              <w:rPr>
                <w:sz w:val="20"/>
                <w:szCs w:val="20"/>
              </w:rPr>
              <w:t>73</w:t>
            </w:r>
          </w:p>
        </w:tc>
      </w:tr>
      <w:tr w:rsidR="000F48DF" w14:paraId="69A51A36" w14:textId="77777777">
        <w:tc>
          <w:tcPr>
            <w:tcW w:w="5043" w:type="dxa"/>
          </w:tcPr>
          <w:p w14:paraId="6AC48CD0" w14:textId="77777777" w:rsidR="000F48DF" w:rsidRPr="0002550F" w:rsidRDefault="00E17E14">
            <w:pPr>
              <w:rPr>
                <w:sz w:val="20"/>
                <w:szCs w:val="20"/>
              </w:rPr>
            </w:pPr>
            <w:r w:rsidRPr="0002550F">
              <w:rPr>
                <w:sz w:val="20"/>
                <w:szCs w:val="20"/>
              </w:rPr>
              <w:t>Barzhong</w:t>
            </w:r>
          </w:p>
        </w:tc>
        <w:tc>
          <w:tcPr>
            <w:tcW w:w="5043" w:type="dxa"/>
          </w:tcPr>
          <w:p w14:paraId="115AF63C" w14:textId="77777777" w:rsidR="000F48DF" w:rsidRPr="0002550F" w:rsidRDefault="00E17E14">
            <w:pPr>
              <w:rPr>
                <w:sz w:val="20"/>
                <w:szCs w:val="20"/>
              </w:rPr>
            </w:pPr>
            <w:r w:rsidRPr="0002550F">
              <w:rPr>
                <w:sz w:val="20"/>
                <w:szCs w:val="20"/>
              </w:rPr>
              <w:t>72</w:t>
            </w:r>
          </w:p>
        </w:tc>
      </w:tr>
      <w:tr w:rsidR="000F48DF" w14:paraId="1A8CF5A6" w14:textId="77777777">
        <w:tc>
          <w:tcPr>
            <w:tcW w:w="5043" w:type="dxa"/>
          </w:tcPr>
          <w:p w14:paraId="7DEB6F37" w14:textId="77777777" w:rsidR="000F48DF" w:rsidRPr="0002550F" w:rsidRDefault="00E17E14">
            <w:pPr>
              <w:rPr>
                <w:sz w:val="20"/>
                <w:szCs w:val="20"/>
              </w:rPr>
            </w:pPr>
            <w:r w:rsidRPr="0002550F">
              <w:rPr>
                <w:sz w:val="20"/>
                <w:szCs w:val="20"/>
              </w:rPr>
              <w:t>Jurmey</w:t>
            </w:r>
          </w:p>
        </w:tc>
        <w:tc>
          <w:tcPr>
            <w:tcW w:w="5043" w:type="dxa"/>
          </w:tcPr>
          <w:p w14:paraId="4C169CDF" w14:textId="77777777" w:rsidR="000F48DF" w:rsidRPr="0002550F" w:rsidRDefault="00E17E14">
            <w:pPr>
              <w:rPr>
                <w:sz w:val="20"/>
                <w:szCs w:val="20"/>
              </w:rPr>
            </w:pPr>
            <w:r w:rsidRPr="0002550F">
              <w:rPr>
                <w:sz w:val="20"/>
                <w:szCs w:val="20"/>
              </w:rPr>
              <w:t>72</w:t>
            </w:r>
          </w:p>
        </w:tc>
      </w:tr>
      <w:tr w:rsidR="000F48DF" w14:paraId="05DA4CD7" w14:textId="77777777">
        <w:tc>
          <w:tcPr>
            <w:tcW w:w="5043" w:type="dxa"/>
          </w:tcPr>
          <w:p w14:paraId="2CB8A498" w14:textId="77777777" w:rsidR="000F48DF" w:rsidRPr="0002550F" w:rsidRDefault="00E17E14">
            <w:pPr>
              <w:rPr>
                <w:sz w:val="20"/>
                <w:szCs w:val="20"/>
              </w:rPr>
            </w:pPr>
            <w:r w:rsidRPr="0002550F">
              <w:rPr>
                <w:sz w:val="20"/>
                <w:szCs w:val="20"/>
              </w:rPr>
              <w:t>Yurung</w:t>
            </w:r>
          </w:p>
        </w:tc>
        <w:tc>
          <w:tcPr>
            <w:tcW w:w="5043" w:type="dxa"/>
          </w:tcPr>
          <w:p w14:paraId="428F130A" w14:textId="77777777" w:rsidR="000F48DF" w:rsidRPr="0002550F" w:rsidRDefault="00E17E14">
            <w:pPr>
              <w:rPr>
                <w:sz w:val="20"/>
                <w:szCs w:val="20"/>
              </w:rPr>
            </w:pPr>
            <w:r w:rsidRPr="0002550F">
              <w:rPr>
                <w:sz w:val="20"/>
                <w:szCs w:val="20"/>
              </w:rPr>
              <w:t>71</w:t>
            </w:r>
          </w:p>
        </w:tc>
      </w:tr>
      <w:tr w:rsidR="000F48DF" w14:paraId="65B9B76B" w14:textId="77777777">
        <w:tc>
          <w:tcPr>
            <w:tcW w:w="5043" w:type="dxa"/>
          </w:tcPr>
          <w:p w14:paraId="22C27E4B" w14:textId="77777777" w:rsidR="000F48DF" w:rsidRPr="0002550F" w:rsidRDefault="00E17E14">
            <w:pPr>
              <w:rPr>
                <w:sz w:val="20"/>
                <w:szCs w:val="20"/>
              </w:rPr>
            </w:pPr>
            <w:r w:rsidRPr="0002550F">
              <w:rPr>
                <w:sz w:val="20"/>
                <w:szCs w:val="20"/>
              </w:rPr>
              <w:t>Ngangla</w:t>
            </w:r>
          </w:p>
        </w:tc>
        <w:tc>
          <w:tcPr>
            <w:tcW w:w="5043" w:type="dxa"/>
          </w:tcPr>
          <w:p w14:paraId="1A73C0D7" w14:textId="77777777" w:rsidR="000F48DF" w:rsidRPr="0002550F" w:rsidRDefault="00E17E14">
            <w:pPr>
              <w:rPr>
                <w:sz w:val="20"/>
                <w:szCs w:val="20"/>
              </w:rPr>
            </w:pPr>
            <w:r w:rsidRPr="0002550F">
              <w:rPr>
                <w:sz w:val="20"/>
                <w:szCs w:val="20"/>
              </w:rPr>
              <w:t>70</w:t>
            </w:r>
          </w:p>
        </w:tc>
      </w:tr>
      <w:tr w:rsidR="000F48DF" w14:paraId="51C27D8C" w14:textId="77777777">
        <w:tc>
          <w:tcPr>
            <w:tcW w:w="5043" w:type="dxa"/>
          </w:tcPr>
          <w:p w14:paraId="20BE705F" w14:textId="77777777" w:rsidR="000F48DF" w:rsidRPr="0002550F" w:rsidRDefault="00E17E14">
            <w:pPr>
              <w:rPr>
                <w:sz w:val="20"/>
                <w:szCs w:val="20"/>
              </w:rPr>
            </w:pPr>
            <w:r w:rsidRPr="0002550F">
              <w:rPr>
                <w:sz w:val="20"/>
                <w:szCs w:val="20"/>
              </w:rPr>
              <w:t>Mendrelgang</w:t>
            </w:r>
          </w:p>
        </w:tc>
        <w:tc>
          <w:tcPr>
            <w:tcW w:w="5043" w:type="dxa"/>
          </w:tcPr>
          <w:p w14:paraId="44E9A096" w14:textId="77777777" w:rsidR="000F48DF" w:rsidRPr="0002550F" w:rsidRDefault="00E17E14">
            <w:pPr>
              <w:rPr>
                <w:sz w:val="20"/>
                <w:szCs w:val="20"/>
              </w:rPr>
            </w:pPr>
            <w:r w:rsidRPr="0002550F">
              <w:rPr>
                <w:sz w:val="20"/>
                <w:szCs w:val="20"/>
              </w:rPr>
              <w:t>70</w:t>
            </w:r>
          </w:p>
        </w:tc>
      </w:tr>
      <w:tr w:rsidR="000F48DF" w14:paraId="4D957233" w14:textId="77777777">
        <w:tc>
          <w:tcPr>
            <w:tcW w:w="5043" w:type="dxa"/>
          </w:tcPr>
          <w:p w14:paraId="2D5742A5" w14:textId="77777777" w:rsidR="000F48DF" w:rsidRPr="0002550F" w:rsidRDefault="00E17E14">
            <w:pPr>
              <w:rPr>
                <w:sz w:val="20"/>
                <w:szCs w:val="20"/>
              </w:rPr>
            </w:pPr>
            <w:r w:rsidRPr="0002550F">
              <w:rPr>
                <w:sz w:val="20"/>
                <w:szCs w:val="20"/>
              </w:rPr>
              <w:t>Pagli</w:t>
            </w:r>
          </w:p>
        </w:tc>
        <w:tc>
          <w:tcPr>
            <w:tcW w:w="5043" w:type="dxa"/>
          </w:tcPr>
          <w:p w14:paraId="07A4852B" w14:textId="77777777" w:rsidR="000F48DF" w:rsidRPr="0002550F" w:rsidRDefault="00E17E14">
            <w:pPr>
              <w:rPr>
                <w:sz w:val="20"/>
                <w:szCs w:val="20"/>
              </w:rPr>
            </w:pPr>
            <w:r w:rsidRPr="0002550F">
              <w:rPr>
                <w:sz w:val="20"/>
                <w:szCs w:val="20"/>
              </w:rPr>
              <w:t>69</w:t>
            </w:r>
          </w:p>
        </w:tc>
      </w:tr>
      <w:tr w:rsidR="000F48DF" w14:paraId="7576C79E" w14:textId="77777777">
        <w:tc>
          <w:tcPr>
            <w:tcW w:w="5043" w:type="dxa"/>
          </w:tcPr>
          <w:p w14:paraId="794AF57A" w14:textId="77777777" w:rsidR="000F48DF" w:rsidRPr="0002550F" w:rsidRDefault="00E17E14">
            <w:pPr>
              <w:rPr>
                <w:sz w:val="20"/>
                <w:szCs w:val="20"/>
              </w:rPr>
            </w:pPr>
            <w:r w:rsidRPr="0002550F">
              <w:rPr>
                <w:sz w:val="20"/>
                <w:szCs w:val="20"/>
              </w:rPr>
              <w:t>Dungmin</w:t>
            </w:r>
          </w:p>
        </w:tc>
        <w:tc>
          <w:tcPr>
            <w:tcW w:w="5043" w:type="dxa"/>
          </w:tcPr>
          <w:p w14:paraId="4BB83930" w14:textId="77777777" w:rsidR="000F48DF" w:rsidRPr="0002550F" w:rsidRDefault="00E17E14">
            <w:pPr>
              <w:rPr>
                <w:sz w:val="20"/>
                <w:szCs w:val="20"/>
              </w:rPr>
            </w:pPr>
            <w:r w:rsidRPr="0002550F">
              <w:rPr>
                <w:sz w:val="20"/>
                <w:szCs w:val="20"/>
              </w:rPr>
              <w:t>68</w:t>
            </w:r>
          </w:p>
        </w:tc>
      </w:tr>
      <w:tr w:rsidR="000F48DF" w14:paraId="797228DB" w14:textId="77777777">
        <w:tc>
          <w:tcPr>
            <w:tcW w:w="5043" w:type="dxa"/>
          </w:tcPr>
          <w:p w14:paraId="68D4E8CA" w14:textId="77777777" w:rsidR="000F48DF" w:rsidRPr="0002550F" w:rsidRDefault="00E17E14">
            <w:pPr>
              <w:rPr>
                <w:sz w:val="20"/>
                <w:szCs w:val="20"/>
              </w:rPr>
            </w:pPr>
            <w:r w:rsidRPr="0002550F">
              <w:rPr>
                <w:sz w:val="20"/>
                <w:szCs w:val="20"/>
              </w:rPr>
              <w:t>Bjoka</w:t>
            </w:r>
          </w:p>
        </w:tc>
        <w:tc>
          <w:tcPr>
            <w:tcW w:w="5043" w:type="dxa"/>
          </w:tcPr>
          <w:p w14:paraId="4AF378E8" w14:textId="77777777" w:rsidR="000F48DF" w:rsidRPr="0002550F" w:rsidRDefault="00E17E14">
            <w:pPr>
              <w:rPr>
                <w:sz w:val="20"/>
                <w:szCs w:val="20"/>
              </w:rPr>
            </w:pPr>
            <w:r w:rsidRPr="0002550F">
              <w:rPr>
                <w:sz w:val="20"/>
                <w:szCs w:val="20"/>
              </w:rPr>
              <w:t>68</w:t>
            </w:r>
          </w:p>
        </w:tc>
      </w:tr>
      <w:tr w:rsidR="000F48DF" w14:paraId="377CEE30" w14:textId="77777777">
        <w:tc>
          <w:tcPr>
            <w:tcW w:w="5043" w:type="dxa"/>
          </w:tcPr>
          <w:p w14:paraId="2B964BD3" w14:textId="77777777" w:rsidR="000F48DF" w:rsidRPr="0002550F" w:rsidRDefault="00E17E14">
            <w:pPr>
              <w:rPr>
                <w:sz w:val="20"/>
                <w:szCs w:val="20"/>
              </w:rPr>
            </w:pPr>
            <w:r w:rsidRPr="0002550F">
              <w:rPr>
                <w:sz w:val="20"/>
                <w:szCs w:val="20"/>
              </w:rPr>
              <w:t>Chhimung</w:t>
            </w:r>
          </w:p>
        </w:tc>
        <w:tc>
          <w:tcPr>
            <w:tcW w:w="5043" w:type="dxa"/>
          </w:tcPr>
          <w:p w14:paraId="3FE7B7A4" w14:textId="77777777" w:rsidR="000F48DF" w:rsidRPr="0002550F" w:rsidRDefault="00E17E14">
            <w:pPr>
              <w:rPr>
                <w:sz w:val="20"/>
                <w:szCs w:val="20"/>
              </w:rPr>
            </w:pPr>
            <w:r w:rsidRPr="0002550F">
              <w:rPr>
                <w:sz w:val="20"/>
                <w:szCs w:val="20"/>
              </w:rPr>
              <w:t>68</w:t>
            </w:r>
          </w:p>
        </w:tc>
      </w:tr>
      <w:tr w:rsidR="000F48DF" w14:paraId="13567D4E" w14:textId="77777777">
        <w:tc>
          <w:tcPr>
            <w:tcW w:w="5043" w:type="dxa"/>
          </w:tcPr>
          <w:p w14:paraId="4ECA7896" w14:textId="77777777" w:rsidR="000F48DF" w:rsidRPr="0002550F" w:rsidRDefault="00E17E14">
            <w:pPr>
              <w:rPr>
                <w:sz w:val="20"/>
                <w:szCs w:val="20"/>
              </w:rPr>
            </w:pPr>
            <w:r w:rsidRPr="0002550F">
              <w:rPr>
                <w:sz w:val="20"/>
                <w:szCs w:val="20"/>
              </w:rPr>
              <w:t>Dorona</w:t>
            </w:r>
          </w:p>
        </w:tc>
        <w:tc>
          <w:tcPr>
            <w:tcW w:w="5043" w:type="dxa"/>
          </w:tcPr>
          <w:p w14:paraId="4880E177" w14:textId="77777777" w:rsidR="000F48DF" w:rsidRPr="0002550F" w:rsidRDefault="00E17E14">
            <w:pPr>
              <w:rPr>
                <w:sz w:val="20"/>
                <w:szCs w:val="20"/>
              </w:rPr>
            </w:pPr>
            <w:r w:rsidRPr="0002550F">
              <w:rPr>
                <w:sz w:val="20"/>
                <w:szCs w:val="20"/>
              </w:rPr>
              <w:t>68</w:t>
            </w:r>
          </w:p>
        </w:tc>
      </w:tr>
      <w:tr w:rsidR="000F48DF" w14:paraId="1CB176AA" w14:textId="77777777">
        <w:tc>
          <w:tcPr>
            <w:tcW w:w="5043" w:type="dxa"/>
          </w:tcPr>
          <w:p w14:paraId="7811E276" w14:textId="77777777" w:rsidR="000F48DF" w:rsidRPr="0002550F" w:rsidRDefault="00E17E14">
            <w:pPr>
              <w:rPr>
                <w:sz w:val="20"/>
                <w:szCs w:val="20"/>
              </w:rPr>
            </w:pPr>
            <w:r w:rsidRPr="0002550F">
              <w:rPr>
                <w:sz w:val="20"/>
                <w:szCs w:val="20"/>
              </w:rPr>
              <w:t>Kikorthang</w:t>
            </w:r>
          </w:p>
        </w:tc>
        <w:tc>
          <w:tcPr>
            <w:tcW w:w="5043" w:type="dxa"/>
          </w:tcPr>
          <w:p w14:paraId="6129D3DC" w14:textId="77777777" w:rsidR="000F48DF" w:rsidRPr="0002550F" w:rsidRDefault="00E17E14">
            <w:pPr>
              <w:rPr>
                <w:sz w:val="20"/>
                <w:szCs w:val="20"/>
              </w:rPr>
            </w:pPr>
            <w:r w:rsidRPr="0002550F">
              <w:rPr>
                <w:sz w:val="20"/>
                <w:szCs w:val="20"/>
              </w:rPr>
              <w:t>67</w:t>
            </w:r>
          </w:p>
        </w:tc>
      </w:tr>
      <w:tr w:rsidR="000F48DF" w14:paraId="5C5D29BB" w14:textId="77777777">
        <w:tc>
          <w:tcPr>
            <w:tcW w:w="5043" w:type="dxa"/>
          </w:tcPr>
          <w:p w14:paraId="5F222622" w14:textId="77777777" w:rsidR="000F48DF" w:rsidRPr="0002550F" w:rsidRDefault="00E17E14">
            <w:pPr>
              <w:rPr>
                <w:sz w:val="20"/>
                <w:szCs w:val="20"/>
              </w:rPr>
            </w:pPr>
            <w:r w:rsidRPr="0002550F">
              <w:rPr>
                <w:sz w:val="20"/>
                <w:szCs w:val="20"/>
              </w:rPr>
              <w:t>Dechhenling</w:t>
            </w:r>
          </w:p>
        </w:tc>
        <w:tc>
          <w:tcPr>
            <w:tcW w:w="5043" w:type="dxa"/>
          </w:tcPr>
          <w:p w14:paraId="3C1DC00B" w14:textId="77777777" w:rsidR="000F48DF" w:rsidRPr="0002550F" w:rsidRDefault="00E17E14">
            <w:pPr>
              <w:rPr>
                <w:sz w:val="20"/>
                <w:szCs w:val="20"/>
              </w:rPr>
            </w:pPr>
            <w:r w:rsidRPr="0002550F">
              <w:rPr>
                <w:sz w:val="20"/>
                <w:szCs w:val="20"/>
              </w:rPr>
              <w:t>67</w:t>
            </w:r>
          </w:p>
        </w:tc>
      </w:tr>
    </w:tbl>
    <w:p w14:paraId="6EB2A426" w14:textId="77777777" w:rsidR="000F48DF" w:rsidRDefault="00E17E14">
      <w:pPr>
        <w:pStyle w:val="Heading2"/>
      </w:pPr>
      <w:r>
        <w:lastRenderedPageBreak/>
        <w:t>Stripe rust</w:t>
      </w:r>
    </w:p>
    <w:p w14:paraId="56503F1D" w14:textId="7CFA39F1" w:rsidR="000F48DF" w:rsidRDefault="000D2D5E">
      <w:r w:rsidRPr="00A57B73">
        <w:rPr>
          <w:b/>
          <w:bCs/>
        </w:rPr>
        <w:t>Dis</w:t>
      </w:r>
      <w:r w:rsidR="00A57B73" w:rsidRPr="00A57B73">
        <w:rPr>
          <w:b/>
          <w:bCs/>
        </w:rPr>
        <w:t>persal:</w:t>
      </w:r>
      <w:r w:rsidR="00A57B73">
        <w:t xml:space="preserve"> </w:t>
      </w:r>
      <w:r w:rsidR="00E17E14">
        <w:t>Current forecast (28 Feb - 05 Mar) indicates</w:t>
      </w:r>
      <w:r w:rsidR="00A57B73">
        <w:t xml:space="preserve"> low density spore deposition across Bhutan from infected sites in Nepal.</w:t>
      </w:r>
    </w:p>
    <w:p w14:paraId="5F92185F" w14:textId="77777777" w:rsidR="000F48DF" w:rsidRDefault="00E17E14">
      <w:r>
        <w:rPr>
          <w:noProof/>
          <w:lang w:bidi="dz-BT"/>
        </w:rPr>
        <w:drawing>
          <wp:inline distT="0" distB="0" distL="0" distR="0" wp14:anchorId="4DCF4688" wp14:editId="0F45FBC1">
            <wp:extent cx="5844722" cy="360997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stripe_rust_total_202402280300_202403060000_map.png"/>
                    <pic:cNvPicPr/>
                  </pic:nvPicPr>
                  <pic:blipFill>
                    <a:blip r:embed="rId11"/>
                    <a:stretch>
                      <a:fillRect/>
                    </a:stretch>
                  </pic:blipFill>
                  <pic:spPr>
                    <a:xfrm>
                      <a:off x="0" y="0"/>
                      <a:ext cx="5860710" cy="3619850"/>
                    </a:xfrm>
                    <a:prstGeom prst="rect">
                      <a:avLst/>
                    </a:prstGeom>
                  </pic:spPr>
                </pic:pic>
              </a:graphicData>
            </a:graphic>
          </wp:inline>
        </w:drawing>
      </w:r>
    </w:p>
    <w:p w14:paraId="02BDD061" w14:textId="77777777" w:rsidR="000F48DF" w:rsidRDefault="00E17E14">
      <w:pPr>
        <w:pStyle w:val="Caption"/>
      </w:pPr>
      <w:r>
        <w:t>Map 3: Stripe rust spore deposition forecast Bhutan 28 Feb - 05 Mar 2024</w:t>
      </w:r>
    </w:p>
    <w:p w14:paraId="46EFC0E0" w14:textId="6D98F542" w:rsidR="000F48DF" w:rsidRDefault="00E17E14">
      <w:r>
        <w:t>The 20 most impacted districts</w:t>
      </w:r>
      <w:r w:rsidR="00A57B73">
        <w:t xml:space="preserve"> (spore deposition)</w:t>
      </w:r>
      <w:r>
        <w:t xml:space="preserve"> are presented in the table below.</w:t>
      </w:r>
    </w:p>
    <w:tbl>
      <w:tblPr>
        <w:tblStyle w:val="TableGrid"/>
        <w:tblW w:w="0" w:type="auto"/>
        <w:tblLook w:val="04A0" w:firstRow="1" w:lastRow="0" w:firstColumn="1" w:lastColumn="0" w:noHBand="0" w:noVBand="1"/>
      </w:tblPr>
      <w:tblGrid>
        <w:gridCol w:w="5038"/>
        <w:gridCol w:w="5038"/>
      </w:tblGrid>
      <w:tr w:rsidR="000F48DF" w14:paraId="59F92B95" w14:textId="77777777">
        <w:tc>
          <w:tcPr>
            <w:tcW w:w="5043" w:type="dxa"/>
          </w:tcPr>
          <w:p w14:paraId="76C72E96" w14:textId="77777777" w:rsidR="000F48DF" w:rsidRPr="00A57B73" w:rsidRDefault="00E17E14">
            <w:pPr>
              <w:rPr>
                <w:sz w:val="20"/>
                <w:szCs w:val="20"/>
              </w:rPr>
            </w:pPr>
            <w:r w:rsidRPr="00A57B73">
              <w:rPr>
                <w:sz w:val="20"/>
                <w:szCs w:val="20"/>
              </w:rPr>
              <w:t>admin2Name</w:t>
            </w:r>
          </w:p>
        </w:tc>
        <w:tc>
          <w:tcPr>
            <w:tcW w:w="5043" w:type="dxa"/>
          </w:tcPr>
          <w:p w14:paraId="52531FD6" w14:textId="77777777" w:rsidR="000F48DF" w:rsidRPr="00A57B73" w:rsidRDefault="00E17E14">
            <w:pPr>
              <w:rPr>
                <w:sz w:val="20"/>
                <w:szCs w:val="20"/>
              </w:rPr>
            </w:pPr>
            <w:r w:rsidRPr="00A57B73">
              <w:rPr>
                <w:sz w:val="20"/>
                <w:szCs w:val="20"/>
              </w:rPr>
              <w:t>Stripe rust spores per m^2 per week</w:t>
            </w:r>
          </w:p>
        </w:tc>
      </w:tr>
      <w:tr w:rsidR="000F48DF" w14:paraId="21520467" w14:textId="77777777">
        <w:tc>
          <w:tcPr>
            <w:tcW w:w="5043" w:type="dxa"/>
          </w:tcPr>
          <w:p w14:paraId="4709E0F9" w14:textId="77777777" w:rsidR="000F48DF" w:rsidRPr="00A57B73" w:rsidRDefault="00E17E14">
            <w:pPr>
              <w:rPr>
                <w:sz w:val="20"/>
                <w:szCs w:val="20"/>
              </w:rPr>
            </w:pPr>
            <w:r w:rsidRPr="00A57B73">
              <w:rPr>
                <w:sz w:val="20"/>
                <w:szCs w:val="20"/>
              </w:rPr>
              <w:t>Tading</w:t>
            </w:r>
          </w:p>
        </w:tc>
        <w:tc>
          <w:tcPr>
            <w:tcW w:w="5043" w:type="dxa"/>
          </w:tcPr>
          <w:p w14:paraId="6108953C" w14:textId="77777777" w:rsidR="000F48DF" w:rsidRPr="00A57B73" w:rsidRDefault="00E17E14">
            <w:pPr>
              <w:rPr>
                <w:sz w:val="20"/>
                <w:szCs w:val="20"/>
              </w:rPr>
            </w:pPr>
            <w:r w:rsidRPr="00A57B73">
              <w:rPr>
                <w:sz w:val="20"/>
                <w:szCs w:val="20"/>
              </w:rPr>
              <w:t>67</w:t>
            </w:r>
          </w:p>
        </w:tc>
      </w:tr>
      <w:tr w:rsidR="000F48DF" w14:paraId="1F2C9E9F" w14:textId="77777777">
        <w:tc>
          <w:tcPr>
            <w:tcW w:w="5043" w:type="dxa"/>
          </w:tcPr>
          <w:p w14:paraId="627FA295" w14:textId="77777777" w:rsidR="000F48DF" w:rsidRPr="00A57B73" w:rsidRDefault="00E17E14">
            <w:pPr>
              <w:rPr>
                <w:sz w:val="20"/>
                <w:szCs w:val="20"/>
              </w:rPr>
            </w:pPr>
            <w:r w:rsidRPr="00A57B73">
              <w:rPr>
                <w:sz w:val="20"/>
                <w:szCs w:val="20"/>
              </w:rPr>
              <w:t>Samphelling</w:t>
            </w:r>
          </w:p>
        </w:tc>
        <w:tc>
          <w:tcPr>
            <w:tcW w:w="5043" w:type="dxa"/>
          </w:tcPr>
          <w:p w14:paraId="558D0CB0" w14:textId="77777777" w:rsidR="000F48DF" w:rsidRPr="00A57B73" w:rsidRDefault="00E17E14">
            <w:pPr>
              <w:rPr>
                <w:sz w:val="20"/>
                <w:szCs w:val="20"/>
              </w:rPr>
            </w:pPr>
            <w:r w:rsidRPr="00A57B73">
              <w:rPr>
                <w:sz w:val="20"/>
                <w:szCs w:val="20"/>
              </w:rPr>
              <w:t>66</w:t>
            </w:r>
          </w:p>
        </w:tc>
      </w:tr>
      <w:tr w:rsidR="000F48DF" w14:paraId="1341986B" w14:textId="77777777">
        <w:tc>
          <w:tcPr>
            <w:tcW w:w="5043" w:type="dxa"/>
          </w:tcPr>
          <w:p w14:paraId="0DCDF5B5" w14:textId="77777777" w:rsidR="000F48DF" w:rsidRPr="00A57B73" w:rsidRDefault="00E17E14">
            <w:pPr>
              <w:rPr>
                <w:sz w:val="20"/>
                <w:szCs w:val="20"/>
              </w:rPr>
            </w:pPr>
            <w:r w:rsidRPr="00A57B73">
              <w:rPr>
                <w:sz w:val="20"/>
                <w:szCs w:val="20"/>
              </w:rPr>
              <w:t>Gesarling</w:t>
            </w:r>
          </w:p>
        </w:tc>
        <w:tc>
          <w:tcPr>
            <w:tcW w:w="5043" w:type="dxa"/>
          </w:tcPr>
          <w:p w14:paraId="3157E038" w14:textId="77777777" w:rsidR="000F48DF" w:rsidRPr="00A57B73" w:rsidRDefault="00E17E14">
            <w:pPr>
              <w:rPr>
                <w:sz w:val="20"/>
                <w:szCs w:val="20"/>
              </w:rPr>
            </w:pPr>
            <w:r w:rsidRPr="00A57B73">
              <w:rPr>
                <w:sz w:val="20"/>
                <w:szCs w:val="20"/>
              </w:rPr>
              <w:t>62</w:t>
            </w:r>
          </w:p>
        </w:tc>
      </w:tr>
      <w:tr w:rsidR="000F48DF" w14:paraId="10D2EAE9" w14:textId="77777777">
        <w:tc>
          <w:tcPr>
            <w:tcW w:w="5043" w:type="dxa"/>
          </w:tcPr>
          <w:p w14:paraId="5680ECB4" w14:textId="77777777" w:rsidR="000F48DF" w:rsidRPr="00A57B73" w:rsidRDefault="00E17E14">
            <w:pPr>
              <w:rPr>
                <w:sz w:val="20"/>
                <w:szCs w:val="20"/>
              </w:rPr>
            </w:pPr>
            <w:r w:rsidRPr="00A57B73">
              <w:rPr>
                <w:sz w:val="20"/>
                <w:szCs w:val="20"/>
              </w:rPr>
              <w:t>Dorona</w:t>
            </w:r>
          </w:p>
        </w:tc>
        <w:tc>
          <w:tcPr>
            <w:tcW w:w="5043" w:type="dxa"/>
          </w:tcPr>
          <w:p w14:paraId="2B059932" w14:textId="77777777" w:rsidR="000F48DF" w:rsidRPr="00A57B73" w:rsidRDefault="00E17E14">
            <w:pPr>
              <w:rPr>
                <w:sz w:val="20"/>
                <w:szCs w:val="20"/>
              </w:rPr>
            </w:pPr>
            <w:r w:rsidRPr="00A57B73">
              <w:rPr>
                <w:sz w:val="20"/>
                <w:szCs w:val="20"/>
              </w:rPr>
              <w:t>61</w:t>
            </w:r>
          </w:p>
        </w:tc>
      </w:tr>
      <w:tr w:rsidR="000F48DF" w14:paraId="7AEEDEF0" w14:textId="77777777">
        <w:tc>
          <w:tcPr>
            <w:tcW w:w="5043" w:type="dxa"/>
          </w:tcPr>
          <w:p w14:paraId="068A94A9" w14:textId="77777777" w:rsidR="000F48DF" w:rsidRPr="00A57B73" w:rsidRDefault="00E17E14">
            <w:pPr>
              <w:rPr>
                <w:sz w:val="20"/>
                <w:szCs w:val="20"/>
              </w:rPr>
            </w:pPr>
            <w:r w:rsidRPr="00A57B73">
              <w:rPr>
                <w:sz w:val="20"/>
                <w:szCs w:val="20"/>
              </w:rPr>
              <w:t>Getana</w:t>
            </w:r>
          </w:p>
        </w:tc>
        <w:tc>
          <w:tcPr>
            <w:tcW w:w="5043" w:type="dxa"/>
          </w:tcPr>
          <w:p w14:paraId="0D75CAB9" w14:textId="77777777" w:rsidR="000F48DF" w:rsidRPr="00A57B73" w:rsidRDefault="00E17E14">
            <w:pPr>
              <w:rPr>
                <w:sz w:val="20"/>
                <w:szCs w:val="20"/>
              </w:rPr>
            </w:pPr>
            <w:r w:rsidRPr="00A57B73">
              <w:rPr>
                <w:sz w:val="20"/>
                <w:szCs w:val="20"/>
              </w:rPr>
              <w:t>60</w:t>
            </w:r>
          </w:p>
        </w:tc>
      </w:tr>
      <w:tr w:rsidR="000F48DF" w14:paraId="283FD8E4" w14:textId="77777777">
        <w:tc>
          <w:tcPr>
            <w:tcW w:w="5043" w:type="dxa"/>
          </w:tcPr>
          <w:p w14:paraId="38EBA52F" w14:textId="77777777" w:rsidR="000F48DF" w:rsidRPr="00A57B73" w:rsidRDefault="00E17E14">
            <w:pPr>
              <w:rPr>
                <w:sz w:val="20"/>
                <w:szCs w:val="20"/>
              </w:rPr>
            </w:pPr>
            <w:r w:rsidRPr="00A57B73">
              <w:rPr>
                <w:sz w:val="20"/>
                <w:szCs w:val="20"/>
              </w:rPr>
              <w:t>Kalidzingkha</w:t>
            </w:r>
          </w:p>
        </w:tc>
        <w:tc>
          <w:tcPr>
            <w:tcW w:w="5043" w:type="dxa"/>
          </w:tcPr>
          <w:p w14:paraId="432CC9A0" w14:textId="77777777" w:rsidR="000F48DF" w:rsidRPr="00A57B73" w:rsidRDefault="00E17E14">
            <w:pPr>
              <w:rPr>
                <w:sz w:val="20"/>
                <w:szCs w:val="20"/>
              </w:rPr>
            </w:pPr>
            <w:r w:rsidRPr="00A57B73">
              <w:rPr>
                <w:sz w:val="20"/>
                <w:szCs w:val="20"/>
              </w:rPr>
              <w:t>57</w:t>
            </w:r>
          </w:p>
        </w:tc>
      </w:tr>
      <w:tr w:rsidR="000F48DF" w14:paraId="65362038" w14:textId="77777777">
        <w:tc>
          <w:tcPr>
            <w:tcW w:w="5043" w:type="dxa"/>
          </w:tcPr>
          <w:p w14:paraId="34706D88" w14:textId="77777777" w:rsidR="000F48DF" w:rsidRPr="00A57B73" w:rsidRDefault="00E17E14">
            <w:pPr>
              <w:rPr>
                <w:sz w:val="20"/>
                <w:szCs w:val="20"/>
              </w:rPr>
            </w:pPr>
            <w:r w:rsidRPr="00A57B73">
              <w:rPr>
                <w:sz w:val="20"/>
                <w:szCs w:val="20"/>
              </w:rPr>
              <w:t>Lhamoizingkha</w:t>
            </w:r>
          </w:p>
        </w:tc>
        <w:tc>
          <w:tcPr>
            <w:tcW w:w="5043" w:type="dxa"/>
          </w:tcPr>
          <w:p w14:paraId="5826D7EA" w14:textId="77777777" w:rsidR="000F48DF" w:rsidRPr="00A57B73" w:rsidRDefault="00E17E14">
            <w:pPr>
              <w:rPr>
                <w:sz w:val="20"/>
                <w:szCs w:val="20"/>
              </w:rPr>
            </w:pPr>
            <w:r w:rsidRPr="00A57B73">
              <w:rPr>
                <w:sz w:val="20"/>
                <w:szCs w:val="20"/>
              </w:rPr>
              <w:t>57</w:t>
            </w:r>
          </w:p>
        </w:tc>
      </w:tr>
      <w:tr w:rsidR="000F48DF" w14:paraId="0B962837" w14:textId="77777777">
        <w:tc>
          <w:tcPr>
            <w:tcW w:w="5043" w:type="dxa"/>
          </w:tcPr>
          <w:p w14:paraId="687EF9FB" w14:textId="77777777" w:rsidR="000F48DF" w:rsidRPr="00A57B73" w:rsidRDefault="00E17E14">
            <w:pPr>
              <w:rPr>
                <w:sz w:val="20"/>
                <w:szCs w:val="20"/>
              </w:rPr>
            </w:pPr>
            <w:r w:rsidRPr="00A57B73">
              <w:rPr>
                <w:sz w:val="20"/>
                <w:szCs w:val="20"/>
              </w:rPr>
              <w:t>Phuentsholing</w:t>
            </w:r>
          </w:p>
        </w:tc>
        <w:tc>
          <w:tcPr>
            <w:tcW w:w="5043" w:type="dxa"/>
          </w:tcPr>
          <w:p w14:paraId="6A48F2C4" w14:textId="77777777" w:rsidR="000F48DF" w:rsidRPr="00A57B73" w:rsidRDefault="00E17E14">
            <w:pPr>
              <w:rPr>
                <w:sz w:val="20"/>
                <w:szCs w:val="20"/>
              </w:rPr>
            </w:pPr>
            <w:r w:rsidRPr="00A57B73">
              <w:rPr>
                <w:sz w:val="20"/>
                <w:szCs w:val="20"/>
              </w:rPr>
              <w:t>57</w:t>
            </w:r>
          </w:p>
        </w:tc>
      </w:tr>
      <w:tr w:rsidR="000F48DF" w14:paraId="251F20CF" w14:textId="77777777">
        <w:tc>
          <w:tcPr>
            <w:tcW w:w="5043" w:type="dxa"/>
          </w:tcPr>
          <w:p w14:paraId="1A9185BF" w14:textId="77777777" w:rsidR="000F48DF" w:rsidRPr="00A57B73" w:rsidRDefault="00E17E14">
            <w:pPr>
              <w:rPr>
                <w:sz w:val="20"/>
                <w:szCs w:val="20"/>
              </w:rPr>
            </w:pPr>
            <w:r w:rsidRPr="00A57B73">
              <w:rPr>
                <w:sz w:val="20"/>
                <w:szCs w:val="20"/>
              </w:rPr>
              <w:t>Deorali</w:t>
            </w:r>
          </w:p>
        </w:tc>
        <w:tc>
          <w:tcPr>
            <w:tcW w:w="5043" w:type="dxa"/>
          </w:tcPr>
          <w:p w14:paraId="5BC4B9F7" w14:textId="77777777" w:rsidR="000F48DF" w:rsidRPr="00A57B73" w:rsidRDefault="00E17E14">
            <w:pPr>
              <w:rPr>
                <w:sz w:val="20"/>
                <w:szCs w:val="20"/>
              </w:rPr>
            </w:pPr>
            <w:r w:rsidRPr="00A57B73">
              <w:rPr>
                <w:sz w:val="20"/>
                <w:szCs w:val="20"/>
              </w:rPr>
              <w:t>54</w:t>
            </w:r>
          </w:p>
        </w:tc>
      </w:tr>
      <w:tr w:rsidR="000F48DF" w14:paraId="6F442EFA" w14:textId="77777777">
        <w:tc>
          <w:tcPr>
            <w:tcW w:w="5043" w:type="dxa"/>
          </w:tcPr>
          <w:p w14:paraId="363A6424" w14:textId="77777777" w:rsidR="000F48DF" w:rsidRPr="00A57B73" w:rsidRDefault="00E17E14">
            <w:pPr>
              <w:rPr>
                <w:sz w:val="20"/>
                <w:szCs w:val="20"/>
              </w:rPr>
            </w:pPr>
            <w:r w:rsidRPr="00A57B73">
              <w:rPr>
                <w:sz w:val="20"/>
                <w:szCs w:val="20"/>
              </w:rPr>
              <w:t>Pagli</w:t>
            </w:r>
          </w:p>
        </w:tc>
        <w:tc>
          <w:tcPr>
            <w:tcW w:w="5043" w:type="dxa"/>
          </w:tcPr>
          <w:p w14:paraId="792082BB" w14:textId="77777777" w:rsidR="000F48DF" w:rsidRPr="00A57B73" w:rsidRDefault="00E17E14">
            <w:pPr>
              <w:rPr>
                <w:sz w:val="20"/>
                <w:szCs w:val="20"/>
              </w:rPr>
            </w:pPr>
            <w:r w:rsidRPr="00A57B73">
              <w:rPr>
                <w:sz w:val="20"/>
                <w:szCs w:val="20"/>
              </w:rPr>
              <w:t>53</w:t>
            </w:r>
          </w:p>
        </w:tc>
      </w:tr>
      <w:tr w:rsidR="000F48DF" w14:paraId="3EC2C981" w14:textId="77777777">
        <w:tc>
          <w:tcPr>
            <w:tcW w:w="5043" w:type="dxa"/>
          </w:tcPr>
          <w:p w14:paraId="25CB0E27" w14:textId="77777777" w:rsidR="000F48DF" w:rsidRPr="00A57B73" w:rsidRDefault="00E17E14">
            <w:pPr>
              <w:rPr>
                <w:sz w:val="20"/>
                <w:szCs w:val="20"/>
              </w:rPr>
            </w:pPr>
            <w:r w:rsidRPr="00A57B73">
              <w:rPr>
                <w:sz w:val="20"/>
                <w:szCs w:val="20"/>
              </w:rPr>
              <w:t>Dala</w:t>
            </w:r>
          </w:p>
        </w:tc>
        <w:tc>
          <w:tcPr>
            <w:tcW w:w="5043" w:type="dxa"/>
          </w:tcPr>
          <w:p w14:paraId="79EAC635" w14:textId="77777777" w:rsidR="000F48DF" w:rsidRPr="00A57B73" w:rsidRDefault="00E17E14">
            <w:pPr>
              <w:rPr>
                <w:sz w:val="20"/>
                <w:szCs w:val="20"/>
              </w:rPr>
            </w:pPr>
            <w:r w:rsidRPr="00A57B73">
              <w:rPr>
                <w:sz w:val="20"/>
                <w:szCs w:val="20"/>
              </w:rPr>
              <w:t>52</w:t>
            </w:r>
          </w:p>
        </w:tc>
      </w:tr>
      <w:tr w:rsidR="000F48DF" w14:paraId="0E330942" w14:textId="77777777">
        <w:tc>
          <w:tcPr>
            <w:tcW w:w="5043" w:type="dxa"/>
          </w:tcPr>
          <w:p w14:paraId="51B92338" w14:textId="77777777" w:rsidR="000F48DF" w:rsidRPr="00A57B73" w:rsidRDefault="00E17E14">
            <w:pPr>
              <w:rPr>
                <w:sz w:val="20"/>
                <w:szCs w:val="20"/>
              </w:rPr>
            </w:pPr>
            <w:r w:rsidRPr="00A57B73">
              <w:rPr>
                <w:sz w:val="20"/>
                <w:szCs w:val="20"/>
              </w:rPr>
              <w:t>Logchina</w:t>
            </w:r>
          </w:p>
        </w:tc>
        <w:tc>
          <w:tcPr>
            <w:tcW w:w="5043" w:type="dxa"/>
          </w:tcPr>
          <w:p w14:paraId="4688EE84" w14:textId="77777777" w:rsidR="000F48DF" w:rsidRPr="00A57B73" w:rsidRDefault="00E17E14">
            <w:pPr>
              <w:rPr>
                <w:sz w:val="20"/>
                <w:szCs w:val="20"/>
              </w:rPr>
            </w:pPr>
            <w:r w:rsidRPr="00A57B73">
              <w:rPr>
                <w:sz w:val="20"/>
                <w:szCs w:val="20"/>
              </w:rPr>
              <w:t>51</w:t>
            </w:r>
          </w:p>
        </w:tc>
      </w:tr>
      <w:tr w:rsidR="000F48DF" w14:paraId="283F833B" w14:textId="77777777">
        <w:tc>
          <w:tcPr>
            <w:tcW w:w="5043" w:type="dxa"/>
          </w:tcPr>
          <w:p w14:paraId="56F6F182" w14:textId="77777777" w:rsidR="000F48DF" w:rsidRPr="00A57B73" w:rsidRDefault="00E17E14">
            <w:pPr>
              <w:rPr>
                <w:sz w:val="20"/>
                <w:szCs w:val="20"/>
              </w:rPr>
            </w:pPr>
            <w:r w:rsidRPr="00A57B73">
              <w:rPr>
                <w:sz w:val="20"/>
                <w:szCs w:val="20"/>
              </w:rPr>
              <w:t>Bongo</w:t>
            </w:r>
          </w:p>
        </w:tc>
        <w:tc>
          <w:tcPr>
            <w:tcW w:w="5043" w:type="dxa"/>
          </w:tcPr>
          <w:p w14:paraId="5A9BDB78" w14:textId="77777777" w:rsidR="000F48DF" w:rsidRPr="00A57B73" w:rsidRDefault="00E17E14">
            <w:pPr>
              <w:rPr>
                <w:sz w:val="20"/>
                <w:szCs w:val="20"/>
              </w:rPr>
            </w:pPr>
            <w:r w:rsidRPr="00A57B73">
              <w:rPr>
                <w:sz w:val="20"/>
                <w:szCs w:val="20"/>
              </w:rPr>
              <w:t>49</w:t>
            </w:r>
          </w:p>
        </w:tc>
      </w:tr>
      <w:tr w:rsidR="000F48DF" w14:paraId="6CE2AD1A" w14:textId="77777777">
        <w:tc>
          <w:tcPr>
            <w:tcW w:w="5043" w:type="dxa"/>
          </w:tcPr>
          <w:p w14:paraId="279A32D8" w14:textId="77777777" w:rsidR="000F48DF" w:rsidRPr="00A57B73" w:rsidRDefault="00E17E14">
            <w:pPr>
              <w:rPr>
                <w:sz w:val="20"/>
                <w:szCs w:val="20"/>
              </w:rPr>
            </w:pPr>
            <w:r w:rsidRPr="00A57B73">
              <w:rPr>
                <w:sz w:val="20"/>
                <w:szCs w:val="20"/>
              </w:rPr>
              <w:t>Samtse</w:t>
            </w:r>
          </w:p>
        </w:tc>
        <w:tc>
          <w:tcPr>
            <w:tcW w:w="5043" w:type="dxa"/>
          </w:tcPr>
          <w:p w14:paraId="619D5C16" w14:textId="77777777" w:rsidR="000F48DF" w:rsidRPr="00A57B73" w:rsidRDefault="00E17E14">
            <w:pPr>
              <w:rPr>
                <w:sz w:val="20"/>
                <w:szCs w:val="20"/>
              </w:rPr>
            </w:pPr>
            <w:r w:rsidRPr="00A57B73">
              <w:rPr>
                <w:sz w:val="20"/>
                <w:szCs w:val="20"/>
              </w:rPr>
              <w:t>49</w:t>
            </w:r>
          </w:p>
        </w:tc>
      </w:tr>
      <w:tr w:rsidR="000F48DF" w14:paraId="579F464F" w14:textId="77777777">
        <w:tc>
          <w:tcPr>
            <w:tcW w:w="5043" w:type="dxa"/>
          </w:tcPr>
          <w:p w14:paraId="4F17BAFA" w14:textId="77777777" w:rsidR="000F48DF" w:rsidRPr="00A57B73" w:rsidRDefault="00E17E14">
            <w:pPr>
              <w:rPr>
                <w:sz w:val="20"/>
                <w:szCs w:val="20"/>
              </w:rPr>
            </w:pPr>
            <w:r w:rsidRPr="00A57B73">
              <w:rPr>
                <w:sz w:val="20"/>
                <w:szCs w:val="20"/>
              </w:rPr>
              <w:t>Patakla</w:t>
            </w:r>
          </w:p>
        </w:tc>
        <w:tc>
          <w:tcPr>
            <w:tcW w:w="5043" w:type="dxa"/>
          </w:tcPr>
          <w:p w14:paraId="5C6CDE76" w14:textId="77777777" w:rsidR="000F48DF" w:rsidRPr="00A57B73" w:rsidRDefault="00E17E14">
            <w:pPr>
              <w:rPr>
                <w:sz w:val="20"/>
                <w:szCs w:val="20"/>
              </w:rPr>
            </w:pPr>
            <w:r w:rsidRPr="00A57B73">
              <w:rPr>
                <w:sz w:val="20"/>
                <w:szCs w:val="20"/>
              </w:rPr>
              <w:t>49</w:t>
            </w:r>
          </w:p>
        </w:tc>
      </w:tr>
      <w:tr w:rsidR="000F48DF" w14:paraId="72DC3D01" w14:textId="77777777">
        <w:tc>
          <w:tcPr>
            <w:tcW w:w="5043" w:type="dxa"/>
          </w:tcPr>
          <w:p w14:paraId="14591EB1" w14:textId="77777777" w:rsidR="000F48DF" w:rsidRPr="00A57B73" w:rsidRDefault="00E17E14">
            <w:pPr>
              <w:rPr>
                <w:sz w:val="20"/>
                <w:szCs w:val="20"/>
              </w:rPr>
            </w:pPr>
            <w:r w:rsidRPr="00A57B73">
              <w:rPr>
                <w:sz w:val="20"/>
                <w:szCs w:val="20"/>
              </w:rPr>
              <w:t>Denchhukha</w:t>
            </w:r>
          </w:p>
        </w:tc>
        <w:tc>
          <w:tcPr>
            <w:tcW w:w="5043" w:type="dxa"/>
          </w:tcPr>
          <w:p w14:paraId="39FB258C" w14:textId="77777777" w:rsidR="000F48DF" w:rsidRPr="00A57B73" w:rsidRDefault="00E17E14">
            <w:pPr>
              <w:rPr>
                <w:sz w:val="20"/>
                <w:szCs w:val="20"/>
              </w:rPr>
            </w:pPr>
            <w:r w:rsidRPr="00A57B73">
              <w:rPr>
                <w:sz w:val="20"/>
                <w:szCs w:val="20"/>
              </w:rPr>
              <w:t>47</w:t>
            </w:r>
          </w:p>
        </w:tc>
      </w:tr>
      <w:tr w:rsidR="000F48DF" w14:paraId="02E8D852" w14:textId="77777777">
        <w:tc>
          <w:tcPr>
            <w:tcW w:w="5043" w:type="dxa"/>
          </w:tcPr>
          <w:p w14:paraId="061D44B4" w14:textId="77777777" w:rsidR="000F48DF" w:rsidRPr="00A57B73" w:rsidRDefault="00E17E14">
            <w:pPr>
              <w:rPr>
                <w:sz w:val="20"/>
                <w:szCs w:val="20"/>
              </w:rPr>
            </w:pPr>
            <w:r w:rsidRPr="00A57B73">
              <w:rPr>
                <w:sz w:val="20"/>
                <w:szCs w:val="20"/>
              </w:rPr>
              <w:t>Sipsu</w:t>
            </w:r>
          </w:p>
        </w:tc>
        <w:tc>
          <w:tcPr>
            <w:tcW w:w="5043" w:type="dxa"/>
          </w:tcPr>
          <w:p w14:paraId="2BE17240" w14:textId="77777777" w:rsidR="000F48DF" w:rsidRPr="00A57B73" w:rsidRDefault="00E17E14">
            <w:pPr>
              <w:rPr>
                <w:sz w:val="20"/>
                <w:szCs w:val="20"/>
              </w:rPr>
            </w:pPr>
            <w:r w:rsidRPr="00A57B73">
              <w:rPr>
                <w:sz w:val="20"/>
                <w:szCs w:val="20"/>
              </w:rPr>
              <w:t>46</w:t>
            </w:r>
          </w:p>
        </w:tc>
      </w:tr>
      <w:tr w:rsidR="000F48DF" w14:paraId="7DD0FA8C" w14:textId="77777777">
        <w:tc>
          <w:tcPr>
            <w:tcW w:w="5043" w:type="dxa"/>
          </w:tcPr>
          <w:p w14:paraId="39BF77D0" w14:textId="77777777" w:rsidR="000F48DF" w:rsidRPr="00A57B73" w:rsidRDefault="00E17E14">
            <w:pPr>
              <w:rPr>
                <w:sz w:val="20"/>
                <w:szCs w:val="20"/>
              </w:rPr>
            </w:pPr>
            <w:r w:rsidRPr="00A57B73">
              <w:rPr>
                <w:sz w:val="20"/>
                <w:szCs w:val="20"/>
              </w:rPr>
              <w:t>Chargharay</w:t>
            </w:r>
          </w:p>
        </w:tc>
        <w:tc>
          <w:tcPr>
            <w:tcW w:w="5043" w:type="dxa"/>
          </w:tcPr>
          <w:p w14:paraId="01643EFC" w14:textId="77777777" w:rsidR="000F48DF" w:rsidRPr="00A57B73" w:rsidRDefault="00E17E14">
            <w:pPr>
              <w:rPr>
                <w:sz w:val="20"/>
                <w:szCs w:val="20"/>
              </w:rPr>
            </w:pPr>
            <w:r w:rsidRPr="00A57B73">
              <w:rPr>
                <w:sz w:val="20"/>
                <w:szCs w:val="20"/>
              </w:rPr>
              <w:t>45</w:t>
            </w:r>
          </w:p>
        </w:tc>
      </w:tr>
      <w:tr w:rsidR="000F48DF" w14:paraId="79C811FA" w14:textId="77777777">
        <w:tc>
          <w:tcPr>
            <w:tcW w:w="5043" w:type="dxa"/>
          </w:tcPr>
          <w:p w14:paraId="5528C51F" w14:textId="77777777" w:rsidR="000F48DF" w:rsidRPr="00A57B73" w:rsidRDefault="00E17E14">
            <w:pPr>
              <w:rPr>
                <w:sz w:val="20"/>
                <w:szCs w:val="20"/>
              </w:rPr>
            </w:pPr>
            <w:r w:rsidRPr="00A57B73">
              <w:rPr>
                <w:sz w:val="20"/>
                <w:szCs w:val="20"/>
              </w:rPr>
              <w:t>Lajab</w:t>
            </w:r>
          </w:p>
        </w:tc>
        <w:tc>
          <w:tcPr>
            <w:tcW w:w="5043" w:type="dxa"/>
          </w:tcPr>
          <w:p w14:paraId="181F09CF" w14:textId="77777777" w:rsidR="000F48DF" w:rsidRPr="00A57B73" w:rsidRDefault="00E17E14">
            <w:pPr>
              <w:rPr>
                <w:sz w:val="20"/>
                <w:szCs w:val="20"/>
              </w:rPr>
            </w:pPr>
            <w:r w:rsidRPr="00A57B73">
              <w:rPr>
                <w:sz w:val="20"/>
                <w:szCs w:val="20"/>
              </w:rPr>
              <w:t>45</w:t>
            </w:r>
          </w:p>
        </w:tc>
      </w:tr>
      <w:tr w:rsidR="000F48DF" w14:paraId="24A71ECD" w14:textId="77777777">
        <w:tc>
          <w:tcPr>
            <w:tcW w:w="5043" w:type="dxa"/>
          </w:tcPr>
          <w:p w14:paraId="0B66A47A" w14:textId="77777777" w:rsidR="000F48DF" w:rsidRPr="00A57B73" w:rsidRDefault="00E17E14">
            <w:pPr>
              <w:rPr>
                <w:sz w:val="20"/>
                <w:szCs w:val="20"/>
              </w:rPr>
            </w:pPr>
            <w:r w:rsidRPr="00A57B73">
              <w:rPr>
                <w:sz w:val="20"/>
                <w:szCs w:val="20"/>
              </w:rPr>
              <w:t>Namgyel Chhoeling</w:t>
            </w:r>
          </w:p>
        </w:tc>
        <w:tc>
          <w:tcPr>
            <w:tcW w:w="5043" w:type="dxa"/>
          </w:tcPr>
          <w:p w14:paraId="7BC08B26" w14:textId="77777777" w:rsidR="000F48DF" w:rsidRPr="00A57B73" w:rsidRDefault="00E17E14">
            <w:pPr>
              <w:rPr>
                <w:sz w:val="20"/>
                <w:szCs w:val="20"/>
              </w:rPr>
            </w:pPr>
            <w:r w:rsidRPr="00A57B73">
              <w:rPr>
                <w:sz w:val="20"/>
                <w:szCs w:val="20"/>
              </w:rPr>
              <w:t>45</w:t>
            </w:r>
          </w:p>
        </w:tc>
      </w:tr>
    </w:tbl>
    <w:p w14:paraId="3A556AD3" w14:textId="19A16D07" w:rsidR="000F48DF" w:rsidRDefault="00C8200F">
      <w:r w:rsidRPr="00E203D1">
        <w:rPr>
          <w:b/>
          <w:bCs/>
        </w:rPr>
        <w:lastRenderedPageBreak/>
        <w:t>Risk of infection:</w:t>
      </w:r>
      <w:r>
        <w:t xml:space="preserve"> Current forecast (28 Feb – 4 Mar) indicates increased risk of infection, with high or moderate infection efficiency in low</w:t>
      </w:r>
      <w:r w:rsidR="00571039">
        <w:t xml:space="preserve"> to mid hills of</w:t>
      </w:r>
      <w:r>
        <w:t xml:space="preserve"> southern areas. </w:t>
      </w:r>
      <w:r w:rsidR="00BC0E08">
        <w:t xml:space="preserve">High to moderate infection efficiency in </w:t>
      </w:r>
      <w:r w:rsidR="00264CC9">
        <w:t>some more northern valleys.</w:t>
      </w:r>
    </w:p>
    <w:p w14:paraId="79EFFE03" w14:textId="77777777" w:rsidR="000F48DF" w:rsidRDefault="00E17E14">
      <w:r>
        <w:rPr>
          <w:noProof/>
          <w:lang w:bidi="dz-BT"/>
        </w:rPr>
        <w:drawing>
          <wp:inline distT="0" distB="0" distL="0" distR="0" wp14:anchorId="3ECF369E" wp14:editId="26868226">
            <wp:extent cx="5848350" cy="3612216"/>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stripe_rust_total_202402280000_202403050000_map.png"/>
                    <pic:cNvPicPr/>
                  </pic:nvPicPr>
                  <pic:blipFill>
                    <a:blip r:embed="rId12"/>
                    <a:stretch>
                      <a:fillRect/>
                    </a:stretch>
                  </pic:blipFill>
                  <pic:spPr>
                    <a:xfrm>
                      <a:off x="0" y="0"/>
                      <a:ext cx="5851072" cy="3613897"/>
                    </a:xfrm>
                    <a:prstGeom prst="rect">
                      <a:avLst/>
                    </a:prstGeom>
                  </pic:spPr>
                </pic:pic>
              </a:graphicData>
            </a:graphic>
          </wp:inline>
        </w:drawing>
      </w:r>
    </w:p>
    <w:p w14:paraId="06F09F5F" w14:textId="77777777" w:rsidR="000F48DF" w:rsidRDefault="00E17E14">
      <w:pPr>
        <w:pStyle w:val="Caption"/>
      </w:pPr>
      <w:r>
        <w:t>Map 4: Stripe rust suitability for infection forecast Bhutan 28 Feb - 04 Mar 2024</w:t>
      </w:r>
    </w:p>
    <w:p w14:paraId="581EB0BD" w14:textId="07FB6A6B" w:rsidR="000F48DF" w:rsidRDefault="00E17E14">
      <w:r>
        <w:t>The 20 most impacted districts</w:t>
      </w:r>
      <w:r w:rsidR="00264CC9">
        <w:t xml:space="preserve"> (infection risk)</w:t>
      </w:r>
      <w:r>
        <w:t xml:space="preserve"> are presented in the table below.</w:t>
      </w:r>
      <w:r w:rsidR="0002550F" w:rsidRPr="0002550F">
        <w:t xml:space="preserve"> </w:t>
      </w:r>
      <w:r w:rsidR="0002550F">
        <w:t>The information however should be considered along with presence of wheat, the growth stage and resistance level of the host.</w:t>
      </w:r>
    </w:p>
    <w:tbl>
      <w:tblPr>
        <w:tblStyle w:val="TableGrid"/>
        <w:tblW w:w="0" w:type="auto"/>
        <w:tblLook w:val="04A0" w:firstRow="1" w:lastRow="0" w:firstColumn="1" w:lastColumn="0" w:noHBand="0" w:noVBand="1"/>
      </w:tblPr>
      <w:tblGrid>
        <w:gridCol w:w="5038"/>
        <w:gridCol w:w="5038"/>
      </w:tblGrid>
      <w:tr w:rsidR="000F48DF" w14:paraId="0A31FC76" w14:textId="77777777">
        <w:tc>
          <w:tcPr>
            <w:tcW w:w="5043" w:type="dxa"/>
          </w:tcPr>
          <w:p w14:paraId="2C6F2977" w14:textId="77777777" w:rsidR="000F48DF" w:rsidRPr="00264CC9" w:rsidRDefault="00E17E14">
            <w:pPr>
              <w:rPr>
                <w:sz w:val="18"/>
                <w:szCs w:val="18"/>
              </w:rPr>
            </w:pPr>
            <w:r w:rsidRPr="00264CC9">
              <w:rPr>
                <w:sz w:val="18"/>
                <w:szCs w:val="18"/>
              </w:rPr>
              <w:t>admin2Name</w:t>
            </w:r>
          </w:p>
        </w:tc>
        <w:tc>
          <w:tcPr>
            <w:tcW w:w="5043" w:type="dxa"/>
          </w:tcPr>
          <w:p w14:paraId="3F9675CC" w14:textId="77777777" w:rsidR="000F48DF" w:rsidRPr="00264CC9" w:rsidRDefault="00E17E14">
            <w:pPr>
              <w:rPr>
                <w:sz w:val="18"/>
                <w:szCs w:val="18"/>
              </w:rPr>
            </w:pPr>
            <w:r w:rsidRPr="00264CC9">
              <w:rPr>
                <w:sz w:val="18"/>
                <w:szCs w:val="18"/>
              </w:rPr>
              <w:t>RIE_stripe_rust_%</w:t>
            </w:r>
          </w:p>
        </w:tc>
      </w:tr>
      <w:tr w:rsidR="000F48DF" w14:paraId="65428E51" w14:textId="77777777">
        <w:tc>
          <w:tcPr>
            <w:tcW w:w="5043" w:type="dxa"/>
          </w:tcPr>
          <w:p w14:paraId="3AAEFD2E" w14:textId="77777777" w:rsidR="000F48DF" w:rsidRPr="00264CC9" w:rsidRDefault="00E17E14">
            <w:pPr>
              <w:rPr>
                <w:sz w:val="18"/>
                <w:szCs w:val="18"/>
              </w:rPr>
            </w:pPr>
            <w:r w:rsidRPr="00264CC9">
              <w:rPr>
                <w:sz w:val="18"/>
                <w:szCs w:val="18"/>
              </w:rPr>
              <w:t>Thangrong</w:t>
            </w:r>
          </w:p>
        </w:tc>
        <w:tc>
          <w:tcPr>
            <w:tcW w:w="5043" w:type="dxa"/>
          </w:tcPr>
          <w:p w14:paraId="66339E08" w14:textId="77777777" w:rsidR="000F48DF" w:rsidRPr="00264CC9" w:rsidRDefault="00E17E14">
            <w:pPr>
              <w:rPr>
                <w:sz w:val="18"/>
                <w:szCs w:val="18"/>
              </w:rPr>
            </w:pPr>
            <w:r w:rsidRPr="00264CC9">
              <w:rPr>
                <w:sz w:val="18"/>
                <w:szCs w:val="18"/>
              </w:rPr>
              <w:t>73</w:t>
            </w:r>
          </w:p>
        </w:tc>
      </w:tr>
      <w:tr w:rsidR="000F48DF" w14:paraId="7F3EFBF2" w14:textId="77777777">
        <w:tc>
          <w:tcPr>
            <w:tcW w:w="5043" w:type="dxa"/>
          </w:tcPr>
          <w:p w14:paraId="455AAB77" w14:textId="77777777" w:rsidR="000F48DF" w:rsidRPr="00264CC9" w:rsidRDefault="00E17E14">
            <w:pPr>
              <w:rPr>
                <w:sz w:val="18"/>
                <w:szCs w:val="18"/>
              </w:rPr>
            </w:pPr>
            <w:r w:rsidRPr="00264CC9">
              <w:rPr>
                <w:sz w:val="18"/>
                <w:szCs w:val="18"/>
              </w:rPr>
              <w:t>Jurmey</w:t>
            </w:r>
          </w:p>
        </w:tc>
        <w:tc>
          <w:tcPr>
            <w:tcW w:w="5043" w:type="dxa"/>
          </w:tcPr>
          <w:p w14:paraId="4270DF9A" w14:textId="77777777" w:rsidR="000F48DF" w:rsidRPr="00264CC9" w:rsidRDefault="00E17E14">
            <w:pPr>
              <w:rPr>
                <w:sz w:val="18"/>
                <w:szCs w:val="18"/>
              </w:rPr>
            </w:pPr>
            <w:r w:rsidRPr="00264CC9">
              <w:rPr>
                <w:sz w:val="18"/>
                <w:szCs w:val="18"/>
              </w:rPr>
              <w:t>72</w:t>
            </w:r>
          </w:p>
        </w:tc>
      </w:tr>
      <w:tr w:rsidR="000F48DF" w14:paraId="4B9D859C" w14:textId="77777777">
        <w:tc>
          <w:tcPr>
            <w:tcW w:w="5043" w:type="dxa"/>
          </w:tcPr>
          <w:p w14:paraId="2E546D6C" w14:textId="77777777" w:rsidR="000F48DF" w:rsidRPr="00264CC9" w:rsidRDefault="00E17E14">
            <w:pPr>
              <w:rPr>
                <w:sz w:val="18"/>
                <w:szCs w:val="18"/>
              </w:rPr>
            </w:pPr>
            <w:r w:rsidRPr="00264CC9">
              <w:rPr>
                <w:sz w:val="18"/>
                <w:szCs w:val="18"/>
              </w:rPr>
              <w:t>Drepung</w:t>
            </w:r>
          </w:p>
        </w:tc>
        <w:tc>
          <w:tcPr>
            <w:tcW w:w="5043" w:type="dxa"/>
          </w:tcPr>
          <w:p w14:paraId="77F6A179" w14:textId="77777777" w:rsidR="000F48DF" w:rsidRPr="00264CC9" w:rsidRDefault="00E17E14">
            <w:pPr>
              <w:rPr>
                <w:sz w:val="18"/>
                <w:szCs w:val="18"/>
              </w:rPr>
            </w:pPr>
            <w:r w:rsidRPr="00264CC9">
              <w:rPr>
                <w:sz w:val="18"/>
                <w:szCs w:val="18"/>
              </w:rPr>
              <w:t>72</w:t>
            </w:r>
          </w:p>
        </w:tc>
      </w:tr>
      <w:tr w:rsidR="000F48DF" w14:paraId="074A5E31" w14:textId="77777777">
        <w:tc>
          <w:tcPr>
            <w:tcW w:w="5043" w:type="dxa"/>
          </w:tcPr>
          <w:p w14:paraId="751B85D0" w14:textId="77777777" w:rsidR="000F48DF" w:rsidRPr="00264CC9" w:rsidRDefault="00E17E14">
            <w:pPr>
              <w:rPr>
                <w:sz w:val="18"/>
                <w:szCs w:val="18"/>
              </w:rPr>
            </w:pPr>
            <w:r w:rsidRPr="00264CC9">
              <w:rPr>
                <w:sz w:val="18"/>
                <w:szCs w:val="18"/>
              </w:rPr>
              <w:t>Kengkhar</w:t>
            </w:r>
          </w:p>
        </w:tc>
        <w:tc>
          <w:tcPr>
            <w:tcW w:w="5043" w:type="dxa"/>
          </w:tcPr>
          <w:p w14:paraId="3BE97C17" w14:textId="77777777" w:rsidR="000F48DF" w:rsidRPr="00264CC9" w:rsidRDefault="00E17E14">
            <w:pPr>
              <w:rPr>
                <w:sz w:val="18"/>
                <w:szCs w:val="18"/>
              </w:rPr>
            </w:pPr>
            <w:r w:rsidRPr="00264CC9">
              <w:rPr>
                <w:sz w:val="18"/>
                <w:szCs w:val="18"/>
              </w:rPr>
              <w:t>71</w:t>
            </w:r>
          </w:p>
        </w:tc>
      </w:tr>
      <w:tr w:rsidR="000F48DF" w14:paraId="209714CD" w14:textId="77777777">
        <w:tc>
          <w:tcPr>
            <w:tcW w:w="5043" w:type="dxa"/>
          </w:tcPr>
          <w:p w14:paraId="4B0C3D7D" w14:textId="77777777" w:rsidR="000F48DF" w:rsidRPr="00264CC9" w:rsidRDefault="00E17E14">
            <w:pPr>
              <w:rPr>
                <w:sz w:val="18"/>
                <w:szCs w:val="18"/>
              </w:rPr>
            </w:pPr>
            <w:r w:rsidRPr="00264CC9">
              <w:rPr>
                <w:sz w:val="18"/>
                <w:szCs w:val="18"/>
              </w:rPr>
              <w:t>Chaskhar</w:t>
            </w:r>
          </w:p>
        </w:tc>
        <w:tc>
          <w:tcPr>
            <w:tcW w:w="5043" w:type="dxa"/>
          </w:tcPr>
          <w:p w14:paraId="2F9FCD63" w14:textId="77777777" w:rsidR="000F48DF" w:rsidRPr="00264CC9" w:rsidRDefault="00E17E14">
            <w:pPr>
              <w:rPr>
                <w:sz w:val="18"/>
                <w:szCs w:val="18"/>
              </w:rPr>
            </w:pPr>
            <w:r w:rsidRPr="00264CC9">
              <w:rPr>
                <w:sz w:val="18"/>
                <w:szCs w:val="18"/>
              </w:rPr>
              <w:t>69</w:t>
            </w:r>
          </w:p>
        </w:tc>
      </w:tr>
      <w:tr w:rsidR="000F48DF" w14:paraId="6A34517C" w14:textId="77777777">
        <w:tc>
          <w:tcPr>
            <w:tcW w:w="5043" w:type="dxa"/>
          </w:tcPr>
          <w:p w14:paraId="5F05BB09" w14:textId="77777777" w:rsidR="000F48DF" w:rsidRPr="00264CC9" w:rsidRDefault="00E17E14">
            <w:pPr>
              <w:rPr>
                <w:sz w:val="18"/>
                <w:szCs w:val="18"/>
              </w:rPr>
            </w:pPr>
            <w:r w:rsidRPr="00264CC9">
              <w:rPr>
                <w:sz w:val="18"/>
                <w:szCs w:val="18"/>
              </w:rPr>
              <w:t>Udzorong</w:t>
            </w:r>
          </w:p>
        </w:tc>
        <w:tc>
          <w:tcPr>
            <w:tcW w:w="5043" w:type="dxa"/>
          </w:tcPr>
          <w:p w14:paraId="79E53BCE" w14:textId="77777777" w:rsidR="000F48DF" w:rsidRPr="00264CC9" w:rsidRDefault="00E17E14">
            <w:pPr>
              <w:rPr>
                <w:sz w:val="18"/>
                <w:szCs w:val="18"/>
              </w:rPr>
            </w:pPr>
            <w:r w:rsidRPr="00264CC9">
              <w:rPr>
                <w:sz w:val="18"/>
                <w:szCs w:val="18"/>
              </w:rPr>
              <w:t>68</w:t>
            </w:r>
          </w:p>
        </w:tc>
      </w:tr>
      <w:tr w:rsidR="000F48DF" w14:paraId="16656504" w14:textId="77777777">
        <w:tc>
          <w:tcPr>
            <w:tcW w:w="5043" w:type="dxa"/>
          </w:tcPr>
          <w:p w14:paraId="7426E16D" w14:textId="77777777" w:rsidR="000F48DF" w:rsidRPr="00264CC9" w:rsidRDefault="00E17E14">
            <w:pPr>
              <w:rPr>
                <w:sz w:val="18"/>
                <w:szCs w:val="18"/>
              </w:rPr>
            </w:pPr>
            <w:r w:rsidRPr="00264CC9">
              <w:rPr>
                <w:sz w:val="18"/>
                <w:szCs w:val="18"/>
              </w:rPr>
              <w:t>Yurung</w:t>
            </w:r>
          </w:p>
        </w:tc>
        <w:tc>
          <w:tcPr>
            <w:tcW w:w="5043" w:type="dxa"/>
          </w:tcPr>
          <w:p w14:paraId="12A31B92" w14:textId="77777777" w:rsidR="000F48DF" w:rsidRPr="00264CC9" w:rsidRDefault="00E17E14">
            <w:pPr>
              <w:rPr>
                <w:sz w:val="18"/>
                <w:szCs w:val="18"/>
              </w:rPr>
            </w:pPr>
            <w:r w:rsidRPr="00264CC9">
              <w:rPr>
                <w:sz w:val="18"/>
                <w:szCs w:val="18"/>
              </w:rPr>
              <w:t>68</w:t>
            </w:r>
          </w:p>
        </w:tc>
      </w:tr>
      <w:tr w:rsidR="000F48DF" w14:paraId="73A9913B" w14:textId="77777777">
        <w:tc>
          <w:tcPr>
            <w:tcW w:w="5043" w:type="dxa"/>
          </w:tcPr>
          <w:p w14:paraId="4AE10E0A" w14:textId="77777777" w:rsidR="000F48DF" w:rsidRPr="00264CC9" w:rsidRDefault="00E17E14">
            <w:pPr>
              <w:rPr>
                <w:sz w:val="18"/>
                <w:szCs w:val="18"/>
              </w:rPr>
            </w:pPr>
            <w:r w:rsidRPr="00264CC9">
              <w:rPr>
                <w:sz w:val="18"/>
                <w:szCs w:val="18"/>
              </w:rPr>
              <w:t>Narang</w:t>
            </w:r>
          </w:p>
        </w:tc>
        <w:tc>
          <w:tcPr>
            <w:tcW w:w="5043" w:type="dxa"/>
          </w:tcPr>
          <w:p w14:paraId="36E46954" w14:textId="77777777" w:rsidR="000F48DF" w:rsidRPr="00264CC9" w:rsidRDefault="00E17E14">
            <w:pPr>
              <w:rPr>
                <w:sz w:val="18"/>
                <w:szCs w:val="18"/>
              </w:rPr>
            </w:pPr>
            <w:r w:rsidRPr="00264CC9">
              <w:rPr>
                <w:sz w:val="18"/>
                <w:szCs w:val="18"/>
              </w:rPr>
              <w:t>68</w:t>
            </w:r>
          </w:p>
        </w:tc>
      </w:tr>
      <w:tr w:rsidR="000F48DF" w14:paraId="3DCAE319" w14:textId="77777777">
        <w:tc>
          <w:tcPr>
            <w:tcW w:w="5043" w:type="dxa"/>
          </w:tcPr>
          <w:p w14:paraId="4B357CD8" w14:textId="77777777" w:rsidR="000F48DF" w:rsidRPr="00264CC9" w:rsidRDefault="00E17E14">
            <w:pPr>
              <w:rPr>
                <w:sz w:val="18"/>
                <w:szCs w:val="18"/>
              </w:rPr>
            </w:pPr>
            <w:r w:rsidRPr="00264CC9">
              <w:rPr>
                <w:sz w:val="18"/>
                <w:szCs w:val="18"/>
              </w:rPr>
              <w:t>Mongar</w:t>
            </w:r>
          </w:p>
        </w:tc>
        <w:tc>
          <w:tcPr>
            <w:tcW w:w="5043" w:type="dxa"/>
          </w:tcPr>
          <w:p w14:paraId="5E034069" w14:textId="77777777" w:rsidR="000F48DF" w:rsidRPr="00264CC9" w:rsidRDefault="00E17E14">
            <w:pPr>
              <w:rPr>
                <w:sz w:val="18"/>
                <w:szCs w:val="18"/>
              </w:rPr>
            </w:pPr>
            <w:r w:rsidRPr="00264CC9">
              <w:rPr>
                <w:sz w:val="18"/>
                <w:szCs w:val="18"/>
              </w:rPr>
              <w:t>67</w:t>
            </w:r>
          </w:p>
        </w:tc>
      </w:tr>
      <w:tr w:rsidR="000F48DF" w14:paraId="722F1D01" w14:textId="77777777">
        <w:tc>
          <w:tcPr>
            <w:tcW w:w="5043" w:type="dxa"/>
          </w:tcPr>
          <w:p w14:paraId="2B76FF97" w14:textId="77777777" w:rsidR="000F48DF" w:rsidRPr="00264CC9" w:rsidRDefault="00E17E14">
            <w:pPr>
              <w:rPr>
                <w:sz w:val="18"/>
                <w:szCs w:val="18"/>
              </w:rPr>
            </w:pPr>
            <w:r w:rsidRPr="00264CC9">
              <w:rPr>
                <w:sz w:val="18"/>
                <w:szCs w:val="18"/>
              </w:rPr>
              <w:t>Shumer</w:t>
            </w:r>
          </w:p>
        </w:tc>
        <w:tc>
          <w:tcPr>
            <w:tcW w:w="5043" w:type="dxa"/>
          </w:tcPr>
          <w:p w14:paraId="0F37FE9A" w14:textId="77777777" w:rsidR="000F48DF" w:rsidRPr="00264CC9" w:rsidRDefault="00E17E14">
            <w:pPr>
              <w:rPr>
                <w:sz w:val="18"/>
                <w:szCs w:val="18"/>
              </w:rPr>
            </w:pPr>
            <w:r w:rsidRPr="00264CC9">
              <w:rPr>
                <w:sz w:val="18"/>
                <w:szCs w:val="18"/>
              </w:rPr>
              <w:t>65</w:t>
            </w:r>
          </w:p>
        </w:tc>
      </w:tr>
      <w:tr w:rsidR="000F48DF" w14:paraId="219FC8A1" w14:textId="77777777">
        <w:tc>
          <w:tcPr>
            <w:tcW w:w="5043" w:type="dxa"/>
          </w:tcPr>
          <w:p w14:paraId="14789F02" w14:textId="77777777" w:rsidR="000F48DF" w:rsidRPr="00264CC9" w:rsidRDefault="00E17E14">
            <w:pPr>
              <w:rPr>
                <w:sz w:val="18"/>
                <w:szCs w:val="18"/>
              </w:rPr>
            </w:pPr>
            <w:r w:rsidRPr="00264CC9">
              <w:rPr>
                <w:sz w:val="18"/>
                <w:szCs w:val="18"/>
              </w:rPr>
              <w:t>Chhali</w:t>
            </w:r>
          </w:p>
        </w:tc>
        <w:tc>
          <w:tcPr>
            <w:tcW w:w="5043" w:type="dxa"/>
          </w:tcPr>
          <w:p w14:paraId="7278DC13" w14:textId="77777777" w:rsidR="000F48DF" w:rsidRPr="00264CC9" w:rsidRDefault="00E17E14">
            <w:pPr>
              <w:rPr>
                <w:sz w:val="18"/>
                <w:szCs w:val="18"/>
              </w:rPr>
            </w:pPr>
            <w:r w:rsidRPr="00264CC9">
              <w:rPr>
                <w:sz w:val="18"/>
                <w:szCs w:val="18"/>
              </w:rPr>
              <w:t>65</w:t>
            </w:r>
          </w:p>
        </w:tc>
      </w:tr>
      <w:tr w:rsidR="000F48DF" w14:paraId="0119BA71" w14:textId="77777777">
        <w:tc>
          <w:tcPr>
            <w:tcW w:w="5043" w:type="dxa"/>
          </w:tcPr>
          <w:p w14:paraId="09E0888E" w14:textId="77777777" w:rsidR="000F48DF" w:rsidRPr="00264CC9" w:rsidRDefault="00E17E14">
            <w:pPr>
              <w:rPr>
                <w:sz w:val="18"/>
                <w:szCs w:val="18"/>
              </w:rPr>
            </w:pPr>
            <w:r w:rsidRPr="00264CC9">
              <w:rPr>
                <w:sz w:val="18"/>
                <w:szCs w:val="18"/>
              </w:rPr>
              <w:t>Zobel</w:t>
            </w:r>
          </w:p>
        </w:tc>
        <w:tc>
          <w:tcPr>
            <w:tcW w:w="5043" w:type="dxa"/>
          </w:tcPr>
          <w:p w14:paraId="05E36EAE" w14:textId="77777777" w:rsidR="000F48DF" w:rsidRPr="00264CC9" w:rsidRDefault="00E17E14">
            <w:pPr>
              <w:rPr>
                <w:sz w:val="18"/>
                <w:szCs w:val="18"/>
              </w:rPr>
            </w:pPr>
            <w:r w:rsidRPr="00264CC9">
              <w:rPr>
                <w:sz w:val="18"/>
                <w:szCs w:val="18"/>
              </w:rPr>
              <w:t>65</w:t>
            </w:r>
          </w:p>
        </w:tc>
      </w:tr>
      <w:tr w:rsidR="000F48DF" w14:paraId="5936106B" w14:textId="77777777">
        <w:tc>
          <w:tcPr>
            <w:tcW w:w="5043" w:type="dxa"/>
          </w:tcPr>
          <w:p w14:paraId="5312417D" w14:textId="77777777" w:rsidR="000F48DF" w:rsidRPr="00264CC9" w:rsidRDefault="00E17E14">
            <w:pPr>
              <w:rPr>
                <w:sz w:val="18"/>
                <w:szCs w:val="18"/>
              </w:rPr>
            </w:pPr>
            <w:r w:rsidRPr="00264CC9">
              <w:rPr>
                <w:sz w:val="18"/>
                <w:szCs w:val="18"/>
              </w:rPr>
              <w:t>Chhubu</w:t>
            </w:r>
          </w:p>
        </w:tc>
        <w:tc>
          <w:tcPr>
            <w:tcW w:w="5043" w:type="dxa"/>
          </w:tcPr>
          <w:p w14:paraId="7E673A57" w14:textId="77777777" w:rsidR="000F48DF" w:rsidRPr="00264CC9" w:rsidRDefault="00E17E14">
            <w:pPr>
              <w:rPr>
                <w:sz w:val="18"/>
                <w:szCs w:val="18"/>
              </w:rPr>
            </w:pPr>
            <w:r w:rsidRPr="00264CC9">
              <w:rPr>
                <w:sz w:val="18"/>
                <w:szCs w:val="18"/>
              </w:rPr>
              <w:t>64</w:t>
            </w:r>
          </w:p>
        </w:tc>
      </w:tr>
      <w:tr w:rsidR="000F48DF" w14:paraId="728949B6" w14:textId="77777777">
        <w:tc>
          <w:tcPr>
            <w:tcW w:w="5043" w:type="dxa"/>
          </w:tcPr>
          <w:p w14:paraId="0A20B99B" w14:textId="77777777" w:rsidR="000F48DF" w:rsidRPr="00264CC9" w:rsidRDefault="00E17E14">
            <w:pPr>
              <w:rPr>
                <w:sz w:val="18"/>
                <w:szCs w:val="18"/>
              </w:rPr>
            </w:pPr>
            <w:r w:rsidRPr="00264CC9">
              <w:rPr>
                <w:sz w:val="18"/>
                <w:szCs w:val="18"/>
              </w:rPr>
              <w:t>Patakla</w:t>
            </w:r>
          </w:p>
        </w:tc>
        <w:tc>
          <w:tcPr>
            <w:tcW w:w="5043" w:type="dxa"/>
          </w:tcPr>
          <w:p w14:paraId="247D35E5" w14:textId="77777777" w:rsidR="000F48DF" w:rsidRPr="00264CC9" w:rsidRDefault="00E17E14">
            <w:pPr>
              <w:rPr>
                <w:sz w:val="18"/>
                <w:szCs w:val="18"/>
              </w:rPr>
            </w:pPr>
            <w:r w:rsidRPr="00264CC9">
              <w:rPr>
                <w:sz w:val="18"/>
                <w:szCs w:val="18"/>
              </w:rPr>
              <w:t>64</w:t>
            </w:r>
          </w:p>
        </w:tc>
      </w:tr>
      <w:tr w:rsidR="000F48DF" w14:paraId="73531AE3" w14:textId="77777777">
        <w:tc>
          <w:tcPr>
            <w:tcW w:w="5043" w:type="dxa"/>
          </w:tcPr>
          <w:p w14:paraId="17DDBBD0" w14:textId="77777777" w:rsidR="000F48DF" w:rsidRPr="00264CC9" w:rsidRDefault="00E17E14">
            <w:pPr>
              <w:rPr>
                <w:sz w:val="18"/>
                <w:szCs w:val="18"/>
              </w:rPr>
            </w:pPr>
            <w:r w:rsidRPr="00264CC9">
              <w:rPr>
                <w:sz w:val="18"/>
                <w:szCs w:val="18"/>
              </w:rPr>
              <w:t>Tsirangtoe</w:t>
            </w:r>
          </w:p>
        </w:tc>
        <w:tc>
          <w:tcPr>
            <w:tcW w:w="5043" w:type="dxa"/>
          </w:tcPr>
          <w:p w14:paraId="307AD53C" w14:textId="77777777" w:rsidR="000F48DF" w:rsidRPr="00264CC9" w:rsidRDefault="00E17E14">
            <w:pPr>
              <w:rPr>
                <w:sz w:val="18"/>
                <w:szCs w:val="18"/>
              </w:rPr>
            </w:pPr>
            <w:r w:rsidRPr="00264CC9">
              <w:rPr>
                <w:sz w:val="18"/>
                <w:szCs w:val="18"/>
              </w:rPr>
              <w:t>63</w:t>
            </w:r>
          </w:p>
        </w:tc>
      </w:tr>
      <w:tr w:rsidR="000F48DF" w14:paraId="50102E28" w14:textId="77777777">
        <w:tc>
          <w:tcPr>
            <w:tcW w:w="5043" w:type="dxa"/>
          </w:tcPr>
          <w:p w14:paraId="563B6A3A" w14:textId="77777777" w:rsidR="000F48DF" w:rsidRPr="00264CC9" w:rsidRDefault="00E17E14">
            <w:pPr>
              <w:rPr>
                <w:sz w:val="18"/>
                <w:szCs w:val="18"/>
              </w:rPr>
            </w:pPr>
            <w:r w:rsidRPr="00264CC9">
              <w:rPr>
                <w:sz w:val="18"/>
                <w:szCs w:val="18"/>
              </w:rPr>
              <w:t>Gosarling</w:t>
            </w:r>
          </w:p>
        </w:tc>
        <w:tc>
          <w:tcPr>
            <w:tcW w:w="5043" w:type="dxa"/>
          </w:tcPr>
          <w:p w14:paraId="40672556" w14:textId="77777777" w:rsidR="000F48DF" w:rsidRPr="00264CC9" w:rsidRDefault="00E17E14">
            <w:pPr>
              <w:rPr>
                <w:sz w:val="18"/>
                <w:szCs w:val="18"/>
              </w:rPr>
            </w:pPr>
            <w:r w:rsidRPr="00264CC9">
              <w:rPr>
                <w:sz w:val="18"/>
                <w:szCs w:val="18"/>
              </w:rPr>
              <w:t>63</w:t>
            </w:r>
          </w:p>
        </w:tc>
      </w:tr>
      <w:tr w:rsidR="000F48DF" w14:paraId="0519DA38" w14:textId="77777777">
        <w:tc>
          <w:tcPr>
            <w:tcW w:w="5043" w:type="dxa"/>
          </w:tcPr>
          <w:p w14:paraId="17C78D2D" w14:textId="77777777" w:rsidR="000F48DF" w:rsidRPr="00264CC9" w:rsidRDefault="00E17E14">
            <w:pPr>
              <w:rPr>
                <w:sz w:val="18"/>
                <w:szCs w:val="18"/>
              </w:rPr>
            </w:pPr>
            <w:r w:rsidRPr="00264CC9">
              <w:rPr>
                <w:sz w:val="18"/>
                <w:szCs w:val="18"/>
              </w:rPr>
              <w:t>Shemjong</w:t>
            </w:r>
          </w:p>
        </w:tc>
        <w:tc>
          <w:tcPr>
            <w:tcW w:w="5043" w:type="dxa"/>
          </w:tcPr>
          <w:p w14:paraId="5D7FA640" w14:textId="77777777" w:rsidR="000F48DF" w:rsidRPr="00264CC9" w:rsidRDefault="00E17E14">
            <w:pPr>
              <w:rPr>
                <w:sz w:val="18"/>
                <w:szCs w:val="18"/>
              </w:rPr>
            </w:pPr>
            <w:r w:rsidRPr="00264CC9">
              <w:rPr>
                <w:sz w:val="18"/>
                <w:szCs w:val="18"/>
              </w:rPr>
              <w:t>63</w:t>
            </w:r>
          </w:p>
        </w:tc>
      </w:tr>
      <w:tr w:rsidR="000F48DF" w14:paraId="4AD65873" w14:textId="77777777">
        <w:tc>
          <w:tcPr>
            <w:tcW w:w="5043" w:type="dxa"/>
          </w:tcPr>
          <w:p w14:paraId="4BD53836" w14:textId="77777777" w:rsidR="000F48DF" w:rsidRPr="00264CC9" w:rsidRDefault="00E17E14">
            <w:pPr>
              <w:rPr>
                <w:sz w:val="18"/>
                <w:szCs w:val="18"/>
              </w:rPr>
            </w:pPr>
            <w:r w:rsidRPr="00264CC9">
              <w:rPr>
                <w:sz w:val="18"/>
                <w:szCs w:val="18"/>
              </w:rPr>
              <w:t>Silambi</w:t>
            </w:r>
          </w:p>
        </w:tc>
        <w:tc>
          <w:tcPr>
            <w:tcW w:w="5043" w:type="dxa"/>
          </w:tcPr>
          <w:p w14:paraId="4DDA4D5A" w14:textId="77777777" w:rsidR="000F48DF" w:rsidRPr="00264CC9" w:rsidRDefault="00E17E14">
            <w:pPr>
              <w:rPr>
                <w:sz w:val="18"/>
                <w:szCs w:val="18"/>
              </w:rPr>
            </w:pPr>
            <w:r w:rsidRPr="00264CC9">
              <w:rPr>
                <w:sz w:val="18"/>
                <w:szCs w:val="18"/>
              </w:rPr>
              <w:t>61</w:t>
            </w:r>
          </w:p>
        </w:tc>
      </w:tr>
      <w:tr w:rsidR="000F48DF" w14:paraId="3CE41968" w14:textId="77777777">
        <w:tc>
          <w:tcPr>
            <w:tcW w:w="5043" w:type="dxa"/>
          </w:tcPr>
          <w:p w14:paraId="1C0C1D0E" w14:textId="77777777" w:rsidR="000F48DF" w:rsidRPr="00264CC9" w:rsidRDefault="00E17E14">
            <w:pPr>
              <w:rPr>
                <w:sz w:val="18"/>
                <w:szCs w:val="18"/>
              </w:rPr>
            </w:pPr>
            <w:r w:rsidRPr="00264CC9">
              <w:rPr>
                <w:sz w:val="18"/>
                <w:szCs w:val="18"/>
              </w:rPr>
              <w:t>Dungmin</w:t>
            </w:r>
          </w:p>
        </w:tc>
        <w:tc>
          <w:tcPr>
            <w:tcW w:w="5043" w:type="dxa"/>
          </w:tcPr>
          <w:p w14:paraId="17C35D6F" w14:textId="77777777" w:rsidR="000F48DF" w:rsidRPr="00264CC9" w:rsidRDefault="00E17E14">
            <w:pPr>
              <w:rPr>
                <w:sz w:val="18"/>
                <w:szCs w:val="18"/>
              </w:rPr>
            </w:pPr>
            <w:r w:rsidRPr="00264CC9">
              <w:rPr>
                <w:sz w:val="18"/>
                <w:szCs w:val="18"/>
              </w:rPr>
              <w:t>61</w:t>
            </w:r>
          </w:p>
        </w:tc>
      </w:tr>
      <w:tr w:rsidR="000F48DF" w14:paraId="50326F01" w14:textId="77777777">
        <w:tc>
          <w:tcPr>
            <w:tcW w:w="5043" w:type="dxa"/>
          </w:tcPr>
          <w:p w14:paraId="15AF7975" w14:textId="77777777" w:rsidR="000F48DF" w:rsidRPr="00264CC9" w:rsidRDefault="00E17E14">
            <w:pPr>
              <w:rPr>
                <w:sz w:val="18"/>
                <w:szCs w:val="18"/>
              </w:rPr>
            </w:pPr>
            <w:r w:rsidRPr="00264CC9">
              <w:rPr>
                <w:sz w:val="18"/>
                <w:szCs w:val="18"/>
              </w:rPr>
              <w:t>Chhimung</w:t>
            </w:r>
          </w:p>
        </w:tc>
        <w:tc>
          <w:tcPr>
            <w:tcW w:w="5043" w:type="dxa"/>
          </w:tcPr>
          <w:p w14:paraId="07D34CB5" w14:textId="77777777" w:rsidR="000F48DF" w:rsidRPr="00264CC9" w:rsidRDefault="00E17E14">
            <w:pPr>
              <w:rPr>
                <w:sz w:val="18"/>
                <w:szCs w:val="18"/>
              </w:rPr>
            </w:pPr>
            <w:r w:rsidRPr="00264CC9">
              <w:rPr>
                <w:sz w:val="18"/>
                <w:szCs w:val="18"/>
              </w:rPr>
              <w:t>61</w:t>
            </w:r>
          </w:p>
        </w:tc>
      </w:tr>
    </w:tbl>
    <w:p w14:paraId="39D95C7E" w14:textId="77777777" w:rsidR="000F48DF" w:rsidRDefault="00E17E14">
      <w:r>
        <w:br w:type="page"/>
      </w:r>
    </w:p>
    <w:p w14:paraId="62BE3386" w14:textId="77777777" w:rsidR="000F48DF" w:rsidRDefault="00E17E14">
      <w:pPr>
        <w:pStyle w:val="Heading2"/>
      </w:pPr>
      <w:r>
        <w:lastRenderedPageBreak/>
        <w:t>Stem rust</w:t>
      </w:r>
    </w:p>
    <w:p w14:paraId="35CB8F25" w14:textId="3FBA3E1C" w:rsidR="000F48DF" w:rsidRDefault="00E17E14">
      <w:r>
        <w:t>Current forecast (28 Feb - 05 Mar) indicates</w:t>
      </w:r>
      <w:r w:rsidR="00AB1AA6">
        <w:t xml:space="preserve"> no dispersal as no reports of stem rust.</w:t>
      </w:r>
    </w:p>
    <w:p w14:paraId="5D3F54C2" w14:textId="77777777" w:rsidR="000F48DF" w:rsidRDefault="00E17E14">
      <w:r>
        <w:rPr>
          <w:noProof/>
          <w:lang w:bidi="dz-BT"/>
        </w:rPr>
        <w:drawing>
          <wp:inline distT="0" distB="0" distL="0" distR="0" wp14:anchorId="7878CC64" wp14:editId="1EC40143">
            <wp:extent cx="2828925" cy="1747277"/>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ion_bhutan_stem_rust_total_202402280300_202403060000_map.png"/>
                    <pic:cNvPicPr/>
                  </pic:nvPicPr>
                  <pic:blipFill>
                    <a:blip r:embed="rId13"/>
                    <a:stretch>
                      <a:fillRect/>
                    </a:stretch>
                  </pic:blipFill>
                  <pic:spPr>
                    <a:xfrm>
                      <a:off x="0" y="0"/>
                      <a:ext cx="2835122" cy="1751105"/>
                    </a:xfrm>
                    <a:prstGeom prst="rect">
                      <a:avLst/>
                    </a:prstGeom>
                  </pic:spPr>
                </pic:pic>
              </a:graphicData>
            </a:graphic>
          </wp:inline>
        </w:drawing>
      </w:r>
    </w:p>
    <w:p w14:paraId="61A379E8" w14:textId="77777777" w:rsidR="000F48DF" w:rsidRDefault="00E17E14">
      <w:pPr>
        <w:pStyle w:val="Caption"/>
      </w:pPr>
      <w:r>
        <w:t>Map 5: Stem rust spore deposition forecast Bhutan 28 Feb - 05 Mar 2024</w:t>
      </w:r>
    </w:p>
    <w:p w14:paraId="271B521B" w14:textId="4238BD39" w:rsidR="000F48DF" w:rsidRDefault="00AB1AA6">
      <w:r w:rsidRPr="00E203D1">
        <w:rPr>
          <w:b/>
          <w:bCs/>
        </w:rPr>
        <w:t>Risk of infection:</w:t>
      </w:r>
      <w:r>
        <w:t xml:space="preserve"> Current forecast (28 Feb – 4 Mar) indicates increased risk of infection, with high or moderate infection efficiency in lowland</w:t>
      </w:r>
      <w:r w:rsidR="0067487A">
        <w:t xml:space="preserve"> - mid hills in</w:t>
      </w:r>
      <w:r>
        <w:t xml:space="preserve"> southern areas. </w:t>
      </w:r>
      <w:r w:rsidR="0067487A">
        <w:t xml:space="preserve">Some </w:t>
      </w:r>
      <w:r w:rsidR="00930B13">
        <w:t>high-moderate infection risk in more northern valleys.</w:t>
      </w:r>
    </w:p>
    <w:p w14:paraId="5E29AAB3" w14:textId="77777777" w:rsidR="000F48DF" w:rsidRDefault="00E17E14">
      <w:r>
        <w:rPr>
          <w:noProof/>
          <w:lang w:bidi="dz-BT"/>
        </w:rPr>
        <w:drawing>
          <wp:inline distT="0" distB="0" distL="0" distR="0" wp14:anchorId="12E6253A" wp14:editId="223CBBBE">
            <wp:extent cx="6322786" cy="390525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itability_bhutan_stem_rust_total_202402280000_202403050000_map.png"/>
                    <pic:cNvPicPr/>
                  </pic:nvPicPr>
                  <pic:blipFill>
                    <a:blip r:embed="rId14"/>
                    <a:stretch>
                      <a:fillRect/>
                    </a:stretch>
                  </pic:blipFill>
                  <pic:spPr>
                    <a:xfrm>
                      <a:off x="0" y="0"/>
                      <a:ext cx="6328145" cy="3908560"/>
                    </a:xfrm>
                    <a:prstGeom prst="rect">
                      <a:avLst/>
                    </a:prstGeom>
                  </pic:spPr>
                </pic:pic>
              </a:graphicData>
            </a:graphic>
          </wp:inline>
        </w:drawing>
      </w:r>
    </w:p>
    <w:p w14:paraId="7F868D82" w14:textId="77777777" w:rsidR="000F48DF" w:rsidRDefault="00E17E14">
      <w:pPr>
        <w:pStyle w:val="Caption"/>
      </w:pPr>
      <w:r>
        <w:t>Map 6: Stem rust suitability for infection forecast Bhutan 28 Feb - 04 Mar 2024</w:t>
      </w:r>
    </w:p>
    <w:p w14:paraId="4131F0DB" w14:textId="77777777" w:rsidR="00930B13" w:rsidRDefault="00930B13"/>
    <w:p w14:paraId="5E69C185" w14:textId="77777777" w:rsidR="00930B13" w:rsidRDefault="00930B13"/>
    <w:p w14:paraId="67EFB76D" w14:textId="07D8FAD8" w:rsidR="000F48DF" w:rsidRDefault="00E17E14">
      <w:r>
        <w:lastRenderedPageBreak/>
        <w:t>The 20 most impacted districts</w:t>
      </w:r>
      <w:r w:rsidR="00930B13">
        <w:t xml:space="preserve"> (infection risk)</w:t>
      </w:r>
      <w:r>
        <w:t xml:space="preserve"> are presented in the table below.</w:t>
      </w:r>
      <w:r w:rsidR="0002550F" w:rsidRPr="0002550F">
        <w:t xml:space="preserve"> </w:t>
      </w:r>
      <w:r w:rsidR="0002550F">
        <w:t>The information however should be considered along with presence of wheat, the growth stage and resistance level of the host.</w:t>
      </w:r>
    </w:p>
    <w:tbl>
      <w:tblPr>
        <w:tblStyle w:val="TableGrid"/>
        <w:tblW w:w="0" w:type="auto"/>
        <w:tblLook w:val="04A0" w:firstRow="1" w:lastRow="0" w:firstColumn="1" w:lastColumn="0" w:noHBand="0" w:noVBand="1"/>
      </w:tblPr>
      <w:tblGrid>
        <w:gridCol w:w="5038"/>
        <w:gridCol w:w="5038"/>
      </w:tblGrid>
      <w:tr w:rsidR="000F48DF" w14:paraId="73AEA3E6" w14:textId="77777777">
        <w:tc>
          <w:tcPr>
            <w:tcW w:w="5043" w:type="dxa"/>
          </w:tcPr>
          <w:p w14:paraId="725CAC88" w14:textId="77777777" w:rsidR="000F48DF" w:rsidRDefault="00E17E14">
            <w:r>
              <w:t>admin2Name</w:t>
            </w:r>
          </w:p>
        </w:tc>
        <w:tc>
          <w:tcPr>
            <w:tcW w:w="5043" w:type="dxa"/>
          </w:tcPr>
          <w:p w14:paraId="6853D8BC" w14:textId="77777777" w:rsidR="000F48DF" w:rsidRDefault="00E17E14">
            <w:r>
              <w:t>RIE_stem_rust_%</w:t>
            </w:r>
          </w:p>
        </w:tc>
      </w:tr>
      <w:tr w:rsidR="000F48DF" w14:paraId="043DB039" w14:textId="77777777">
        <w:tc>
          <w:tcPr>
            <w:tcW w:w="5043" w:type="dxa"/>
          </w:tcPr>
          <w:p w14:paraId="0DD29536" w14:textId="77777777" w:rsidR="000F48DF" w:rsidRDefault="00E17E14">
            <w:r>
              <w:t>Gozhi</w:t>
            </w:r>
          </w:p>
        </w:tc>
        <w:tc>
          <w:tcPr>
            <w:tcW w:w="5043" w:type="dxa"/>
          </w:tcPr>
          <w:p w14:paraId="62B2E666" w14:textId="77777777" w:rsidR="000F48DF" w:rsidRDefault="00E17E14">
            <w:r>
              <w:t>91</w:t>
            </w:r>
          </w:p>
        </w:tc>
      </w:tr>
      <w:tr w:rsidR="000F48DF" w14:paraId="08A4C640" w14:textId="77777777">
        <w:tc>
          <w:tcPr>
            <w:tcW w:w="5043" w:type="dxa"/>
          </w:tcPr>
          <w:p w14:paraId="4D9E3407" w14:textId="77777777" w:rsidR="000F48DF" w:rsidRDefault="00E17E14">
            <w:r>
              <w:t>Norbugang</w:t>
            </w:r>
          </w:p>
        </w:tc>
        <w:tc>
          <w:tcPr>
            <w:tcW w:w="5043" w:type="dxa"/>
          </w:tcPr>
          <w:p w14:paraId="493EC8A9" w14:textId="77777777" w:rsidR="000F48DF" w:rsidRDefault="00E17E14">
            <w:r>
              <w:t>83</w:t>
            </w:r>
          </w:p>
        </w:tc>
      </w:tr>
      <w:tr w:rsidR="000F48DF" w14:paraId="44D19D38" w14:textId="77777777">
        <w:tc>
          <w:tcPr>
            <w:tcW w:w="5043" w:type="dxa"/>
          </w:tcPr>
          <w:p w14:paraId="34564A56" w14:textId="77777777" w:rsidR="000F48DF" w:rsidRDefault="00E17E14">
            <w:r>
              <w:t>Pagli</w:t>
            </w:r>
          </w:p>
        </w:tc>
        <w:tc>
          <w:tcPr>
            <w:tcW w:w="5043" w:type="dxa"/>
          </w:tcPr>
          <w:p w14:paraId="6D6E8AD9" w14:textId="77777777" w:rsidR="000F48DF" w:rsidRDefault="00E17E14">
            <w:r>
              <w:t>83</w:t>
            </w:r>
          </w:p>
        </w:tc>
      </w:tr>
      <w:tr w:rsidR="000F48DF" w14:paraId="61227C36" w14:textId="77777777">
        <w:tc>
          <w:tcPr>
            <w:tcW w:w="5043" w:type="dxa"/>
          </w:tcPr>
          <w:p w14:paraId="388946E2" w14:textId="77777777" w:rsidR="000F48DF" w:rsidRDefault="00E17E14">
            <w:r>
              <w:t>Deorali</w:t>
            </w:r>
          </w:p>
        </w:tc>
        <w:tc>
          <w:tcPr>
            <w:tcW w:w="5043" w:type="dxa"/>
          </w:tcPr>
          <w:p w14:paraId="05712844" w14:textId="77777777" w:rsidR="000F48DF" w:rsidRDefault="00E17E14">
            <w:r>
              <w:t>82</w:t>
            </w:r>
          </w:p>
        </w:tc>
      </w:tr>
      <w:tr w:rsidR="000F48DF" w14:paraId="341253E5" w14:textId="77777777">
        <w:tc>
          <w:tcPr>
            <w:tcW w:w="5043" w:type="dxa"/>
          </w:tcPr>
          <w:p w14:paraId="030416B6" w14:textId="77777777" w:rsidR="000F48DF" w:rsidRDefault="00E17E14">
            <w:r>
              <w:t>Lhamoizingkha</w:t>
            </w:r>
          </w:p>
        </w:tc>
        <w:tc>
          <w:tcPr>
            <w:tcW w:w="5043" w:type="dxa"/>
          </w:tcPr>
          <w:p w14:paraId="4EE7F798" w14:textId="77777777" w:rsidR="000F48DF" w:rsidRDefault="00E17E14">
            <w:r>
              <w:t>82</w:t>
            </w:r>
          </w:p>
        </w:tc>
      </w:tr>
      <w:tr w:rsidR="000F48DF" w14:paraId="1DC4963A" w14:textId="77777777">
        <w:tc>
          <w:tcPr>
            <w:tcW w:w="5043" w:type="dxa"/>
          </w:tcPr>
          <w:p w14:paraId="3E294239" w14:textId="77777777" w:rsidR="000F48DF" w:rsidRDefault="00E17E14">
            <w:r>
              <w:t>Gozhing</w:t>
            </w:r>
          </w:p>
        </w:tc>
        <w:tc>
          <w:tcPr>
            <w:tcW w:w="5043" w:type="dxa"/>
          </w:tcPr>
          <w:p w14:paraId="4FDE49DD" w14:textId="77777777" w:rsidR="000F48DF" w:rsidRDefault="00E17E14">
            <w:r>
              <w:t>80</w:t>
            </w:r>
          </w:p>
        </w:tc>
      </w:tr>
      <w:tr w:rsidR="000F48DF" w14:paraId="5F01A126" w14:textId="77777777">
        <w:tc>
          <w:tcPr>
            <w:tcW w:w="5043" w:type="dxa"/>
          </w:tcPr>
          <w:p w14:paraId="19C3FAFA" w14:textId="77777777" w:rsidR="000F48DF" w:rsidRDefault="00E17E14">
            <w:r>
              <w:t>Tsendagang</w:t>
            </w:r>
          </w:p>
        </w:tc>
        <w:tc>
          <w:tcPr>
            <w:tcW w:w="5043" w:type="dxa"/>
          </w:tcPr>
          <w:p w14:paraId="0E7FFC60" w14:textId="77777777" w:rsidR="000F48DF" w:rsidRDefault="00E17E14">
            <w:r>
              <w:t>78</w:t>
            </w:r>
          </w:p>
        </w:tc>
      </w:tr>
      <w:tr w:rsidR="000F48DF" w14:paraId="4B74B41D" w14:textId="77777777">
        <w:tc>
          <w:tcPr>
            <w:tcW w:w="5043" w:type="dxa"/>
          </w:tcPr>
          <w:p w14:paraId="5C902A6F" w14:textId="77777777" w:rsidR="000F48DF" w:rsidRDefault="00E17E14">
            <w:r>
              <w:t>Dorona</w:t>
            </w:r>
          </w:p>
        </w:tc>
        <w:tc>
          <w:tcPr>
            <w:tcW w:w="5043" w:type="dxa"/>
          </w:tcPr>
          <w:p w14:paraId="21B8D94A" w14:textId="77777777" w:rsidR="000F48DF" w:rsidRDefault="00E17E14">
            <w:r>
              <w:t>78</w:t>
            </w:r>
          </w:p>
        </w:tc>
      </w:tr>
      <w:tr w:rsidR="000F48DF" w14:paraId="265B0091" w14:textId="77777777">
        <w:tc>
          <w:tcPr>
            <w:tcW w:w="5043" w:type="dxa"/>
          </w:tcPr>
          <w:p w14:paraId="572E9A45" w14:textId="77777777" w:rsidR="000F48DF" w:rsidRDefault="00E17E14">
            <w:r>
              <w:t>Trashiding</w:t>
            </w:r>
          </w:p>
        </w:tc>
        <w:tc>
          <w:tcPr>
            <w:tcW w:w="5043" w:type="dxa"/>
          </w:tcPr>
          <w:p w14:paraId="31E12BD3" w14:textId="77777777" w:rsidR="000F48DF" w:rsidRDefault="00E17E14">
            <w:r>
              <w:t>76</w:t>
            </w:r>
          </w:p>
        </w:tc>
      </w:tr>
      <w:tr w:rsidR="000F48DF" w14:paraId="13F14304" w14:textId="77777777">
        <w:tc>
          <w:tcPr>
            <w:tcW w:w="5043" w:type="dxa"/>
          </w:tcPr>
          <w:p w14:paraId="0C317606" w14:textId="77777777" w:rsidR="000F48DF" w:rsidRDefault="00E17E14">
            <w:r>
              <w:t>Bjoka</w:t>
            </w:r>
          </w:p>
        </w:tc>
        <w:tc>
          <w:tcPr>
            <w:tcW w:w="5043" w:type="dxa"/>
          </w:tcPr>
          <w:p w14:paraId="60897242" w14:textId="77777777" w:rsidR="000F48DF" w:rsidRDefault="00E17E14">
            <w:r>
              <w:t>76</w:t>
            </w:r>
          </w:p>
        </w:tc>
      </w:tr>
      <w:tr w:rsidR="000F48DF" w14:paraId="6B770449" w14:textId="77777777">
        <w:tc>
          <w:tcPr>
            <w:tcW w:w="5043" w:type="dxa"/>
          </w:tcPr>
          <w:p w14:paraId="29A4BFA7" w14:textId="77777777" w:rsidR="000F48DF" w:rsidRDefault="00E17E14">
            <w:r>
              <w:t>Tsholingkhor</w:t>
            </w:r>
          </w:p>
        </w:tc>
        <w:tc>
          <w:tcPr>
            <w:tcW w:w="5043" w:type="dxa"/>
          </w:tcPr>
          <w:p w14:paraId="30594349" w14:textId="77777777" w:rsidR="000F48DF" w:rsidRDefault="00E17E14">
            <w:r>
              <w:t>76</w:t>
            </w:r>
          </w:p>
        </w:tc>
      </w:tr>
      <w:tr w:rsidR="000F48DF" w14:paraId="50C0F377" w14:textId="77777777">
        <w:tc>
          <w:tcPr>
            <w:tcW w:w="5043" w:type="dxa"/>
          </w:tcPr>
          <w:p w14:paraId="4FEC4A46" w14:textId="77777777" w:rsidR="000F48DF" w:rsidRDefault="00E17E14">
            <w:r>
              <w:t>Tsangkha</w:t>
            </w:r>
          </w:p>
        </w:tc>
        <w:tc>
          <w:tcPr>
            <w:tcW w:w="5043" w:type="dxa"/>
          </w:tcPr>
          <w:p w14:paraId="36EA2CAE" w14:textId="77777777" w:rsidR="000F48DF" w:rsidRDefault="00E17E14">
            <w:r>
              <w:t>76</w:t>
            </w:r>
          </w:p>
        </w:tc>
      </w:tr>
      <w:tr w:rsidR="000F48DF" w14:paraId="1C2A7D0B" w14:textId="77777777">
        <w:tc>
          <w:tcPr>
            <w:tcW w:w="5043" w:type="dxa"/>
          </w:tcPr>
          <w:p w14:paraId="1548F76C" w14:textId="77777777" w:rsidR="000F48DF" w:rsidRDefault="00E17E14">
            <w:r>
              <w:t>Ngangla</w:t>
            </w:r>
          </w:p>
        </w:tc>
        <w:tc>
          <w:tcPr>
            <w:tcW w:w="5043" w:type="dxa"/>
          </w:tcPr>
          <w:p w14:paraId="2B489FE2" w14:textId="77777777" w:rsidR="000F48DF" w:rsidRDefault="00E17E14">
            <w:r>
              <w:t>75</w:t>
            </w:r>
          </w:p>
        </w:tc>
      </w:tr>
      <w:tr w:rsidR="000F48DF" w14:paraId="1009AFFD" w14:textId="77777777">
        <w:tc>
          <w:tcPr>
            <w:tcW w:w="5043" w:type="dxa"/>
          </w:tcPr>
          <w:p w14:paraId="250BBD9A" w14:textId="77777777" w:rsidR="000F48DF" w:rsidRDefault="00E17E14">
            <w:r>
              <w:t>Drugyelgang</w:t>
            </w:r>
          </w:p>
        </w:tc>
        <w:tc>
          <w:tcPr>
            <w:tcW w:w="5043" w:type="dxa"/>
          </w:tcPr>
          <w:p w14:paraId="4E759609" w14:textId="77777777" w:rsidR="000F48DF" w:rsidRDefault="00E17E14">
            <w:r>
              <w:t>74</w:t>
            </w:r>
          </w:p>
        </w:tc>
      </w:tr>
      <w:tr w:rsidR="000F48DF" w14:paraId="5156DE1B" w14:textId="77777777">
        <w:tc>
          <w:tcPr>
            <w:tcW w:w="5043" w:type="dxa"/>
          </w:tcPr>
          <w:p w14:paraId="5EB132C8" w14:textId="77777777" w:rsidR="000F48DF" w:rsidRDefault="00E17E14">
            <w:r>
              <w:t>Gesarling</w:t>
            </w:r>
          </w:p>
        </w:tc>
        <w:tc>
          <w:tcPr>
            <w:tcW w:w="5043" w:type="dxa"/>
          </w:tcPr>
          <w:p w14:paraId="4EF6137F" w14:textId="77777777" w:rsidR="000F48DF" w:rsidRDefault="00E17E14">
            <w:r>
              <w:t>74</w:t>
            </w:r>
          </w:p>
        </w:tc>
      </w:tr>
      <w:tr w:rsidR="000F48DF" w14:paraId="3A00D1AA" w14:textId="77777777">
        <w:tc>
          <w:tcPr>
            <w:tcW w:w="5043" w:type="dxa"/>
          </w:tcPr>
          <w:p w14:paraId="0C938C07" w14:textId="77777777" w:rsidR="000F48DF" w:rsidRDefault="00E17E14">
            <w:r>
              <w:t>Rangthangling</w:t>
            </w:r>
          </w:p>
        </w:tc>
        <w:tc>
          <w:tcPr>
            <w:tcW w:w="5043" w:type="dxa"/>
          </w:tcPr>
          <w:p w14:paraId="136F9055" w14:textId="77777777" w:rsidR="000F48DF" w:rsidRDefault="00E17E14">
            <w:r>
              <w:t>74</w:t>
            </w:r>
          </w:p>
        </w:tc>
      </w:tr>
      <w:tr w:rsidR="000F48DF" w14:paraId="57557437" w14:textId="77777777">
        <w:tc>
          <w:tcPr>
            <w:tcW w:w="5043" w:type="dxa"/>
          </w:tcPr>
          <w:p w14:paraId="4C7836DB" w14:textId="77777777" w:rsidR="000F48DF" w:rsidRDefault="00E17E14">
            <w:r>
              <w:t>Barzhong</w:t>
            </w:r>
          </w:p>
        </w:tc>
        <w:tc>
          <w:tcPr>
            <w:tcW w:w="5043" w:type="dxa"/>
          </w:tcPr>
          <w:p w14:paraId="3ADD5011" w14:textId="77777777" w:rsidR="000F48DF" w:rsidRDefault="00E17E14">
            <w:r>
              <w:t>73</w:t>
            </w:r>
          </w:p>
        </w:tc>
      </w:tr>
      <w:tr w:rsidR="000F48DF" w14:paraId="753024CF" w14:textId="77777777">
        <w:tc>
          <w:tcPr>
            <w:tcW w:w="5043" w:type="dxa"/>
          </w:tcPr>
          <w:p w14:paraId="04584C3C" w14:textId="77777777" w:rsidR="000F48DF" w:rsidRDefault="00E17E14">
            <w:r>
              <w:t>Chokhorling</w:t>
            </w:r>
          </w:p>
        </w:tc>
        <w:tc>
          <w:tcPr>
            <w:tcW w:w="5043" w:type="dxa"/>
          </w:tcPr>
          <w:p w14:paraId="4A713CA3" w14:textId="77777777" w:rsidR="000F48DF" w:rsidRDefault="00E17E14">
            <w:r>
              <w:t>73</w:t>
            </w:r>
          </w:p>
        </w:tc>
      </w:tr>
      <w:tr w:rsidR="000F48DF" w14:paraId="1933AACD" w14:textId="77777777">
        <w:tc>
          <w:tcPr>
            <w:tcW w:w="5043" w:type="dxa"/>
          </w:tcPr>
          <w:p w14:paraId="5301131B" w14:textId="77777777" w:rsidR="000F48DF" w:rsidRDefault="00E17E14">
            <w:r>
              <w:t>Dechhenling</w:t>
            </w:r>
          </w:p>
        </w:tc>
        <w:tc>
          <w:tcPr>
            <w:tcW w:w="5043" w:type="dxa"/>
          </w:tcPr>
          <w:p w14:paraId="6B46E107" w14:textId="77777777" w:rsidR="000F48DF" w:rsidRDefault="00E17E14">
            <w:r>
              <w:t>72</w:t>
            </w:r>
          </w:p>
        </w:tc>
      </w:tr>
      <w:tr w:rsidR="000F48DF" w14:paraId="10A9D486" w14:textId="77777777">
        <w:tc>
          <w:tcPr>
            <w:tcW w:w="5043" w:type="dxa"/>
          </w:tcPr>
          <w:p w14:paraId="6E2C4B9E" w14:textId="77777777" w:rsidR="000F48DF" w:rsidRDefault="00E17E14">
            <w:r>
              <w:t>Jurmey</w:t>
            </w:r>
          </w:p>
        </w:tc>
        <w:tc>
          <w:tcPr>
            <w:tcW w:w="5043" w:type="dxa"/>
          </w:tcPr>
          <w:p w14:paraId="345DE1BD" w14:textId="77777777" w:rsidR="000F48DF" w:rsidRDefault="00E17E14">
            <w:r>
              <w:t>72</w:t>
            </w:r>
          </w:p>
        </w:tc>
      </w:tr>
    </w:tbl>
    <w:p w14:paraId="73B0C2D8" w14:textId="77777777" w:rsidR="00412B86" w:rsidRDefault="00E17E14" w:rsidP="00412B86">
      <w:pPr>
        <w:pStyle w:val="Heading1"/>
      </w:pPr>
      <w:r>
        <w:br w:type="page"/>
      </w:r>
      <w:r w:rsidR="00412B86">
        <w:lastRenderedPageBreak/>
        <w:t>Regional Forecasts – Precipitation &amp; Temperature</w:t>
      </w:r>
    </w:p>
    <w:p w14:paraId="5F2FBE38" w14:textId="77777777" w:rsidR="00412B86" w:rsidRDefault="00412B86" w:rsidP="00412B86">
      <w:pPr>
        <w:spacing w:after="0" w:line="240" w:lineRule="auto"/>
      </w:pPr>
      <w:r>
        <w:t>Forecasts from the National Centers for Environmental Prediction (NCEP</w:t>
      </w:r>
      <w:proofErr w:type="gramStart"/>
      <w:r>
        <w:t>)[</w:t>
      </w:r>
      <w:proofErr w:type="gramEnd"/>
      <w:r w:rsidRPr="00F02A83">
        <w:t xml:space="preserve"> </w:t>
      </w:r>
      <w:hyperlink r:id="rId15" w:history="1">
        <w:r w:rsidRPr="00FC1D73">
          <w:rPr>
            <w:rStyle w:val="Hyperlink"/>
          </w:rPr>
          <w:t>http://wxmaps.org/pix/clim</w:t>
        </w:r>
      </w:hyperlink>
      <w:r>
        <w:t>]</w:t>
      </w:r>
    </w:p>
    <w:p w14:paraId="45A15DF5" w14:textId="77777777" w:rsidR="00412B86" w:rsidRDefault="00412B86" w:rsidP="00412B86">
      <w:pPr>
        <w:spacing w:after="0" w:line="240" w:lineRule="auto"/>
      </w:pPr>
      <w:r>
        <w:t xml:space="preserve">These indicate possible general conditions across South Asia, with likely decreasing prediction accuracy in the second forecast period. </w:t>
      </w:r>
    </w:p>
    <w:p w14:paraId="5A9E6442" w14:textId="77777777" w:rsidR="00412B86" w:rsidRDefault="00412B86" w:rsidP="00412B86">
      <w:pPr>
        <w:spacing w:after="0" w:line="240" w:lineRule="auto"/>
      </w:pPr>
      <w:r>
        <w:t xml:space="preserve">During the period 29 Feb – 8Mar, heavy rain is forecast for northern Pakistan, northwest India, </w:t>
      </w:r>
      <w:proofErr w:type="gramStart"/>
      <w:r>
        <w:t>western</w:t>
      </w:r>
      <w:proofErr w:type="gramEnd"/>
      <w:r>
        <w:t xml:space="preserve"> Nepal. Moderate rain if forecast over Pakistan, especially in western areas. Light rain is forecast for Bhutan </w:t>
      </w:r>
      <w:proofErr w:type="gramStart"/>
      <w:r>
        <w:t>There</w:t>
      </w:r>
      <w:proofErr w:type="gramEnd"/>
      <w:r>
        <w:t xml:space="preserve"> is possible chance of very light rain in eastern and southern areas of Bangladesh. During the period 8 – 16 Mar, there is increased chance of light rain in eastern / southern Bangladesh. Rain may persist in northern Pakistan and northwest India and some light rain in the hills of Bhutan, but conditions will be dry elsewhere. </w:t>
      </w:r>
    </w:p>
    <w:p w14:paraId="0979132B" w14:textId="77777777" w:rsidR="00412B86" w:rsidRDefault="00412B86" w:rsidP="00412B86">
      <w:pPr>
        <w:spacing w:after="0" w:line="240" w:lineRule="auto"/>
      </w:pPr>
    </w:p>
    <w:p w14:paraId="04E10E46" w14:textId="77777777" w:rsidR="00412B86" w:rsidRDefault="00412B86" w:rsidP="00412B86">
      <w:r>
        <w:rPr>
          <w:noProof/>
          <w:lang w:bidi="dz-BT"/>
        </w:rPr>
        <w:drawing>
          <wp:inline distT="0" distB="0" distL="0" distR="0" wp14:anchorId="25F84B2B" wp14:editId="41687960">
            <wp:extent cx="4826977" cy="6247408"/>
            <wp:effectExtent l="0" t="0" r="0" b="1270"/>
            <wp:docPr id="1263957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31171" cy="6252837"/>
                    </a:xfrm>
                    <a:prstGeom prst="rect">
                      <a:avLst/>
                    </a:prstGeom>
                    <a:noFill/>
                    <a:ln>
                      <a:noFill/>
                    </a:ln>
                  </pic:spPr>
                </pic:pic>
              </a:graphicData>
            </a:graphic>
          </wp:inline>
        </w:drawing>
      </w:r>
    </w:p>
    <w:p w14:paraId="48ED4901" w14:textId="77777777" w:rsidR="00412B86" w:rsidRDefault="00412B86" w:rsidP="00412B86">
      <w:pPr>
        <w:spacing w:after="0" w:line="240" w:lineRule="auto"/>
      </w:pPr>
      <w:r>
        <w:lastRenderedPageBreak/>
        <w:t xml:space="preserve">Temperature: During the period 29 Feb - 8 Mar, cooler than normal conditions are forecast over Pakistan, northwest India and the high hills of Nepal and Bhutan.  </w:t>
      </w:r>
      <w:proofErr w:type="gramStart"/>
      <w:r>
        <w:t>in</w:t>
      </w:r>
      <w:proofErr w:type="gramEnd"/>
      <w:r>
        <w:t xml:space="preserve"> the far north of Pakistan, southwest of Pakistan, north west India, the high hills of Nepal and Bhutan. Warmer than normal, notably in central to eastern Nepal and western Bangladesh. Increasing, warmer temperatures are forecast during the period 8 -16 Mar. </w:t>
      </w:r>
    </w:p>
    <w:p w14:paraId="52168055" w14:textId="77777777" w:rsidR="00412B86" w:rsidRDefault="00412B86" w:rsidP="00412B86">
      <w:pPr>
        <w:spacing w:after="0" w:line="240" w:lineRule="auto"/>
      </w:pPr>
    </w:p>
    <w:p w14:paraId="444615F8" w14:textId="77777777" w:rsidR="00412B86" w:rsidRDefault="00412B86" w:rsidP="00412B86">
      <w:r>
        <w:rPr>
          <w:noProof/>
          <w:lang w:bidi="dz-BT"/>
        </w:rPr>
        <w:drawing>
          <wp:inline distT="0" distB="0" distL="0" distR="0" wp14:anchorId="60054006" wp14:editId="44761273">
            <wp:extent cx="5591908" cy="7237435"/>
            <wp:effectExtent l="0" t="0" r="8890" b="1905"/>
            <wp:docPr id="302071342" name="Picture 2" descr="A screenshot of a weather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71342" name="Picture 2" descr="A screenshot of a weather map&#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95195" cy="7241689"/>
                    </a:xfrm>
                    <a:prstGeom prst="rect">
                      <a:avLst/>
                    </a:prstGeom>
                    <a:noFill/>
                    <a:ln>
                      <a:noFill/>
                    </a:ln>
                  </pic:spPr>
                </pic:pic>
              </a:graphicData>
            </a:graphic>
          </wp:inline>
        </w:drawing>
      </w:r>
    </w:p>
    <w:p w14:paraId="5E4AC962" w14:textId="6C2A186F" w:rsidR="000F48DF" w:rsidRDefault="000F48DF"/>
    <w:sectPr w:rsidR="000F48DF" w:rsidSect="00044B23">
      <w:headerReference w:type="default" r:id="rId18"/>
      <w:pgSz w:w="12240" w:h="15840"/>
      <w:pgMar w:top="720" w:right="1077" w:bottom="1077" w:left="107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8B52EA" w14:textId="77777777" w:rsidR="00704204" w:rsidRDefault="00704204">
      <w:pPr>
        <w:spacing w:after="0" w:line="240" w:lineRule="auto"/>
      </w:pPr>
      <w:r>
        <w:separator/>
      </w:r>
    </w:p>
  </w:endnote>
  <w:endnote w:type="continuationSeparator" w:id="0">
    <w:p w14:paraId="6240C0D3" w14:textId="77777777" w:rsidR="00704204" w:rsidRDefault="00704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Himalaya">
    <w:panose1 w:val="01010100010101010101"/>
    <w:charset w:val="00"/>
    <w:family w:val="auto"/>
    <w:pitch w:val="variable"/>
    <w:sig w:usb0="80000003" w:usb1="00010000" w:usb2="0000004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264EE7" w14:textId="77777777" w:rsidR="00704204" w:rsidRDefault="00704204">
      <w:pPr>
        <w:spacing w:after="0" w:line="240" w:lineRule="auto"/>
      </w:pPr>
      <w:r>
        <w:separator/>
      </w:r>
    </w:p>
  </w:footnote>
  <w:footnote w:type="continuationSeparator" w:id="0">
    <w:p w14:paraId="024D4884" w14:textId="77777777" w:rsidR="00704204" w:rsidRDefault="007042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DBB015" w14:textId="77777777" w:rsidR="000F48DF" w:rsidRDefault="000F48DF">
    <w:pPr>
      <w:pStyle w:val="Header"/>
    </w:pPr>
  </w:p>
  <w:p w14:paraId="3AFEDE63" w14:textId="668D0836" w:rsidR="000F48DF" w:rsidRDefault="00E17E14">
    <w:r>
      <w:t>Wheat rust advisory #</w:t>
    </w:r>
    <w:r w:rsidR="0079399B">
      <w:t>4 2024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354372B"/>
    <w:multiLevelType w:val="hybridMultilevel"/>
    <w:tmpl w:val="44C00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550F"/>
    <w:rsid w:val="00034616"/>
    <w:rsid w:val="00044B23"/>
    <w:rsid w:val="0006063C"/>
    <w:rsid w:val="000D2D5E"/>
    <w:rsid w:val="000F48DF"/>
    <w:rsid w:val="0015074B"/>
    <w:rsid w:val="00151F94"/>
    <w:rsid w:val="00165484"/>
    <w:rsid w:val="001F35F0"/>
    <w:rsid w:val="00264CC9"/>
    <w:rsid w:val="00271BD0"/>
    <w:rsid w:val="0029639D"/>
    <w:rsid w:val="002F5E27"/>
    <w:rsid w:val="00326F90"/>
    <w:rsid w:val="00344740"/>
    <w:rsid w:val="003C77B4"/>
    <w:rsid w:val="00412B86"/>
    <w:rsid w:val="005332FE"/>
    <w:rsid w:val="00571039"/>
    <w:rsid w:val="005F15A8"/>
    <w:rsid w:val="0067487A"/>
    <w:rsid w:val="006B5CDF"/>
    <w:rsid w:val="00704204"/>
    <w:rsid w:val="00705216"/>
    <w:rsid w:val="0079399B"/>
    <w:rsid w:val="0082145E"/>
    <w:rsid w:val="00890EE2"/>
    <w:rsid w:val="00930B13"/>
    <w:rsid w:val="009358F3"/>
    <w:rsid w:val="009E6F72"/>
    <w:rsid w:val="009F7A1B"/>
    <w:rsid w:val="00A14A8F"/>
    <w:rsid w:val="00A57B73"/>
    <w:rsid w:val="00AA1D8D"/>
    <w:rsid w:val="00AB1AA6"/>
    <w:rsid w:val="00B47730"/>
    <w:rsid w:val="00B8546E"/>
    <w:rsid w:val="00BC0E08"/>
    <w:rsid w:val="00BC2FC2"/>
    <w:rsid w:val="00C1210D"/>
    <w:rsid w:val="00C8200F"/>
    <w:rsid w:val="00CB0664"/>
    <w:rsid w:val="00D45D5B"/>
    <w:rsid w:val="00D77C0D"/>
    <w:rsid w:val="00E17E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dz-B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8F4789"/>
  <w14:defaultImageDpi w14:val="300"/>
  <w15:docId w15:val="{AD48720F-0213-4345-A0EE-04CF81144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12B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xmaps.org/pix/clim"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AE79C-3978-4D6A-BA05-9531EA30C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1189</Words>
  <Characters>6781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7955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Namgay Om</cp:lastModifiedBy>
  <cp:revision>2</cp:revision>
  <dcterms:created xsi:type="dcterms:W3CDTF">2024-03-01T10:11:00Z</dcterms:created>
  <dcterms:modified xsi:type="dcterms:W3CDTF">2024-03-01T10:11:00Z</dcterms:modified>
  <cp:category/>
</cp:coreProperties>
</file>