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566F2" w14:textId="77777777" w:rsidR="0063510A" w:rsidRDefault="00E904C0">
      <w:r>
        <w:rPr>
          <w:noProof/>
        </w:rPr>
        <w:drawing>
          <wp:inline distT="0" distB="0" distL="0" distR="0" wp14:anchorId="15793941" wp14:editId="66963539">
            <wp:extent cx="457200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_SouthAsia_plotting.png"/>
                    <pic:cNvPicPr/>
                  </pic:nvPicPr>
                  <pic:blipFill>
                    <a:blip r:embed="rId8"/>
                    <a:stretch>
                      <a:fillRect/>
                    </a:stretch>
                  </pic:blipFill>
                  <pic:spPr>
                    <a:xfrm>
                      <a:off x="0" y="0"/>
                      <a:ext cx="4572000" cy="457200"/>
                    </a:xfrm>
                    <a:prstGeom prst="rect">
                      <a:avLst/>
                    </a:prstGeom>
                  </pic:spPr>
                </pic:pic>
              </a:graphicData>
            </a:graphic>
          </wp:inline>
        </w:drawing>
      </w:r>
    </w:p>
    <w:p w14:paraId="3F6B0A1D" w14:textId="77777777" w:rsidR="0063510A" w:rsidRDefault="00E904C0">
      <w:pPr>
        <w:pStyle w:val="Title"/>
      </w:pPr>
      <w:r>
        <w:t>Wheat rust advisory - risk assessment from surveys and forecasts in Bhutan</w:t>
      </w:r>
    </w:p>
    <w:p w14:paraId="086FCDDC" w14:textId="77777777" w:rsidR="0063510A" w:rsidRDefault="00E904C0">
      <w:pPr>
        <w:pStyle w:val="Title"/>
      </w:pPr>
      <w:r>
        <w:t>Summary period: 20 Mar - 26 Mar 2024</w:t>
      </w:r>
    </w:p>
    <w:p w14:paraId="443923CC" w14:textId="77777777" w:rsidR="0063510A" w:rsidRDefault="00E904C0">
      <w:pPr>
        <w:pStyle w:val="Heading1"/>
      </w:pPr>
      <w:r>
        <w:t xml:space="preserve">Overall risk level: </w:t>
      </w:r>
    </w:p>
    <w:p w14:paraId="5F1F2FC2" w14:textId="225F79DD" w:rsidR="0063510A" w:rsidRDefault="00E904C0">
      <w:r>
        <w:rPr>
          <w:b/>
          <w:color w:val="ECD900"/>
        </w:rPr>
        <w:t>Caution</w:t>
      </w:r>
    </w:p>
    <w:p w14:paraId="4A781FD6" w14:textId="77777777" w:rsidR="0063510A" w:rsidRDefault="00E904C0">
      <w:pPr>
        <w:pStyle w:val="Heading1"/>
      </w:pPr>
      <w:r>
        <w:t>Key messages</w:t>
      </w:r>
    </w:p>
    <w:p w14:paraId="568161B4" w14:textId="1AB194F3" w:rsidR="00136735" w:rsidRDefault="00136735" w:rsidP="00136735">
      <w:pPr>
        <w:spacing w:after="0" w:line="240" w:lineRule="auto"/>
      </w:pPr>
      <w:r>
        <w:t>Forecasts indicate a</w:t>
      </w:r>
      <w:r>
        <w:t xml:space="preserve"> continued</w:t>
      </w:r>
      <w:r>
        <w:t xml:space="preserve"> likelihood of spore deposition, both stripe and leaf rust, from neighboring countries. </w:t>
      </w:r>
      <w:r>
        <w:t xml:space="preserve">Forecasts for infection efficiency have increased for </w:t>
      </w:r>
      <w:proofErr w:type="gramStart"/>
      <w:r>
        <w:t xml:space="preserve">all </w:t>
      </w:r>
      <w:r w:rsidR="00C125BD">
        <w:t>of</w:t>
      </w:r>
      <w:proofErr w:type="gramEnd"/>
      <w:r w:rsidR="00C125BD">
        <w:t xml:space="preserve"> the rusts, especially for southern areas and the main valleys. </w:t>
      </w:r>
      <w:r>
        <w:t xml:space="preserve">Close monitoring is recommended for the appearance of either </w:t>
      </w:r>
      <w:proofErr w:type="gramStart"/>
      <w:r>
        <w:t>stripe</w:t>
      </w:r>
      <w:proofErr w:type="gramEnd"/>
      <w:r>
        <w:t xml:space="preserve"> or leaf rust.</w:t>
      </w:r>
    </w:p>
    <w:p w14:paraId="3C8E11A7" w14:textId="77777777" w:rsidR="00136735" w:rsidRDefault="00136735" w:rsidP="00136735">
      <w:pPr>
        <w:spacing w:after="0" w:line="240" w:lineRule="auto"/>
      </w:pPr>
    </w:p>
    <w:p w14:paraId="314816A6" w14:textId="0E881BF9" w:rsidR="00136735" w:rsidRDefault="00136735" w:rsidP="00136735">
      <w:pPr>
        <w:spacing w:after="0" w:line="240" w:lineRule="auto"/>
      </w:pPr>
      <w:r>
        <w:t xml:space="preserve">During the </w:t>
      </w:r>
      <w:r w:rsidR="00DF1346">
        <w:t xml:space="preserve">entire </w:t>
      </w:r>
      <w:r>
        <w:t>period</w:t>
      </w:r>
      <w:r w:rsidR="00DF1346">
        <w:t xml:space="preserve"> Mar 21 – 6 Apr </w:t>
      </w:r>
      <w:r>
        <w:t xml:space="preserve">some rain is forecast for </w:t>
      </w:r>
      <w:r w:rsidR="00DF1346">
        <w:t xml:space="preserve">all of Bhutan. </w:t>
      </w:r>
      <w:r w:rsidR="00640366">
        <w:t>During the period Mar 21 – 29 most areas are forecast to be cooler than normal.</w:t>
      </w:r>
      <w:r w:rsidR="00DF1346">
        <w:t xml:space="preserve"> </w:t>
      </w:r>
    </w:p>
    <w:p w14:paraId="3599B61F" w14:textId="77777777" w:rsidR="00136735" w:rsidRDefault="00136735" w:rsidP="00136735">
      <w:pPr>
        <w:spacing w:after="0" w:line="240" w:lineRule="auto"/>
      </w:pPr>
      <w:r>
        <w:t xml:space="preserve">   </w:t>
      </w:r>
    </w:p>
    <w:p w14:paraId="64EC989A" w14:textId="77777777" w:rsidR="00136735" w:rsidRDefault="00136735" w:rsidP="00136735">
      <w:r>
        <w:t>These weather conditions may be favorable for the development of rusts, especially leaf rust in more southern areas and stripe rust in mid hills and valleys.</w:t>
      </w:r>
    </w:p>
    <w:p w14:paraId="7D6A1FF7" w14:textId="7E46E3B7" w:rsidR="0063510A" w:rsidRDefault="00136735">
      <w:r>
        <w:t xml:space="preserve">Given the increased </w:t>
      </w:r>
      <w:r w:rsidR="00A1406B">
        <w:t xml:space="preserve">infection efficiency </w:t>
      </w:r>
      <w:r>
        <w:t xml:space="preserve">and weather conditions caution and close monitoring is advised. </w:t>
      </w:r>
    </w:p>
    <w:p w14:paraId="6B595504" w14:textId="77777777" w:rsidR="0063510A" w:rsidRDefault="00E904C0">
      <w:pPr>
        <w:pStyle w:val="Heading2"/>
      </w:pPr>
      <w:r>
        <w:t>Recommendations</w:t>
      </w:r>
    </w:p>
    <w:p w14:paraId="09E400D4" w14:textId="2B2538A8" w:rsidR="00483C75" w:rsidRDefault="00483C75" w:rsidP="00483C75">
      <w:pPr>
        <w:rPr>
          <w:b/>
        </w:rPr>
      </w:pPr>
      <w:r w:rsidRPr="00DF018B">
        <w:rPr>
          <w:b/>
        </w:rPr>
        <w:t>Suitable conditions for</w:t>
      </w:r>
      <w:r>
        <w:rPr>
          <w:b/>
        </w:rPr>
        <w:t xml:space="preserve"> leaf rust (lower, warmer areas) and stripe rust (cooler higher areas) are likely to develop due to forecast rain over the next 1-2 weeks</w:t>
      </w:r>
      <w:r w:rsidRPr="00DF018B">
        <w:rPr>
          <w:b/>
        </w:rPr>
        <w:t xml:space="preserve">. Scouting should be </w:t>
      </w:r>
      <w:proofErr w:type="gramStart"/>
      <w:r w:rsidRPr="00DF018B">
        <w:rPr>
          <w:b/>
        </w:rPr>
        <w:t>undertaken</w:t>
      </w:r>
      <w:proofErr w:type="gramEnd"/>
      <w:r w:rsidRPr="00DF018B">
        <w:rPr>
          <w:b/>
        </w:rPr>
        <w:t xml:space="preserve"> and farmers informed to be vigilant for the emergence of rust. If rust starts to appear farmers should be advised to undertake control if susceptible cultivars are grown. </w:t>
      </w:r>
    </w:p>
    <w:p w14:paraId="0B008AED" w14:textId="77777777" w:rsidR="00483C75" w:rsidRPr="00165484" w:rsidRDefault="00483C75" w:rsidP="00483C75">
      <w:pPr>
        <w:rPr>
          <w:rFonts w:eastAsia="Times New Roman" w:cs="Helvetica"/>
          <w:sz w:val="20"/>
          <w:szCs w:val="20"/>
        </w:rPr>
      </w:pPr>
      <w:r w:rsidRPr="00165484">
        <w:rPr>
          <w:rFonts w:eastAsia="Times New Roman" w:cs="Helvetica"/>
          <w:b/>
          <w:bCs/>
          <w:sz w:val="20"/>
          <w:szCs w:val="20"/>
        </w:rPr>
        <w:t xml:space="preserve">The risk however is based on susceptible wheat lines. Different levels of resistance will reduce the risk of </w:t>
      </w:r>
      <w:proofErr w:type="gramStart"/>
      <w:r w:rsidRPr="00165484">
        <w:rPr>
          <w:rFonts w:eastAsia="Times New Roman" w:cs="Helvetica"/>
          <w:b/>
          <w:bCs/>
          <w:sz w:val="20"/>
          <w:szCs w:val="20"/>
        </w:rPr>
        <w:t>the disease</w:t>
      </w:r>
      <w:proofErr w:type="gramEnd"/>
      <w:r w:rsidRPr="00165484">
        <w:rPr>
          <w:rFonts w:eastAsia="Times New Roman" w:cs="Helvetica"/>
          <w:b/>
          <w:bCs/>
          <w:sz w:val="20"/>
          <w:szCs w:val="20"/>
        </w:rPr>
        <w:t xml:space="preserve"> at the farmer field. Before the decision on the use of fungicide, pls consider advisory from expert in your area.</w:t>
      </w:r>
    </w:p>
    <w:p w14:paraId="2EDE6BA2" w14:textId="77777777" w:rsidR="00483C75" w:rsidRPr="00FF4ABD" w:rsidRDefault="00483C75" w:rsidP="00483C75">
      <w:pPr>
        <w:pStyle w:val="ListParagraph"/>
        <w:numPr>
          <w:ilvl w:val="0"/>
          <w:numId w:val="10"/>
        </w:numPr>
        <w:spacing w:after="160" w:line="259" w:lineRule="auto"/>
        <w:rPr>
          <w:rFonts w:ascii="Arial" w:hAnsi="Arial" w:cs="Arial"/>
        </w:rPr>
      </w:pPr>
      <w:r w:rsidRPr="004E5B84">
        <w:rPr>
          <w:rFonts w:ascii="Arial" w:hAnsi="Arial" w:cs="Arial"/>
        </w:rPr>
        <w:t xml:space="preserve">Awareness should be raised amongst stakeholders at all levels, including farmers, to be vigilant for </w:t>
      </w:r>
      <w:proofErr w:type="gramStart"/>
      <w:r w:rsidRPr="004E5B84">
        <w:rPr>
          <w:rFonts w:ascii="Arial" w:hAnsi="Arial" w:cs="Arial"/>
        </w:rPr>
        <w:t>early</w:t>
      </w:r>
      <w:proofErr w:type="gramEnd"/>
      <w:r w:rsidRPr="004E5B84">
        <w:rPr>
          <w:rFonts w:ascii="Arial" w:hAnsi="Arial" w:cs="Arial"/>
        </w:rPr>
        <w:t xml:space="preserve"> appearance of rusts.</w:t>
      </w:r>
      <w:r w:rsidRPr="00DA3419">
        <w:rPr>
          <w:b/>
          <w:bCs/>
        </w:rPr>
        <w:t xml:space="preserve"> </w:t>
      </w:r>
      <w:r w:rsidRPr="00E97B72">
        <w:rPr>
          <w:b/>
          <w:bCs/>
        </w:rPr>
        <w:t>Early control to stop increased spread and further build-up of disease is very important.</w:t>
      </w:r>
    </w:p>
    <w:p w14:paraId="25D3EEE9" w14:textId="201E2014" w:rsidR="00483C75" w:rsidRPr="00BD1903" w:rsidRDefault="00483C75" w:rsidP="00483C75">
      <w:pPr>
        <w:pStyle w:val="ListParagraph"/>
        <w:numPr>
          <w:ilvl w:val="0"/>
          <w:numId w:val="10"/>
        </w:numPr>
        <w:spacing w:after="160" w:line="259" w:lineRule="auto"/>
        <w:rPr>
          <w:rFonts w:ascii="Arial" w:hAnsi="Arial" w:cs="Arial"/>
        </w:rPr>
      </w:pPr>
      <w:r w:rsidRPr="00BD1903">
        <w:rPr>
          <w:rFonts w:ascii="Arial" w:hAnsi="Arial" w:cs="Arial"/>
        </w:rPr>
        <w:t>Sampling should be undertaken to determine races of rust present.</w:t>
      </w:r>
      <w:r>
        <w:rPr>
          <w:rFonts w:ascii="Arial" w:hAnsi="Arial" w:cs="Arial"/>
        </w:rPr>
        <w:t xml:space="preserve"> This is very important as the new, virulent race of stripe rust (PstS16) may be present in Nepal</w:t>
      </w:r>
      <w:r w:rsidR="00E904C0">
        <w:rPr>
          <w:rFonts w:ascii="Arial" w:hAnsi="Arial" w:cs="Arial"/>
        </w:rPr>
        <w:t xml:space="preserve"> and an incursion into Bhutan is possible.</w:t>
      </w:r>
    </w:p>
    <w:p w14:paraId="5D1F7842" w14:textId="4E8117F1" w:rsidR="0063510A" w:rsidRDefault="0063510A"/>
    <w:p w14:paraId="33A78627" w14:textId="77777777" w:rsidR="0063510A" w:rsidRDefault="00E904C0">
      <w:pPr>
        <w:pStyle w:val="Heading1"/>
      </w:pPr>
      <w:r>
        <w:lastRenderedPageBreak/>
        <w:t>Field surveys</w:t>
      </w:r>
    </w:p>
    <w:p w14:paraId="3CD24449" w14:textId="77777777" w:rsidR="0063510A" w:rsidRDefault="00E904C0">
      <w:r>
        <w:t>No surveys are available in this region yet.</w:t>
      </w:r>
    </w:p>
    <w:p w14:paraId="69926E3F" w14:textId="77777777" w:rsidR="0063510A" w:rsidRDefault="00E904C0">
      <w:r>
        <w:br w:type="page"/>
      </w:r>
    </w:p>
    <w:p w14:paraId="319C5CE6" w14:textId="77777777" w:rsidR="0063510A" w:rsidRDefault="00E904C0">
      <w:pPr>
        <w:pStyle w:val="Heading1"/>
      </w:pPr>
      <w:r>
        <w:lastRenderedPageBreak/>
        <w:t>Spore dispersal forecasts</w:t>
      </w:r>
    </w:p>
    <w:p w14:paraId="56A4C09D" w14:textId="77777777" w:rsidR="0063510A" w:rsidRDefault="00E904C0">
      <w:r>
        <w:t>Spore dispersal forecasts run by the UK Met Office and Cambridge University are displayed for stem, stripe and leaf rusts for the forecasted period. Surveys in each district are gathered to provide a single source per administrative area for dispersal forecasts (red dots in figure).</w:t>
      </w:r>
    </w:p>
    <w:p w14:paraId="097E37CE" w14:textId="77777777" w:rsidR="0063510A" w:rsidRDefault="00E904C0">
      <w:pPr>
        <w:pStyle w:val="Heading1"/>
      </w:pPr>
      <w:r>
        <w:t>Environmental / climatic suitability for infection forecasts</w:t>
      </w:r>
    </w:p>
    <w:p w14:paraId="4A2F9B79" w14:textId="77777777" w:rsidR="0063510A" w:rsidRDefault="00E904C0">
      <w:r>
        <w:t>These forecasts give the probability of wheat rust infection occurring based on meteorological factors. The maximum infection efficiency that can occur is 100%. This means that 100% of the spores deposited on susceptible wheat plants could complete the infection process. Therefore, a forecast Infection Efficiency of 100% indicates the highest risk of wheat rust infection occurring in susceptible wheat varieties.</w:t>
      </w:r>
    </w:p>
    <w:p w14:paraId="1F6C4F4B" w14:textId="77777777" w:rsidR="0063510A" w:rsidRDefault="00E904C0">
      <w:r>
        <w:br w:type="page"/>
      </w:r>
    </w:p>
    <w:p w14:paraId="192ABE06" w14:textId="77777777" w:rsidR="0063510A" w:rsidRDefault="00E904C0">
      <w:pPr>
        <w:pStyle w:val="Heading2"/>
      </w:pPr>
      <w:r>
        <w:lastRenderedPageBreak/>
        <w:t>Leaf rust</w:t>
      </w:r>
    </w:p>
    <w:p w14:paraId="17C8B47D" w14:textId="3B9D2323" w:rsidR="0063510A" w:rsidRDefault="00441A12">
      <w:r w:rsidRPr="00441A12">
        <w:rPr>
          <w:b/>
          <w:bCs/>
        </w:rPr>
        <w:t>Dispersal:</w:t>
      </w:r>
      <w:r>
        <w:t xml:space="preserve"> </w:t>
      </w:r>
      <w:r w:rsidR="00E904C0">
        <w:t>Current forecast (20 Mar - 26 Mar) indicates</w:t>
      </w:r>
      <w:r w:rsidR="00EA43BB">
        <w:t xml:space="preserve"> some spore deposition from infected sites in Bangladesh or Nepal into sout</w:t>
      </w:r>
      <w:r w:rsidR="00634953">
        <w:t>hwestern and southern areas.</w:t>
      </w:r>
    </w:p>
    <w:p w14:paraId="09C0DDC1" w14:textId="77777777" w:rsidR="0063510A" w:rsidRDefault="00E904C0">
      <w:r>
        <w:rPr>
          <w:noProof/>
        </w:rPr>
        <w:drawing>
          <wp:inline distT="0" distB="0" distL="0" distR="0" wp14:anchorId="2B84B7E8" wp14:editId="0CA7D6ED">
            <wp:extent cx="6179820" cy="381694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osition_bhutan_leaf_rust_total_202403200300_202403270000_map.png"/>
                    <pic:cNvPicPr/>
                  </pic:nvPicPr>
                  <pic:blipFill>
                    <a:blip r:embed="rId9"/>
                    <a:stretch>
                      <a:fillRect/>
                    </a:stretch>
                  </pic:blipFill>
                  <pic:spPr>
                    <a:xfrm>
                      <a:off x="0" y="0"/>
                      <a:ext cx="6188618" cy="3822381"/>
                    </a:xfrm>
                    <a:prstGeom prst="rect">
                      <a:avLst/>
                    </a:prstGeom>
                  </pic:spPr>
                </pic:pic>
              </a:graphicData>
            </a:graphic>
          </wp:inline>
        </w:drawing>
      </w:r>
    </w:p>
    <w:p w14:paraId="4707ED62" w14:textId="77777777" w:rsidR="0063510A" w:rsidRDefault="00E904C0">
      <w:pPr>
        <w:pStyle w:val="Caption"/>
      </w:pPr>
      <w:r>
        <w:t>Map 1: Leaf rust spore deposition forecast Bhutan 20 Mar - 26 Mar 2024</w:t>
      </w:r>
    </w:p>
    <w:p w14:paraId="162AB241" w14:textId="31F18E73" w:rsidR="0063510A" w:rsidRDefault="00E904C0">
      <w:r>
        <w:t>The 20 most impacted districts</w:t>
      </w:r>
      <w:r w:rsidR="00634953">
        <w:t xml:space="preserve"> (spore deposition)</w:t>
      </w:r>
      <w:r>
        <w:t xml:space="preserve"> are presented in the table below.</w:t>
      </w:r>
    </w:p>
    <w:tbl>
      <w:tblPr>
        <w:tblStyle w:val="TableGrid"/>
        <w:tblW w:w="0" w:type="auto"/>
        <w:tblLook w:val="04A0" w:firstRow="1" w:lastRow="0" w:firstColumn="1" w:lastColumn="0" w:noHBand="0" w:noVBand="1"/>
      </w:tblPr>
      <w:tblGrid>
        <w:gridCol w:w="5039"/>
        <w:gridCol w:w="5037"/>
      </w:tblGrid>
      <w:tr w:rsidR="0063510A" w14:paraId="7AF3CA96" w14:textId="77777777">
        <w:tc>
          <w:tcPr>
            <w:tcW w:w="5043" w:type="dxa"/>
          </w:tcPr>
          <w:p w14:paraId="7F051F6E" w14:textId="77777777" w:rsidR="0063510A" w:rsidRDefault="00E904C0">
            <w:r>
              <w:t>admin2Name</w:t>
            </w:r>
          </w:p>
        </w:tc>
        <w:tc>
          <w:tcPr>
            <w:tcW w:w="5043" w:type="dxa"/>
          </w:tcPr>
          <w:p w14:paraId="0293CB88" w14:textId="77777777" w:rsidR="0063510A" w:rsidRDefault="00E904C0">
            <w:r>
              <w:t>Leaf rust spores per m^2 per week</w:t>
            </w:r>
          </w:p>
        </w:tc>
      </w:tr>
      <w:tr w:rsidR="0063510A" w14:paraId="603D6E1D" w14:textId="77777777">
        <w:tc>
          <w:tcPr>
            <w:tcW w:w="5043" w:type="dxa"/>
          </w:tcPr>
          <w:p w14:paraId="75AFE6CF" w14:textId="77777777" w:rsidR="0063510A" w:rsidRDefault="00E904C0">
            <w:r>
              <w:t>Pagli</w:t>
            </w:r>
          </w:p>
        </w:tc>
        <w:tc>
          <w:tcPr>
            <w:tcW w:w="5043" w:type="dxa"/>
          </w:tcPr>
          <w:p w14:paraId="78368FF4" w14:textId="77777777" w:rsidR="0063510A" w:rsidRDefault="00E904C0">
            <w:r>
              <w:t>12000</w:t>
            </w:r>
          </w:p>
        </w:tc>
      </w:tr>
      <w:tr w:rsidR="0063510A" w14:paraId="433D1DE8" w14:textId="77777777">
        <w:tc>
          <w:tcPr>
            <w:tcW w:w="5043" w:type="dxa"/>
          </w:tcPr>
          <w:p w14:paraId="2FB62CB9" w14:textId="77777777" w:rsidR="0063510A" w:rsidRDefault="00E904C0">
            <w:r>
              <w:t>Samphelling</w:t>
            </w:r>
          </w:p>
        </w:tc>
        <w:tc>
          <w:tcPr>
            <w:tcW w:w="5043" w:type="dxa"/>
          </w:tcPr>
          <w:p w14:paraId="7ADE750B" w14:textId="77777777" w:rsidR="0063510A" w:rsidRDefault="00E904C0">
            <w:r>
              <w:t>11000</w:t>
            </w:r>
          </w:p>
        </w:tc>
      </w:tr>
      <w:tr w:rsidR="0063510A" w14:paraId="75576857" w14:textId="77777777">
        <w:tc>
          <w:tcPr>
            <w:tcW w:w="5043" w:type="dxa"/>
          </w:tcPr>
          <w:p w14:paraId="1AB13150" w14:textId="77777777" w:rsidR="0063510A" w:rsidRDefault="00E904C0">
            <w:r>
              <w:t>Samtse</w:t>
            </w:r>
          </w:p>
        </w:tc>
        <w:tc>
          <w:tcPr>
            <w:tcW w:w="5043" w:type="dxa"/>
          </w:tcPr>
          <w:p w14:paraId="1ABD9059" w14:textId="77777777" w:rsidR="0063510A" w:rsidRDefault="00E904C0">
            <w:r>
              <w:t>11000</w:t>
            </w:r>
          </w:p>
        </w:tc>
      </w:tr>
      <w:tr w:rsidR="0063510A" w14:paraId="187D7BFC" w14:textId="77777777">
        <w:tc>
          <w:tcPr>
            <w:tcW w:w="5043" w:type="dxa"/>
          </w:tcPr>
          <w:p w14:paraId="354AD2C8" w14:textId="77777777" w:rsidR="0063510A" w:rsidRDefault="00E904C0">
            <w:r>
              <w:t>Tading</w:t>
            </w:r>
          </w:p>
        </w:tc>
        <w:tc>
          <w:tcPr>
            <w:tcW w:w="5043" w:type="dxa"/>
          </w:tcPr>
          <w:p w14:paraId="12852231" w14:textId="77777777" w:rsidR="0063510A" w:rsidRDefault="00E904C0">
            <w:r>
              <w:t>11000</w:t>
            </w:r>
          </w:p>
        </w:tc>
      </w:tr>
      <w:tr w:rsidR="0063510A" w14:paraId="7C979B6C" w14:textId="77777777">
        <w:tc>
          <w:tcPr>
            <w:tcW w:w="5043" w:type="dxa"/>
          </w:tcPr>
          <w:p w14:paraId="210A1F48" w14:textId="77777777" w:rsidR="0063510A" w:rsidRDefault="00E904C0">
            <w:r>
              <w:t>Phuentsholing</w:t>
            </w:r>
          </w:p>
        </w:tc>
        <w:tc>
          <w:tcPr>
            <w:tcW w:w="5043" w:type="dxa"/>
          </w:tcPr>
          <w:p w14:paraId="1C5ED17E" w14:textId="77777777" w:rsidR="0063510A" w:rsidRDefault="00E904C0">
            <w:r>
              <w:t>9900</w:t>
            </w:r>
          </w:p>
        </w:tc>
      </w:tr>
      <w:tr w:rsidR="0063510A" w14:paraId="51D3CAB8" w14:textId="77777777">
        <w:tc>
          <w:tcPr>
            <w:tcW w:w="5043" w:type="dxa"/>
          </w:tcPr>
          <w:p w14:paraId="5F327777" w14:textId="77777777" w:rsidR="0063510A" w:rsidRDefault="00E904C0">
            <w:r>
              <w:t>Ugentse</w:t>
            </w:r>
          </w:p>
        </w:tc>
        <w:tc>
          <w:tcPr>
            <w:tcW w:w="5043" w:type="dxa"/>
          </w:tcPr>
          <w:p w14:paraId="2E1E0C8A" w14:textId="77777777" w:rsidR="0063510A" w:rsidRDefault="00E904C0">
            <w:r>
              <w:t>9200</w:t>
            </w:r>
          </w:p>
        </w:tc>
      </w:tr>
      <w:tr w:rsidR="0063510A" w14:paraId="3430A322" w14:textId="77777777">
        <w:tc>
          <w:tcPr>
            <w:tcW w:w="5043" w:type="dxa"/>
          </w:tcPr>
          <w:p w14:paraId="4514E4B6" w14:textId="77777777" w:rsidR="0063510A" w:rsidRDefault="00E904C0">
            <w:r>
              <w:t>Sipsu</w:t>
            </w:r>
          </w:p>
        </w:tc>
        <w:tc>
          <w:tcPr>
            <w:tcW w:w="5043" w:type="dxa"/>
          </w:tcPr>
          <w:p w14:paraId="4D96FB39" w14:textId="77777777" w:rsidR="0063510A" w:rsidRDefault="00E904C0">
            <w:r>
              <w:t>9100</w:t>
            </w:r>
          </w:p>
        </w:tc>
      </w:tr>
      <w:tr w:rsidR="0063510A" w14:paraId="28CAA783" w14:textId="77777777">
        <w:tc>
          <w:tcPr>
            <w:tcW w:w="5043" w:type="dxa"/>
          </w:tcPr>
          <w:p w14:paraId="48EF18A2" w14:textId="77777777" w:rsidR="0063510A" w:rsidRDefault="00E904C0">
            <w:r>
              <w:t>Dorokha</w:t>
            </w:r>
          </w:p>
        </w:tc>
        <w:tc>
          <w:tcPr>
            <w:tcW w:w="5043" w:type="dxa"/>
          </w:tcPr>
          <w:p w14:paraId="1790CB0E" w14:textId="77777777" w:rsidR="0063510A" w:rsidRDefault="00E904C0">
            <w:r>
              <w:t>8600</w:t>
            </w:r>
          </w:p>
        </w:tc>
      </w:tr>
      <w:tr w:rsidR="0063510A" w14:paraId="750B510B" w14:textId="77777777">
        <w:tc>
          <w:tcPr>
            <w:tcW w:w="5043" w:type="dxa"/>
          </w:tcPr>
          <w:p w14:paraId="018914C0" w14:textId="77777777" w:rsidR="0063510A" w:rsidRDefault="00E904C0">
            <w:r>
              <w:t>Dala</w:t>
            </w:r>
          </w:p>
        </w:tc>
        <w:tc>
          <w:tcPr>
            <w:tcW w:w="5043" w:type="dxa"/>
          </w:tcPr>
          <w:p w14:paraId="02EDBA28" w14:textId="77777777" w:rsidR="0063510A" w:rsidRDefault="00E904C0">
            <w:r>
              <w:t>8500</w:t>
            </w:r>
          </w:p>
        </w:tc>
      </w:tr>
      <w:tr w:rsidR="0063510A" w14:paraId="6BD5F8A5" w14:textId="77777777">
        <w:tc>
          <w:tcPr>
            <w:tcW w:w="5043" w:type="dxa"/>
          </w:tcPr>
          <w:p w14:paraId="4E310765" w14:textId="77777777" w:rsidR="0063510A" w:rsidRDefault="00E904C0">
            <w:r>
              <w:t>Yoeseltse</w:t>
            </w:r>
          </w:p>
        </w:tc>
        <w:tc>
          <w:tcPr>
            <w:tcW w:w="5043" w:type="dxa"/>
          </w:tcPr>
          <w:p w14:paraId="49F58AAD" w14:textId="77777777" w:rsidR="0063510A" w:rsidRDefault="00E904C0">
            <w:r>
              <w:t>8200</w:t>
            </w:r>
          </w:p>
        </w:tc>
      </w:tr>
      <w:tr w:rsidR="0063510A" w14:paraId="56B5E219" w14:textId="77777777">
        <w:tc>
          <w:tcPr>
            <w:tcW w:w="5043" w:type="dxa"/>
          </w:tcPr>
          <w:p w14:paraId="0AB0BE11" w14:textId="77777777" w:rsidR="0063510A" w:rsidRDefault="00E904C0">
            <w:r>
              <w:t>Chengmari</w:t>
            </w:r>
          </w:p>
        </w:tc>
        <w:tc>
          <w:tcPr>
            <w:tcW w:w="5043" w:type="dxa"/>
          </w:tcPr>
          <w:p w14:paraId="397849D9" w14:textId="77777777" w:rsidR="0063510A" w:rsidRDefault="00E904C0">
            <w:r>
              <w:t>7900</w:t>
            </w:r>
          </w:p>
        </w:tc>
      </w:tr>
      <w:tr w:rsidR="0063510A" w14:paraId="131A79B4" w14:textId="77777777">
        <w:tc>
          <w:tcPr>
            <w:tcW w:w="5043" w:type="dxa"/>
          </w:tcPr>
          <w:p w14:paraId="1AAFB1E0" w14:textId="77777777" w:rsidR="0063510A" w:rsidRDefault="00E904C0">
            <w:r>
              <w:t>Chargharay</w:t>
            </w:r>
          </w:p>
        </w:tc>
        <w:tc>
          <w:tcPr>
            <w:tcW w:w="5043" w:type="dxa"/>
          </w:tcPr>
          <w:p w14:paraId="61479B37" w14:textId="77777777" w:rsidR="0063510A" w:rsidRDefault="00E904C0">
            <w:r>
              <w:t>7800</w:t>
            </w:r>
          </w:p>
        </w:tc>
      </w:tr>
      <w:tr w:rsidR="0063510A" w14:paraId="2C3A40E0" w14:textId="77777777">
        <w:tc>
          <w:tcPr>
            <w:tcW w:w="5043" w:type="dxa"/>
          </w:tcPr>
          <w:p w14:paraId="79BBB75E" w14:textId="77777777" w:rsidR="0063510A" w:rsidRDefault="00E904C0">
            <w:r>
              <w:t>Denchhukha</w:t>
            </w:r>
          </w:p>
        </w:tc>
        <w:tc>
          <w:tcPr>
            <w:tcW w:w="5043" w:type="dxa"/>
          </w:tcPr>
          <w:p w14:paraId="31768E34" w14:textId="77777777" w:rsidR="0063510A" w:rsidRDefault="00E904C0">
            <w:r>
              <w:t>7200</w:t>
            </w:r>
          </w:p>
        </w:tc>
      </w:tr>
      <w:tr w:rsidR="0063510A" w14:paraId="6BC529E1" w14:textId="77777777">
        <w:tc>
          <w:tcPr>
            <w:tcW w:w="5043" w:type="dxa"/>
          </w:tcPr>
          <w:p w14:paraId="51D79F00" w14:textId="77777777" w:rsidR="0063510A" w:rsidRDefault="00E904C0">
            <w:r>
              <w:t>Deorali</w:t>
            </w:r>
          </w:p>
        </w:tc>
        <w:tc>
          <w:tcPr>
            <w:tcW w:w="5043" w:type="dxa"/>
          </w:tcPr>
          <w:p w14:paraId="57FBA3BB" w14:textId="77777777" w:rsidR="0063510A" w:rsidRDefault="00E904C0">
            <w:r>
              <w:t>6900</w:t>
            </w:r>
          </w:p>
        </w:tc>
      </w:tr>
      <w:tr w:rsidR="0063510A" w14:paraId="410A210B" w14:textId="77777777">
        <w:tc>
          <w:tcPr>
            <w:tcW w:w="5043" w:type="dxa"/>
          </w:tcPr>
          <w:p w14:paraId="05E47AA1" w14:textId="77777777" w:rsidR="0063510A" w:rsidRDefault="00E904C0">
            <w:r>
              <w:t>Dungtoe</w:t>
            </w:r>
          </w:p>
        </w:tc>
        <w:tc>
          <w:tcPr>
            <w:tcW w:w="5043" w:type="dxa"/>
          </w:tcPr>
          <w:p w14:paraId="29411688" w14:textId="77777777" w:rsidR="0063510A" w:rsidRDefault="00E904C0">
            <w:r>
              <w:t>6700</w:t>
            </w:r>
          </w:p>
        </w:tc>
      </w:tr>
      <w:tr w:rsidR="0063510A" w14:paraId="11BD6057" w14:textId="77777777">
        <w:tc>
          <w:tcPr>
            <w:tcW w:w="5043" w:type="dxa"/>
          </w:tcPr>
          <w:p w14:paraId="3CA28155" w14:textId="77777777" w:rsidR="0063510A" w:rsidRDefault="00E904C0">
            <w:r>
              <w:t>Bongo</w:t>
            </w:r>
          </w:p>
        </w:tc>
        <w:tc>
          <w:tcPr>
            <w:tcW w:w="5043" w:type="dxa"/>
          </w:tcPr>
          <w:p w14:paraId="414867A8" w14:textId="77777777" w:rsidR="0063510A" w:rsidRDefault="00E904C0">
            <w:r>
              <w:t>6700</w:t>
            </w:r>
          </w:p>
        </w:tc>
      </w:tr>
      <w:tr w:rsidR="0063510A" w14:paraId="7AE25D81" w14:textId="77777777">
        <w:tc>
          <w:tcPr>
            <w:tcW w:w="5043" w:type="dxa"/>
          </w:tcPr>
          <w:p w14:paraId="2925A7F3" w14:textId="77777777" w:rsidR="0063510A" w:rsidRDefault="00E904C0">
            <w:r>
              <w:t>Lhamoizingkha</w:t>
            </w:r>
          </w:p>
        </w:tc>
        <w:tc>
          <w:tcPr>
            <w:tcW w:w="5043" w:type="dxa"/>
          </w:tcPr>
          <w:p w14:paraId="24A8CD8D" w14:textId="77777777" w:rsidR="0063510A" w:rsidRDefault="00E904C0">
            <w:r>
              <w:t>6100</w:t>
            </w:r>
          </w:p>
        </w:tc>
      </w:tr>
      <w:tr w:rsidR="0063510A" w14:paraId="2FBE92C0" w14:textId="77777777">
        <w:tc>
          <w:tcPr>
            <w:tcW w:w="5043" w:type="dxa"/>
          </w:tcPr>
          <w:p w14:paraId="592A2269" w14:textId="77777777" w:rsidR="0063510A" w:rsidRDefault="00E904C0">
            <w:r>
              <w:lastRenderedPageBreak/>
              <w:t>Nichula</w:t>
            </w:r>
          </w:p>
        </w:tc>
        <w:tc>
          <w:tcPr>
            <w:tcW w:w="5043" w:type="dxa"/>
          </w:tcPr>
          <w:p w14:paraId="4076FC6C" w14:textId="77777777" w:rsidR="0063510A" w:rsidRDefault="00E904C0">
            <w:r>
              <w:t>5800</w:t>
            </w:r>
          </w:p>
        </w:tc>
      </w:tr>
      <w:tr w:rsidR="0063510A" w14:paraId="05C846B0" w14:textId="77777777">
        <w:tc>
          <w:tcPr>
            <w:tcW w:w="5043" w:type="dxa"/>
          </w:tcPr>
          <w:p w14:paraId="3D10AF95" w14:textId="77777777" w:rsidR="0063510A" w:rsidRDefault="00E904C0">
            <w:r>
              <w:t>Dorona</w:t>
            </w:r>
          </w:p>
        </w:tc>
        <w:tc>
          <w:tcPr>
            <w:tcW w:w="5043" w:type="dxa"/>
          </w:tcPr>
          <w:p w14:paraId="442CCD2E" w14:textId="77777777" w:rsidR="0063510A" w:rsidRDefault="00E904C0">
            <w:r>
              <w:t>5600</w:t>
            </w:r>
          </w:p>
        </w:tc>
      </w:tr>
      <w:tr w:rsidR="0063510A" w14:paraId="5DEAC263" w14:textId="77777777">
        <w:tc>
          <w:tcPr>
            <w:tcW w:w="5043" w:type="dxa"/>
          </w:tcPr>
          <w:p w14:paraId="6F4C93C5" w14:textId="77777777" w:rsidR="0063510A" w:rsidRDefault="00E904C0">
            <w:r>
              <w:t>Logchina</w:t>
            </w:r>
          </w:p>
        </w:tc>
        <w:tc>
          <w:tcPr>
            <w:tcW w:w="5043" w:type="dxa"/>
          </w:tcPr>
          <w:p w14:paraId="67CDD17E" w14:textId="77777777" w:rsidR="0063510A" w:rsidRDefault="00E904C0">
            <w:r>
              <w:t>5500</w:t>
            </w:r>
          </w:p>
        </w:tc>
      </w:tr>
    </w:tbl>
    <w:p w14:paraId="456F0C79" w14:textId="77777777" w:rsidR="00634953" w:rsidRDefault="00634953"/>
    <w:p w14:paraId="12303439" w14:textId="51F87449" w:rsidR="0063510A" w:rsidRDefault="001E1140">
      <w:r w:rsidRPr="00E203D1">
        <w:rPr>
          <w:b/>
          <w:bCs/>
        </w:rPr>
        <w:t>Risk of infection:</w:t>
      </w:r>
      <w:r>
        <w:t xml:space="preserve"> Current forecast (</w:t>
      </w:r>
      <w:r>
        <w:t>20</w:t>
      </w:r>
      <w:r>
        <w:t xml:space="preserve"> – </w:t>
      </w:r>
      <w:r>
        <w:t>25</w:t>
      </w:r>
      <w:r>
        <w:t xml:space="preserve"> Mar) indicates </w:t>
      </w:r>
      <w:r>
        <w:t>in</w:t>
      </w:r>
      <w:r>
        <w:t xml:space="preserve">creased risk of infection, </w:t>
      </w:r>
      <w:r>
        <w:t>with high infection efficiency in southern areas.</w:t>
      </w:r>
      <w:r>
        <w:t xml:space="preserve"> </w:t>
      </w:r>
    </w:p>
    <w:p w14:paraId="5E502388" w14:textId="77777777" w:rsidR="0063510A" w:rsidRDefault="00E904C0">
      <w:r>
        <w:rPr>
          <w:noProof/>
        </w:rPr>
        <w:drawing>
          <wp:inline distT="0" distB="0" distL="0" distR="0" wp14:anchorId="380A3B02" wp14:editId="51F4AB18">
            <wp:extent cx="6240780" cy="3854599"/>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itability_bhutan_leaf_rust_total_202403200000_202403260000_map.png"/>
                    <pic:cNvPicPr/>
                  </pic:nvPicPr>
                  <pic:blipFill>
                    <a:blip r:embed="rId10"/>
                    <a:stretch>
                      <a:fillRect/>
                    </a:stretch>
                  </pic:blipFill>
                  <pic:spPr>
                    <a:xfrm>
                      <a:off x="0" y="0"/>
                      <a:ext cx="6245532" cy="3857534"/>
                    </a:xfrm>
                    <a:prstGeom prst="rect">
                      <a:avLst/>
                    </a:prstGeom>
                  </pic:spPr>
                </pic:pic>
              </a:graphicData>
            </a:graphic>
          </wp:inline>
        </w:drawing>
      </w:r>
    </w:p>
    <w:p w14:paraId="436FF46B" w14:textId="77777777" w:rsidR="0063510A" w:rsidRDefault="00E904C0">
      <w:pPr>
        <w:pStyle w:val="Caption"/>
      </w:pPr>
      <w:r>
        <w:t xml:space="preserve">Map 2: Leaf rust suitability for infection forecast Bhutan 20 </w:t>
      </w:r>
      <w:r>
        <w:t>Mar - 25 Mar 2024</w:t>
      </w:r>
    </w:p>
    <w:p w14:paraId="390088CF" w14:textId="23F3C8E4" w:rsidR="0063510A" w:rsidRDefault="00E904C0">
      <w:r>
        <w:t>The 20 most impacted districts</w:t>
      </w:r>
      <w:r w:rsidR="001E1140">
        <w:t xml:space="preserve"> (infection effici</w:t>
      </w:r>
      <w:r w:rsidR="003D1C35">
        <w:t>ency)</w:t>
      </w:r>
      <w:r>
        <w:t xml:space="preserve"> are presented in the table below.</w:t>
      </w:r>
    </w:p>
    <w:tbl>
      <w:tblPr>
        <w:tblStyle w:val="TableGrid"/>
        <w:tblW w:w="0" w:type="auto"/>
        <w:tblLook w:val="04A0" w:firstRow="1" w:lastRow="0" w:firstColumn="1" w:lastColumn="0" w:noHBand="0" w:noVBand="1"/>
      </w:tblPr>
      <w:tblGrid>
        <w:gridCol w:w="5038"/>
        <w:gridCol w:w="5038"/>
      </w:tblGrid>
      <w:tr w:rsidR="0063510A" w14:paraId="48C8D2D5" w14:textId="77777777">
        <w:tc>
          <w:tcPr>
            <w:tcW w:w="5043" w:type="dxa"/>
          </w:tcPr>
          <w:p w14:paraId="648D422A" w14:textId="77777777" w:rsidR="0063510A" w:rsidRDefault="00E904C0">
            <w:r>
              <w:t>admin2Name</w:t>
            </w:r>
          </w:p>
        </w:tc>
        <w:tc>
          <w:tcPr>
            <w:tcW w:w="5043" w:type="dxa"/>
          </w:tcPr>
          <w:p w14:paraId="1A3044B7" w14:textId="77777777" w:rsidR="0063510A" w:rsidRDefault="00E904C0">
            <w:r>
              <w:t>RIE_leaf_rust_%</w:t>
            </w:r>
          </w:p>
        </w:tc>
      </w:tr>
      <w:tr w:rsidR="0063510A" w14:paraId="25271459" w14:textId="77777777">
        <w:tc>
          <w:tcPr>
            <w:tcW w:w="5043" w:type="dxa"/>
          </w:tcPr>
          <w:p w14:paraId="5B4D119D" w14:textId="77777777" w:rsidR="0063510A" w:rsidRDefault="00E904C0">
            <w:r>
              <w:t>Ugentse</w:t>
            </w:r>
          </w:p>
        </w:tc>
        <w:tc>
          <w:tcPr>
            <w:tcW w:w="5043" w:type="dxa"/>
          </w:tcPr>
          <w:p w14:paraId="36A9A4E1" w14:textId="77777777" w:rsidR="0063510A" w:rsidRDefault="00E904C0">
            <w:r>
              <w:t>100</w:t>
            </w:r>
          </w:p>
        </w:tc>
      </w:tr>
      <w:tr w:rsidR="0063510A" w14:paraId="17B888DB" w14:textId="77777777">
        <w:tc>
          <w:tcPr>
            <w:tcW w:w="5043" w:type="dxa"/>
          </w:tcPr>
          <w:p w14:paraId="67444E2E" w14:textId="77777777" w:rsidR="0063510A" w:rsidRDefault="00E904C0">
            <w:r>
              <w:t>Trashiding</w:t>
            </w:r>
          </w:p>
        </w:tc>
        <w:tc>
          <w:tcPr>
            <w:tcW w:w="5043" w:type="dxa"/>
          </w:tcPr>
          <w:p w14:paraId="42782F39" w14:textId="77777777" w:rsidR="0063510A" w:rsidRDefault="00E904C0">
            <w:r>
              <w:t>99</w:t>
            </w:r>
          </w:p>
        </w:tc>
      </w:tr>
      <w:tr w:rsidR="0063510A" w14:paraId="7C6D502C" w14:textId="77777777">
        <w:tc>
          <w:tcPr>
            <w:tcW w:w="5043" w:type="dxa"/>
          </w:tcPr>
          <w:p w14:paraId="1D6709A9" w14:textId="77777777" w:rsidR="0063510A" w:rsidRDefault="00E904C0">
            <w:r>
              <w:t>Gozhing</w:t>
            </w:r>
          </w:p>
        </w:tc>
        <w:tc>
          <w:tcPr>
            <w:tcW w:w="5043" w:type="dxa"/>
          </w:tcPr>
          <w:p w14:paraId="14EA528B" w14:textId="77777777" w:rsidR="0063510A" w:rsidRDefault="00E904C0">
            <w:r>
              <w:t>99</w:t>
            </w:r>
          </w:p>
        </w:tc>
      </w:tr>
      <w:tr w:rsidR="0063510A" w14:paraId="19739857" w14:textId="77777777">
        <w:tc>
          <w:tcPr>
            <w:tcW w:w="5043" w:type="dxa"/>
          </w:tcPr>
          <w:p w14:paraId="08A9923D" w14:textId="77777777" w:rsidR="0063510A" w:rsidRDefault="00E904C0">
            <w:r>
              <w:t>Shompangkha</w:t>
            </w:r>
          </w:p>
        </w:tc>
        <w:tc>
          <w:tcPr>
            <w:tcW w:w="5043" w:type="dxa"/>
          </w:tcPr>
          <w:p w14:paraId="6C5BD126" w14:textId="77777777" w:rsidR="0063510A" w:rsidRDefault="00E904C0">
            <w:r>
              <w:t>99</w:t>
            </w:r>
          </w:p>
        </w:tc>
      </w:tr>
      <w:tr w:rsidR="0063510A" w14:paraId="0753D861" w14:textId="77777777">
        <w:tc>
          <w:tcPr>
            <w:tcW w:w="5043" w:type="dxa"/>
          </w:tcPr>
          <w:p w14:paraId="02A80D10" w14:textId="77777777" w:rsidR="0063510A" w:rsidRDefault="00E904C0">
            <w:r>
              <w:t>Barzhong</w:t>
            </w:r>
          </w:p>
        </w:tc>
        <w:tc>
          <w:tcPr>
            <w:tcW w:w="5043" w:type="dxa"/>
          </w:tcPr>
          <w:p w14:paraId="0409CEEC" w14:textId="77777777" w:rsidR="0063510A" w:rsidRDefault="00E904C0">
            <w:r>
              <w:t>99</w:t>
            </w:r>
          </w:p>
        </w:tc>
      </w:tr>
      <w:tr w:rsidR="0063510A" w14:paraId="449716B7" w14:textId="77777777">
        <w:tc>
          <w:tcPr>
            <w:tcW w:w="5043" w:type="dxa"/>
          </w:tcPr>
          <w:p w14:paraId="36A0C4E4" w14:textId="77777777" w:rsidR="0063510A" w:rsidRDefault="00E904C0">
            <w:r>
              <w:t>Dechhenling</w:t>
            </w:r>
          </w:p>
        </w:tc>
        <w:tc>
          <w:tcPr>
            <w:tcW w:w="5043" w:type="dxa"/>
          </w:tcPr>
          <w:p w14:paraId="50AE2A3C" w14:textId="77777777" w:rsidR="0063510A" w:rsidRDefault="00E904C0">
            <w:r>
              <w:t>99</w:t>
            </w:r>
          </w:p>
        </w:tc>
      </w:tr>
      <w:tr w:rsidR="0063510A" w14:paraId="7DE0DC06" w14:textId="77777777">
        <w:tc>
          <w:tcPr>
            <w:tcW w:w="5043" w:type="dxa"/>
          </w:tcPr>
          <w:p w14:paraId="734F38ED" w14:textId="77777777" w:rsidR="0063510A" w:rsidRDefault="00E904C0">
            <w:r>
              <w:t>Samtse</w:t>
            </w:r>
          </w:p>
        </w:tc>
        <w:tc>
          <w:tcPr>
            <w:tcW w:w="5043" w:type="dxa"/>
          </w:tcPr>
          <w:p w14:paraId="4147E31E" w14:textId="77777777" w:rsidR="0063510A" w:rsidRDefault="00E904C0">
            <w:r>
              <w:t>99</w:t>
            </w:r>
          </w:p>
        </w:tc>
      </w:tr>
      <w:tr w:rsidR="0063510A" w14:paraId="1F8D134A" w14:textId="77777777">
        <w:tc>
          <w:tcPr>
            <w:tcW w:w="5043" w:type="dxa"/>
          </w:tcPr>
          <w:p w14:paraId="3665C220" w14:textId="77777777" w:rsidR="0063510A" w:rsidRDefault="00E904C0">
            <w:r>
              <w:t>Gozhi</w:t>
            </w:r>
          </w:p>
        </w:tc>
        <w:tc>
          <w:tcPr>
            <w:tcW w:w="5043" w:type="dxa"/>
          </w:tcPr>
          <w:p w14:paraId="78D5077C" w14:textId="77777777" w:rsidR="0063510A" w:rsidRDefault="00E904C0">
            <w:r>
              <w:t>98</w:t>
            </w:r>
          </w:p>
        </w:tc>
      </w:tr>
      <w:tr w:rsidR="0063510A" w14:paraId="6BDB7D8E" w14:textId="77777777">
        <w:tc>
          <w:tcPr>
            <w:tcW w:w="5043" w:type="dxa"/>
          </w:tcPr>
          <w:p w14:paraId="0229BF73" w14:textId="77777777" w:rsidR="0063510A" w:rsidRDefault="00E904C0">
            <w:r>
              <w:t>Samphelling</w:t>
            </w:r>
          </w:p>
        </w:tc>
        <w:tc>
          <w:tcPr>
            <w:tcW w:w="5043" w:type="dxa"/>
          </w:tcPr>
          <w:p w14:paraId="16A24FC9" w14:textId="77777777" w:rsidR="0063510A" w:rsidRDefault="00E904C0">
            <w:r>
              <w:t>98</w:t>
            </w:r>
          </w:p>
        </w:tc>
      </w:tr>
      <w:tr w:rsidR="0063510A" w14:paraId="4E49B5E4" w14:textId="77777777">
        <w:tc>
          <w:tcPr>
            <w:tcW w:w="5043" w:type="dxa"/>
          </w:tcPr>
          <w:p w14:paraId="5E6C8F85" w14:textId="77777777" w:rsidR="0063510A" w:rsidRDefault="00E904C0">
            <w:r>
              <w:t>Chokhorling</w:t>
            </w:r>
          </w:p>
        </w:tc>
        <w:tc>
          <w:tcPr>
            <w:tcW w:w="5043" w:type="dxa"/>
          </w:tcPr>
          <w:p w14:paraId="05CAC08E" w14:textId="77777777" w:rsidR="0063510A" w:rsidRDefault="00E904C0">
            <w:r>
              <w:t>98</w:t>
            </w:r>
          </w:p>
        </w:tc>
      </w:tr>
      <w:tr w:rsidR="0063510A" w14:paraId="0260C4ED" w14:textId="77777777">
        <w:tc>
          <w:tcPr>
            <w:tcW w:w="5043" w:type="dxa"/>
          </w:tcPr>
          <w:p w14:paraId="7CD3CF68" w14:textId="77777777" w:rsidR="0063510A" w:rsidRDefault="00E904C0">
            <w:r>
              <w:t>Tading</w:t>
            </w:r>
          </w:p>
        </w:tc>
        <w:tc>
          <w:tcPr>
            <w:tcW w:w="5043" w:type="dxa"/>
          </w:tcPr>
          <w:p w14:paraId="64C8B1FB" w14:textId="77777777" w:rsidR="0063510A" w:rsidRDefault="00E904C0">
            <w:r>
              <w:t>98</w:t>
            </w:r>
          </w:p>
        </w:tc>
      </w:tr>
      <w:tr w:rsidR="0063510A" w14:paraId="7BBB9926" w14:textId="77777777">
        <w:tc>
          <w:tcPr>
            <w:tcW w:w="5043" w:type="dxa"/>
          </w:tcPr>
          <w:p w14:paraId="556F6A4C" w14:textId="77777777" w:rsidR="0063510A" w:rsidRDefault="00E904C0">
            <w:r>
              <w:t>Chhimung</w:t>
            </w:r>
          </w:p>
        </w:tc>
        <w:tc>
          <w:tcPr>
            <w:tcW w:w="5043" w:type="dxa"/>
          </w:tcPr>
          <w:p w14:paraId="2E4DDA47" w14:textId="77777777" w:rsidR="0063510A" w:rsidRDefault="00E904C0">
            <w:r>
              <w:t>98</w:t>
            </w:r>
          </w:p>
        </w:tc>
      </w:tr>
      <w:tr w:rsidR="0063510A" w14:paraId="5F2BFCAD" w14:textId="77777777">
        <w:tc>
          <w:tcPr>
            <w:tcW w:w="5043" w:type="dxa"/>
          </w:tcPr>
          <w:p w14:paraId="66EF5252" w14:textId="77777777" w:rsidR="0063510A" w:rsidRDefault="00E904C0">
            <w:r>
              <w:t>Beteni</w:t>
            </w:r>
          </w:p>
        </w:tc>
        <w:tc>
          <w:tcPr>
            <w:tcW w:w="5043" w:type="dxa"/>
          </w:tcPr>
          <w:p w14:paraId="0635F606" w14:textId="77777777" w:rsidR="0063510A" w:rsidRDefault="00E904C0">
            <w:r>
              <w:t>98</w:t>
            </w:r>
          </w:p>
        </w:tc>
      </w:tr>
      <w:tr w:rsidR="0063510A" w14:paraId="67F54F77" w14:textId="77777777">
        <w:tc>
          <w:tcPr>
            <w:tcW w:w="5043" w:type="dxa"/>
          </w:tcPr>
          <w:p w14:paraId="3589510A" w14:textId="77777777" w:rsidR="0063510A" w:rsidRDefault="00E904C0">
            <w:r>
              <w:lastRenderedPageBreak/>
              <w:t>Dungmin</w:t>
            </w:r>
          </w:p>
        </w:tc>
        <w:tc>
          <w:tcPr>
            <w:tcW w:w="5043" w:type="dxa"/>
          </w:tcPr>
          <w:p w14:paraId="6FF6BE74" w14:textId="77777777" w:rsidR="0063510A" w:rsidRDefault="00E904C0">
            <w:r>
              <w:t>98</w:t>
            </w:r>
          </w:p>
        </w:tc>
      </w:tr>
      <w:tr w:rsidR="0063510A" w14:paraId="5F536BE4" w14:textId="77777777">
        <w:tc>
          <w:tcPr>
            <w:tcW w:w="5043" w:type="dxa"/>
          </w:tcPr>
          <w:p w14:paraId="48F674A7" w14:textId="77777777" w:rsidR="0063510A" w:rsidRDefault="00E904C0">
            <w:r>
              <w:t>Pagli</w:t>
            </w:r>
          </w:p>
        </w:tc>
        <w:tc>
          <w:tcPr>
            <w:tcW w:w="5043" w:type="dxa"/>
          </w:tcPr>
          <w:p w14:paraId="31E5FE24" w14:textId="77777777" w:rsidR="0063510A" w:rsidRDefault="00E904C0">
            <w:r>
              <w:t>97</w:t>
            </w:r>
          </w:p>
        </w:tc>
      </w:tr>
      <w:tr w:rsidR="0063510A" w14:paraId="36C6C878" w14:textId="77777777">
        <w:tc>
          <w:tcPr>
            <w:tcW w:w="5043" w:type="dxa"/>
          </w:tcPr>
          <w:p w14:paraId="1E5EE83D" w14:textId="77777777" w:rsidR="0063510A" w:rsidRDefault="00E904C0">
            <w:r>
              <w:t>Tsendagang</w:t>
            </w:r>
          </w:p>
        </w:tc>
        <w:tc>
          <w:tcPr>
            <w:tcW w:w="5043" w:type="dxa"/>
          </w:tcPr>
          <w:p w14:paraId="3A0040E8" w14:textId="77777777" w:rsidR="0063510A" w:rsidRDefault="00E904C0">
            <w:r>
              <w:t>97</w:t>
            </w:r>
          </w:p>
        </w:tc>
      </w:tr>
      <w:tr w:rsidR="0063510A" w14:paraId="13FE3F9D" w14:textId="77777777">
        <w:tc>
          <w:tcPr>
            <w:tcW w:w="5043" w:type="dxa"/>
          </w:tcPr>
          <w:p w14:paraId="03056250" w14:textId="77777777" w:rsidR="0063510A" w:rsidRDefault="00E904C0">
            <w:r>
              <w:t>Mendrelgang</w:t>
            </w:r>
          </w:p>
        </w:tc>
        <w:tc>
          <w:tcPr>
            <w:tcW w:w="5043" w:type="dxa"/>
          </w:tcPr>
          <w:p w14:paraId="00994BD1" w14:textId="77777777" w:rsidR="0063510A" w:rsidRDefault="00E904C0">
            <w:r>
              <w:t>97</w:t>
            </w:r>
          </w:p>
        </w:tc>
      </w:tr>
      <w:tr w:rsidR="0063510A" w14:paraId="7739844F" w14:textId="77777777">
        <w:tc>
          <w:tcPr>
            <w:tcW w:w="5043" w:type="dxa"/>
          </w:tcPr>
          <w:p w14:paraId="1BDB145E" w14:textId="77777777" w:rsidR="0063510A" w:rsidRDefault="00E904C0">
            <w:r>
              <w:t>Deorali</w:t>
            </w:r>
          </w:p>
        </w:tc>
        <w:tc>
          <w:tcPr>
            <w:tcW w:w="5043" w:type="dxa"/>
          </w:tcPr>
          <w:p w14:paraId="3EA9128D" w14:textId="77777777" w:rsidR="0063510A" w:rsidRDefault="00E904C0">
            <w:r>
              <w:t>97</w:t>
            </w:r>
          </w:p>
        </w:tc>
      </w:tr>
      <w:tr w:rsidR="0063510A" w14:paraId="657632F5" w14:textId="77777777">
        <w:tc>
          <w:tcPr>
            <w:tcW w:w="5043" w:type="dxa"/>
          </w:tcPr>
          <w:p w14:paraId="7495C9C6" w14:textId="77777777" w:rsidR="0063510A" w:rsidRDefault="00E904C0">
            <w:r>
              <w:t>Pangkhar</w:t>
            </w:r>
          </w:p>
        </w:tc>
        <w:tc>
          <w:tcPr>
            <w:tcW w:w="5043" w:type="dxa"/>
          </w:tcPr>
          <w:p w14:paraId="316AB388" w14:textId="77777777" w:rsidR="0063510A" w:rsidRDefault="00E904C0">
            <w:r>
              <w:t>96</w:t>
            </w:r>
          </w:p>
        </w:tc>
      </w:tr>
      <w:tr w:rsidR="0063510A" w14:paraId="225AD579" w14:textId="77777777">
        <w:tc>
          <w:tcPr>
            <w:tcW w:w="5043" w:type="dxa"/>
          </w:tcPr>
          <w:p w14:paraId="028DD6F2" w14:textId="77777777" w:rsidR="0063510A" w:rsidRDefault="00E904C0">
            <w:r>
              <w:t>Nichula</w:t>
            </w:r>
          </w:p>
        </w:tc>
        <w:tc>
          <w:tcPr>
            <w:tcW w:w="5043" w:type="dxa"/>
          </w:tcPr>
          <w:p w14:paraId="167BB1A5" w14:textId="77777777" w:rsidR="0063510A" w:rsidRDefault="00E904C0">
            <w:r>
              <w:t>96</w:t>
            </w:r>
          </w:p>
        </w:tc>
      </w:tr>
    </w:tbl>
    <w:p w14:paraId="11BC34DD" w14:textId="77777777" w:rsidR="0063510A" w:rsidRDefault="00E904C0">
      <w:r>
        <w:br w:type="page"/>
      </w:r>
    </w:p>
    <w:p w14:paraId="7C44B4B5" w14:textId="77777777" w:rsidR="0063510A" w:rsidRDefault="00E904C0">
      <w:pPr>
        <w:pStyle w:val="Heading2"/>
      </w:pPr>
      <w:r>
        <w:lastRenderedPageBreak/>
        <w:t>Stripe rust</w:t>
      </w:r>
    </w:p>
    <w:p w14:paraId="72D58D52" w14:textId="2A584917" w:rsidR="0063510A" w:rsidRDefault="003D1C35">
      <w:r w:rsidRPr="003D1C35">
        <w:rPr>
          <w:b/>
          <w:bCs/>
        </w:rPr>
        <w:t>Dispersal:</w:t>
      </w:r>
      <w:r>
        <w:t xml:space="preserve"> </w:t>
      </w:r>
      <w:r w:rsidR="00E904C0">
        <w:t>Current forecast (20 Mar - 26 Mar) indicates</w:t>
      </w:r>
      <w:r>
        <w:t xml:space="preserve"> </w:t>
      </w:r>
      <w:r w:rsidR="005D7A97">
        <w:t>some spore deposition from infected sites in Nepal into southwestern areas.</w:t>
      </w:r>
    </w:p>
    <w:p w14:paraId="059B6F84" w14:textId="77777777" w:rsidR="0063510A" w:rsidRDefault="00E904C0">
      <w:r>
        <w:rPr>
          <w:noProof/>
        </w:rPr>
        <w:drawing>
          <wp:inline distT="0" distB="0" distL="0" distR="0" wp14:anchorId="75A8E765" wp14:editId="613840AF">
            <wp:extent cx="6316980" cy="3901664"/>
            <wp:effectExtent l="0" t="0" r="762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osition_bhutan_stripe_rust_total_202403200300_202403270000_map.png"/>
                    <pic:cNvPicPr/>
                  </pic:nvPicPr>
                  <pic:blipFill>
                    <a:blip r:embed="rId11"/>
                    <a:stretch>
                      <a:fillRect/>
                    </a:stretch>
                  </pic:blipFill>
                  <pic:spPr>
                    <a:xfrm>
                      <a:off x="0" y="0"/>
                      <a:ext cx="6325013" cy="3906625"/>
                    </a:xfrm>
                    <a:prstGeom prst="rect">
                      <a:avLst/>
                    </a:prstGeom>
                  </pic:spPr>
                </pic:pic>
              </a:graphicData>
            </a:graphic>
          </wp:inline>
        </w:drawing>
      </w:r>
    </w:p>
    <w:p w14:paraId="3711BDA5" w14:textId="77777777" w:rsidR="0063510A" w:rsidRDefault="00E904C0">
      <w:pPr>
        <w:pStyle w:val="Caption"/>
      </w:pPr>
      <w:r>
        <w:t xml:space="preserve">Map 3: Stripe rust spore deposition forecast Bhutan 20 Mar - 26 </w:t>
      </w:r>
      <w:r>
        <w:t>Mar 2024</w:t>
      </w:r>
    </w:p>
    <w:p w14:paraId="3EA5409A" w14:textId="201DBCB5" w:rsidR="0063510A" w:rsidRDefault="00E904C0">
      <w:r>
        <w:t>The 20 most impacted districts</w:t>
      </w:r>
      <w:r w:rsidR="005D7A97">
        <w:t xml:space="preserve"> (spore deposition)</w:t>
      </w:r>
      <w:r>
        <w:t xml:space="preserve"> are presented in the table below.</w:t>
      </w:r>
    </w:p>
    <w:tbl>
      <w:tblPr>
        <w:tblStyle w:val="TableGrid"/>
        <w:tblW w:w="0" w:type="auto"/>
        <w:tblLook w:val="04A0" w:firstRow="1" w:lastRow="0" w:firstColumn="1" w:lastColumn="0" w:noHBand="0" w:noVBand="1"/>
      </w:tblPr>
      <w:tblGrid>
        <w:gridCol w:w="5039"/>
        <w:gridCol w:w="5037"/>
      </w:tblGrid>
      <w:tr w:rsidR="0063510A" w14:paraId="47EFA5D9" w14:textId="77777777">
        <w:tc>
          <w:tcPr>
            <w:tcW w:w="5043" w:type="dxa"/>
          </w:tcPr>
          <w:p w14:paraId="64AC2FBB" w14:textId="77777777" w:rsidR="0063510A" w:rsidRDefault="00E904C0">
            <w:r>
              <w:t>admin2Name</w:t>
            </w:r>
          </w:p>
        </w:tc>
        <w:tc>
          <w:tcPr>
            <w:tcW w:w="5043" w:type="dxa"/>
          </w:tcPr>
          <w:p w14:paraId="3CB00654" w14:textId="77777777" w:rsidR="0063510A" w:rsidRDefault="00E904C0">
            <w:r>
              <w:t>Stripe rust spores per m^2 per week</w:t>
            </w:r>
          </w:p>
        </w:tc>
      </w:tr>
      <w:tr w:rsidR="0063510A" w14:paraId="0462BFA8" w14:textId="77777777">
        <w:tc>
          <w:tcPr>
            <w:tcW w:w="5043" w:type="dxa"/>
          </w:tcPr>
          <w:p w14:paraId="4FBA4DCC" w14:textId="77777777" w:rsidR="0063510A" w:rsidRDefault="00E904C0">
            <w:r>
              <w:t>Lhamoizingkha</w:t>
            </w:r>
          </w:p>
        </w:tc>
        <w:tc>
          <w:tcPr>
            <w:tcW w:w="5043" w:type="dxa"/>
          </w:tcPr>
          <w:p w14:paraId="39476E64" w14:textId="77777777" w:rsidR="0063510A" w:rsidRDefault="00E904C0">
            <w:r>
              <w:t>5700</w:t>
            </w:r>
          </w:p>
        </w:tc>
      </w:tr>
      <w:tr w:rsidR="0063510A" w14:paraId="40457E94" w14:textId="77777777">
        <w:tc>
          <w:tcPr>
            <w:tcW w:w="5043" w:type="dxa"/>
          </w:tcPr>
          <w:p w14:paraId="5B5F54E4" w14:textId="77777777" w:rsidR="0063510A" w:rsidRDefault="00E904C0">
            <w:r>
              <w:t>Samphelling</w:t>
            </w:r>
          </w:p>
        </w:tc>
        <w:tc>
          <w:tcPr>
            <w:tcW w:w="5043" w:type="dxa"/>
          </w:tcPr>
          <w:p w14:paraId="734885E4" w14:textId="77777777" w:rsidR="0063510A" w:rsidRDefault="00E904C0">
            <w:r>
              <w:t>5400</w:t>
            </w:r>
          </w:p>
        </w:tc>
      </w:tr>
      <w:tr w:rsidR="0063510A" w14:paraId="596FF88A" w14:textId="77777777">
        <w:tc>
          <w:tcPr>
            <w:tcW w:w="5043" w:type="dxa"/>
          </w:tcPr>
          <w:p w14:paraId="4515CC42" w14:textId="77777777" w:rsidR="0063510A" w:rsidRDefault="00E904C0">
            <w:r>
              <w:t>Deorali</w:t>
            </w:r>
          </w:p>
        </w:tc>
        <w:tc>
          <w:tcPr>
            <w:tcW w:w="5043" w:type="dxa"/>
          </w:tcPr>
          <w:p w14:paraId="7049C74E" w14:textId="77777777" w:rsidR="0063510A" w:rsidRDefault="00E904C0">
            <w:r>
              <w:t>5200</w:t>
            </w:r>
          </w:p>
        </w:tc>
      </w:tr>
      <w:tr w:rsidR="0063510A" w14:paraId="46F8D713" w14:textId="77777777">
        <w:tc>
          <w:tcPr>
            <w:tcW w:w="5043" w:type="dxa"/>
          </w:tcPr>
          <w:p w14:paraId="379EB40E" w14:textId="77777777" w:rsidR="0063510A" w:rsidRDefault="00E904C0">
            <w:r>
              <w:t>Dala</w:t>
            </w:r>
          </w:p>
        </w:tc>
        <w:tc>
          <w:tcPr>
            <w:tcW w:w="5043" w:type="dxa"/>
          </w:tcPr>
          <w:p w14:paraId="5E6E4278" w14:textId="77777777" w:rsidR="0063510A" w:rsidRDefault="00E904C0">
            <w:r>
              <w:t>4800</w:t>
            </w:r>
          </w:p>
        </w:tc>
      </w:tr>
      <w:tr w:rsidR="0063510A" w14:paraId="17FCF574" w14:textId="77777777">
        <w:tc>
          <w:tcPr>
            <w:tcW w:w="5043" w:type="dxa"/>
          </w:tcPr>
          <w:p w14:paraId="535FD9CE" w14:textId="77777777" w:rsidR="0063510A" w:rsidRDefault="00E904C0">
            <w:r>
              <w:t>Nichula</w:t>
            </w:r>
          </w:p>
        </w:tc>
        <w:tc>
          <w:tcPr>
            <w:tcW w:w="5043" w:type="dxa"/>
          </w:tcPr>
          <w:p w14:paraId="1F338EE0" w14:textId="77777777" w:rsidR="0063510A" w:rsidRDefault="00E904C0">
            <w:r>
              <w:t>4400</w:t>
            </w:r>
          </w:p>
        </w:tc>
      </w:tr>
      <w:tr w:rsidR="0063510A" w14:paraId="059909D8" w14:textId="77777777">
        <w:tc>
          <w:tcPr>
            <w:tcW w:w="5043" w:type="dxa"/>
          </w:tcPr>
          <w:p w14:paraId="5E6120F4" w14:textId="77777777" w:rsidR="0063510A" w:rsidRDefault="00E904C0">
            <w:r>
              <w:t>Pagli</w:t>
            </w:r>
          </w:p>
        </w:tc>
        <w:tc>
          <w:tcPr>
            <w:tcW w:w="5043" w:type="dxa"/>
          </w:tcPr>
          <w:p w14:paraId="4F3A2B39" w14:textId="77777777" w:rsidR="0063510A" w:rsidRDefault="00E904C0">
            <w:r>
              <w:t>4100</w:t>
            </w:r>
          </w:p>
        </w:tc>
      </w:tr>
      <w:tr w:rsidR="0063510A" w14:paraId="0E5DFE5F" w14:textId="77777777">
        <w:tc>
          <w:tcPr>
            <w:tcW w:w="5043" w:type="dxa"/>
          </w:tcPr>
          <w:p w14:paraId="5B1B58AB" w14:textId="77777777" w:rsidR="0063510A" w:rsidRDefault="00E904C0">
            <w:r>
              <w:t>Dorona</w:t>
            </w:r>
          </w:p>
        </w:tc>
        <w:tc>
          <w:tcPr>
            <w:tcW w:w="5043" w:type="dxa"/>
          </w:tcPr>
          <w:p w14:paraId="4325709D" w14:textId="77777777" w:rsidR="0063510A" w:rsidRDefault="00E904C0">
            <w:r>
              <w:t>3700</w:t>
            </w:r>
          </w:p>
        </w:tc>
      </w:tr>
      <w:tr w:rsidR="0063510A" w14:paraId="55312DE4" w14:textId="77777777">
        <w:tc>
          <w:tcPr>
            <w:tcW w:w="5043" w:type="dxa"/>
          </w:tcPr>
          <w:p w14:paraId="46F432FD" w14:textId="77777777" w:rsidR="0063510A" w:rsidRDefault="00E904C0">
            <w:r>
              <w:t>Bongo</w:t>
            </w:r>
          </w:p>
        </w:tc>
        <w:tc>
          <w:tcPr>
            <w:tcW w:w="5043" w:type="dxa"/>
          </w:tcPr>
          <w:p w14:paraId="215501C2" w14:textId="77777777" w:rsidR="0063510A" w:rsidRDefault="00E904C0">
            <w:r>
              <w:t>3000</w:t>
            </w:r>
          </w:p>
        </w:tc>
      </w:tr>
      <w:tr w:rsidR="0063510A" w14:paraId="041347F9" w14:textId="77777777">
        <w:tc>
          <w:tcPr>
            <w:tcW w:w="5043" w:type="dxa"/>
          </w:tcPr>
          <w:p w14:paraId="5ABA696E" w14:textId="77777777" w:rsidR="0063510A" w:rsidRDefault="00E904C0">
            <w:r>
              <w:t>Getana</w:t>
            </w:r>
          </w:p>
        </w:tc>
        <w:tc>
          <w:tcPr>
            <w:tcW w:w="5043" w:type="dxa"/>
          </w:tcPr>
          <w:p w14:paraId="3C6B867D" w14:textId="77777777" w:rsidR="0063510A" w:rsidRDefault="00E904C0">
            <w:r>
              <w:t>2600</w:t>
            </w:r>
          </w:p>
        </w:tc>
      </w:tr>
      <w:tr w:rsidR="0063510A" w14:paraId="349F48A0" w14:textId="77777777">
        <w:tc>
          <w:tcPr>
            <w:tcW w:w="5043" w:type="dxa"/>
          </w:tcPr>
          <w:p w14:paraId="72BCD7C6" w14:textId="77777777" w:rsidR="0063510A" w:rsidRDefault="00E904C0">
            <w:r>
              <w:t>Tading</w:t>
            </w:r>
          </w:p>
        </w:tc>
        <w:tc>
          <w:tcPr>
            <w:tcW w:w="5043" w:type="dxa"/>
          </w:tcPr>
          <w:p w14:paraId="51AEA93C" w14:textId="77777777" w:rsidR="0063510A" w:rsidRDefault="00E904C0">
            <w:r>
              <w:t>2400</w:t>
            </w:r>
          </w:p>
        </w:tc>
      </w:tr>
      <w:tr w:rsidR="0063510A" w14:paraId="72B3E339" w14:textId="77777777">
        <w:tc>
          <w:tcPr>
            <w:tcW w:w="5043" w:type="dxa"/>
          </w:tcPr>
          <w:p w14:paraId="5DB1F631" w14:textId="77777777" w:rsidR="0063510A" w:rsidRDefault="00E904C0">
            <w:r>
              <w:t>Phuentsholing</w:t>
            </w:r>
          </w:p>
        </w:tc>
        <w:tc>
          <w:tcPr>
            <w:tcW w:w="5043" w:type="dxa"/>
          </w:tcPr>
          <w:p w14:paraId="0F3EAE5D" w14:textId="77777777" w:rsidR="0063510A" w:rsidRDefault="00E904C0">
            <w:r>
              <w:t>2300</w:t>
            </w:r>
          </w:p>
        </w:tc>
      </w:tr>
      <w:tr w:rsidR="0063510A" w14:paraId="024E5CD4" w14:textId="77777777">
        <w:tc>
          <w:tcPr>
            <w:tcW w:w="5043" w:type="dxa"/>
          </w:tcPr>
          <w:p w14:paraId="7A20FFCF" w14:textId="77777777" w:rsidR="0063510A" w:rsidRDefault="00E904C0">
            <w:r>
              <w:t>Tsendagang</w:t>
            </w:r>
          </w:p>
        </w:tc>
        <w:tc>
          <w:tcPr>
            <w:tcW w:w="5043" w:type="dxa"/>
          </w:tcPr>
          <w:p w14:paraId="5F029D03" w14:textId="77777777" w:rsidR="0063510A" w:rsidRDefault="00E904C0">
            <w:r>
              <w:t>2300</w:t>
            </w:r>
          </w:p>
        </w:tc>
      </w:tr>
      <w:tr w:rsidR="0063510A" w14:paraId="3F6DC2E8" w14:textId="77777777">
        <w:tc>
          <w:tcPr>
            <w:tcW w:w="5043" w:type="dxa"/>
          </w:tcPr>
          <w:p w14:paraId="134BD13D" w14:textId="77777777" w:rsidR="0063510A" w:rsidRDefault="00E904C0">
            <w:r>
              <w:t>Senge</w:t>
            </w:r>
          </w:p>
        </w:tc>
        <w:tc>
          <w:tcPr>
            <w:tcW w:w="5043" w:type="dxa"/>
          </w:tcPr>
          <w:p w14:paraId="5EA6C8AF" w14:textId="77777777" w:rsidR="0063510A" w:rsidRDefault="00E904C0">
            <w:r>
              <w:t>2100</w:t>
            </w:r>
          </w:p>
        </w:tc>
      </w:tr>
      <w:tr w:rsidR="0063510A" w14:paraId="07EA0907" w14:textId="77777777">
        <w:tc>
          <w:tcPr>
            <w:tcW w:w="5043" w:type="dxa"/>
          </w:tcPr>
          <w:p w14:paraId="70DB163F" w14:textId="77777777" w:rsidR="0063510A" w:rsidRDefault="00E904C0">
            <w:r>
              <w:t>Samtse</w:t>
            </w:r>
          </w:p>
        </w:tc>
        <w:tc>
          <w:tcPr>
            <w:tcW w:w="5043" w:type="dxa"/>
          </w:tcPr>
          <w:p w14:paraId="1FF1522B" w14:textId="77777777" w:rsidR="0063510A" w:rsidRDefault="00E904C0">
            <w:r>
              <w:t>1500</w:t>
            </w:r>
          </w:p>
        </w:tc>
      </w:tr>
      <w:tr w:rsidR="0063510A" w14:paraId="7349D53E" w14:textId="77777777">
        <w:tc>
          <w:tcPr>
            <w:tcW w:w="5043" w:type="dxa"/>
          </w:tcPr>
          <w:p w14:paraId="3868F702" w14:textId="77777777" w:rsidR="0063510A" w:rsidRDefault="00E904C0">
            <w:r>
              <w:t>Gozhi</w:t>
            </w:r>
          </w:p>
        </w:tc>
        <w:tc>
          <w:tcPr>
            <w:tcW w:w="5043" w:type="dxa"/>
          </w:tcPr>
          <w:p w14:paraId="2DD8DAAC" w14:textId="77777777" w:rsidR="0063510A" w:rsidRDefault="00E904C0">
            <w:r>
              <w:t>1200</w:t>
            </w:r>
          </w:p>
        </w:tc>
      </w:tr>
      <w:tr w:rsidR="0063510A" w14:paraId="01FB4714" w14:textId="77777777">
        <w:tc>
          <w:tcPr>
            <w:tcW w:w="5043" w:type="dxa"/>
          </w:tcPr>
          <w:p w14:paraId="7286A6C7" w14:textId="77777777" w:rsidR="0063510A" w:rsidRDefault="00E904C0">
            <w:r>
              <w:t>Gesarling</w:t>
            </w:r>
          </w:p>
        </w:tc>
        <w:tc>
          <w:tcPr>
            <w:tcW w:w="5043" w:type="dxa"/>
          </w:tcPr>
          <w:p w14:paraId="32B918DB" w14:textId="77777777" w:rsidR="0063510A" w:rsidRDefault="00E904C0">
            <w:r>
              <w:t>1200</w:t>
            </w:r>
          </w:p>
        </w:tc>
      </w:tr>
      <w:tr w:rsidR="0063510A" w14:paraId="1C2186F4" w14:textId="77777777">
        <w:tc>
          <w:tcPr>
            <w:tcW w:w="5043" w:type="dxa"/>
          </w:tcPr>
          <w:p w14:paraId="1FE2829D" w14:textId="77777777" w:rsidR="0063510A" w:rsidRDefault="00E904C0">
            <w:r>
              <w:t>Trashiding</w:t>
            </w:r>
          </w:p>
        </w:tc>
        <w:tc>
          <w:tcPr>
            <w:tcW w:w="5043" w:type="dxa"/>
          </w:tcPr>
          <w:p w14:paraId="4FB98B4A" w14:textId="77777777" w:rsidR="0063510A" w:rsidRDefault="00E904C0">
            <w:r>
              <w:t>1100</w:t>
            </w:r>
          </w:p>
        </w:tc>
      </w:tr>
      <w:tr w:rsidR="0063510A" w14:paraId="42011112" w14:textId="77777777">
        <w:tc>
          <w:tcPr>
            <w:tcW w:w="5043" w:type="dxa"/>
          </w:tcPr>
          <w:p w14:paraId="4D42F5CA" w14:textId="77777777" w:rsidR="0063510A" w:rsidRDefault="00E904C0">
            <w:r>
              <w:lastRenderedPageBreak/>
              <w:t>Ugentse</w:t>
            </w:r>
          </w:p>
        </w:tc>
        <w:tc>
          <w:tcPr>
            <w:tcW w:w="5043" w:type="dxa"/>
          </w:tcPr>
          <w:p w14:paraId="1CDC143C" w14:textId="77777777" w:rsidR="0063510A" w:rsidRDefault="00E904C0">
            <w:r>
              <w:t>1100</w:t>
            </w:r>
          </w:p>
        </w:tc>
      </w:tr>
      <w:tr w:rsidR="0063510A" w14:paraId="181AF132" w14:textId="77777777">
        <w:tc>
          <w:tcPr>
            <w:tcW w:w="5043" w:type="dxa"/>
          </w:tcPr>
          <w:p w14:paraId="3DF8C01F" w14:textId="77777777" w:rsidR="0063510A" w:rsidRDefault="00E904C0">
            <w:r>
              <w:t>Shompangkha</w:t>
            </w:r>
          </w:p>
        </w:tc>
        <w:tc>
          <w:tcPr>
            <w:tcW w:w="5043" w:type="dxa"/>
          </w:tcPr>
          <w:p w14:paraId="0AEF4446" w14:textId="77777777" w:rsidR="0063510A" w:rsidRDefault="00E904C0">
            <w:r>
              <w:t>940</w:t>
            </w:r>
          </w:p>
        </w:tc>
      </w:tr>
      <w:tr w:rsidR="0063510A" w14:paraId="79A45562" w14:textId="77777777">
        <w:tc>
          <w:tcPr>
            <w:tcW w:w="5043" w:type="dxa"/>
          </w:tcPr>
          <w:p w14:paraId="5CA3D4BE" w14:textId="77777777" w:rsidR="0063510A" w:rsidRDefault="00E904C0">
            <w:r>
              <w:t>Beteni</w:t>
            </w:r>
          </w:p>
        </w:tc>
        <w:tc>
          <w:tcPr>
            <w:tcW w:w="5043" w:type="dxa"/>
          </w:tcPr>
          <w:p w14:paraId="1425651A" w14:textId="77777777" w:rsidR="0063510A" w:rsidRDefault="00E904C0">
            <w:r>
              <w:t>910</w:t>
            </w:r>
          </w:p>
        </w:tc>
      </w:tr>
    </w:tbl>
    <w:p w14:paraId="5148E900" w14:textId="77777777" w:rsidR="005D7A97" w:rsidRDefault="005D7A97"/>
    <w:p w14:paraId="306C809F" w14:textId="334F5610" w:rsidR="0063510A" w:rsidRDefault="004C6003">
      <w:r w:rsidRPr="00E203D1">
        <w:rPr>
          <w:b/>
          <w:bCs/>
        </w:rPr>
        <w:t>Risk of infection:</w:t>
      </w:r>
      <w:r>
        <w:t xml:space="preserve"> Current forecast (</w:t>
      </w:r>
      <w:r>
        <w:t>20</w:t>
      </w:r>
      <w:r>
        <w:t xml:space="preserve"> – </w:t>
      </w:r>
      <w:r>
        <w:t>25</w:t>
      </w:r>
      <w:r>
        <w:t xml:space="preserve"> Mar) indicates </w:t>
      </w:r>
      <w:r>
        <w:t>an increase</w:t>
      </w:r>
      <w:r>
        <w:t xml:space="preserve"> in risk of infection, </w:t>
      </w:r>
      <w:r>
        <w:t xml:space="preserve">with high infection efficiency in </w:t>
      </w:r>
      <w:r w:rsidR="00B55638">
        <w:t>southern</w:t>
      </w:r>
      <w:r>
        <w:t xml:space="preserve"> </w:t>
      </w:r>
      <w:r w:rsidR="00B55638">
        <w:t>areas</w:t>
      </w:r>
      <w:r>
        <w:t xml:space="preserve"> </w:t>
      </w:r>
      <w:proofErr w:type="gramStart"/>
      <w:r>
        <w:t>and also</w:t>
      </w:r>
      <w:proofErr w:type="gramEnd"/>
      <w:r>
        <w:t xml:space="preserve"> </w:t>
      </w:r>
      <w:r w:rsidR="00B55638">
        <w:t>the main valleys.</w:t>
      </w:r>
    </w:p>
    <w:p w14:paraId="4D8F1C84" w14:textId="77777777" w:rsidR="0063510A" w:rsidRDefault="00E904C0">
      <w:r>
        <w:rPr>
          <w:noProof/>
        </w:rPr>
        <w:drawing>
          <wp:inline distT="0" distB="0" distL="0" distR="0" wp14:anchorId="0EE0D8D6" wp14:editId="2DF19842">
            <wp:extent cx="6385560" cy="394402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itability_bhutan_stripe_rust_total_202403200000_202403260000_map.png"/>
                    <pic:cNvPicPr/>
                  </pic:nvPicPr>
                  <pic:blipFill>
                    <a:blip r:embed="rId12"/>
                    <a:stretch>
                      <a:fillRect/>
                    </a:stretch>
                  </pic:blipFill>
                  <pic:spPr>
                    <a:xfrm>
                      <a:off x="0" y="0"/>
                      <a:ext cx="6394018" cy="3949246"/>
                    </a:xfrm>
                    <a:prstGeom prst="rect">
                      <a:avLst/>
                    </a:prstGeom>
                  </pic:spPr>
                </pic:pic>
              </a:graphicData>
            </a:graphic>
          </wp:inline>
        </w:drawing>
      </w:r>
    </w:p>
    <w:p w14:paraId="0645DC1B" w14:textId="77777777" w:rsidR="0063510A" w:rsidRDefault="00E904C0">
      <w:pPr>
        <w:pStyle w:val="Caption"/>
      </w:pPr>
      <w:r>
        <w:t xml:space="preserve">Map 4: Stripe rust suitability for infection forecast Bhutan 20 </w:t>
      </w:r>
      <w:r>
        <w:t>Mar - 25 Mar 2024</w:t>
      </w:r>
    </w:p>
    <w:p w14:paraId="4119BDB8" w14:textId="26483D88" w:rsidR="0063510A" w:rsidRDefault="00E904C0">
      <w:r>
        <w:t>The 20 most impacted districts</w:t>
      </w:r>
      <w:r w:rsidR="00B55638">
        <w:t xml:space="preserve"> (infection efficiency)</w:t>
      </w:r>
      <w:r>
        <w:t xml:space="preserve"> are presented in the table below.</w:t>
      </w:r>
    </w:p>
    <w:tbl>
      <w:tblPr>
        <w:tblStyle w:val="TableGrid"/>
        <w:tblW w:w="0" w:type="auto"/>
        <w:tblLook w:val="04A0" w:firstRow="1" w:lastRow="0" w:firstColumn="1" w:lastColumn="0" w:noHBand="0" w:noVBand="1"/>
      </w:tblPr>
      <w:tblGrid>
        <w:gridCol w:w="5038"/>
        <w:gridCol w:w="5038"/>
      </w:tblGrid>
      <w:tr w:rsidR="0063510A" w14:paraId="6DFEADE7" w14:textId="77777777">
        <w:tc>
          <w:tcPr>
            <w:tcW w:w="5043" w:type="dxa"/>
          </w:tcPr>
          <w:p w14:paraId="13900161" w14:textId="77777777" w:rsidR="0063510A" w:rsidRDefault="00E904C0">
            <w:r>
              <w:t>admin2Name</w:t>
            </w:r>
          </w:p>
        </w:tc>
        <w:tc>
          <w:tcPr>
            <w:tcW w:w="5043" w:type="dxa"/>
          </w:tcPr>
          <w:p w14:paraId="1691AF4C" w14:textId="77777777" w:rsidR="0063510A" w:rsidRDefault="00E904C0">
            <w:r>
              <w:t>RIE_stripe_rust_%</w:t>
            </w:r>
          </w:p>
        </w:tc>
      </w:tr>
      <w:tr w:rsidR="0063510A" w14:paraId="5160983E" w14:textId="77777777">
        <w:tc>
          <w:tcPr>
            <w:tcW w:w="5043" w:type="dxa"/>
          </w:tcPr>
          <w:p w14:paraId="5E627911" w14:textId="77777777" w:rsidR="0063510A" w:rsidRDefault="00E904C0">
            <w:r>
              <w:t>Tsangkha</w:t>
            </w:r>
          </w:p>
        </w:tc>
        <w:tc>
          <w:tcPr>
            <w:tcW w:w="5043" w:type="dxa"/>
          </w:tcPr>
          <w:p w14:paraId="02CB6EA6" w14:textId="77777777" w:rsidR="0063510A" w:rsidRDefault="00E904C0">
            <w:r>
              <w:t>85</w:t>
            </w:r>
          </w:p>
        </w:tc>
      </w:tr>
      <w:tr w:rsidR="0063510A" w14:paraId="48871BF0" w14:textId="77777777">
        <w:tc>
          <w:tcPr>
            <w:tcW w:w="5043" w:type="dxa"/>
          </w:tcPr>
          <w:p w14:paraId="01BD5660" w14:textId="77777777" w:rsidR="0063510A" w:rsidRDefault="00E904C0">
            <w:r>
              <w:t>Tsholingkhor</w:t>
            </w:r>
          </w:p>
        </w:tc>
        <w:tc>
          <w:tcPr>
            <w:tcW w:w="5043" w:type="dxa"/>
          </w:tcPr>
          <w:p w14:paraId="57A74ECE" w14:textId="77777777" w:rsidR="0063510A" w:rsidRDefault="00E904C0">
            <w:r>
              <w:t>85</w:t>
            </w:r>
          </w:p>
        </w:tc>
      </w:tr>
      <w:tr w:rsidR="0063510A" w14:paraId="7F131D4D" w14:textId="77777777">
        <w:tc>
          <w:tcPr>
            <w:tcW w:w="5043" w:type="dxa"/>
          </w:tcPr>
          <w:p w14:paraId="0247B4A3" w14:textId="77777777" w:rsidR="0063510A" w:rsidRDefault="00E904C0">
            <w:r>
              <w:t>Shemjong</w:t>
            </w:r>
          </w:p>
        </w:tc>
        <w:tc>
          <w:tcPr>
            <w:tcW w:w="5043" w:type="dxa"/>
          </w:tcPr>
          <w:p w14:paraId="13E97AA7" w14:textId="77777777" w:rsidR="0063510A" w:rsidRDefault="00E904C0">
            <w:r>
              <w:t>84</w:t>
            </w:r>
          </w:p>
        </w:tc>
      </w:tr>
      <w:tr w:rsidR="0063510A" w14:paraId="2342DAEF" w14:textId="77777777">
        <w:tc>
          <w:tcPr>
            <w:tcW w:w="5043" w:type="dxa"/>
          </w:tcPr>
          <w:p w14:paraId="1B581281" w14:textId="77777777" w:rsidR="0063510A" w:rsidRDefault="00E904C0">
            <w:r>
              <w:t>Drepung</w:t>
            </w:r>
          </w:p>
        </w:tc>
        <w:tc>
          <w:tcPr>
            <w:tcW w:w="5043" w:type="dxa"/>
          </w:tcPr>
          <w:p w14:paraId="1CCA9856" w14:textId="77777777" w:rsidR="0063510A" w:rsidRDefault="00E904C0">
            <w:r>
              <w:t>84</w:t>
            </w:r>
          </w:p>
        </w:tc>
      </w:tr>
      <w:tr w:rsidR="0063510A" w14:paraId="533A163E" w14:textId="77777777">
        <w:tc>
          <w:tcPr>
            <w:tcW w:w="5043" w:type="dxa"/>
          </w:tcPr>
          <w:p w14:paraId="56D5C56F" w14:textId="77777777" w:rsidR="0063510A" w:rsidRDefault="00E904C0">
            <w:r>
              <w:t>Tsirangtoe</w:t>
            </w:r>
          </w:p>
        </w:tc>
        <w:tc>
          <w:tcPr>
            <w:tcW w:w="5043" w:type="dxa"/>
          </w:tcPr>
          <w:p w14:paraId="62041F85" w14:textId="77777777" w:rsidR="0063510A" w:rsidRDefault="00E904C0">
            <w:r>
              <w:t>84</w:t>
            </w:r>
          </w:p>
        </w:tc>
      </w:tr>
      <w:tr w:rsidR="0063510A" w14:paraId="491D1177" w14:textId="77777777">
        <w:tc>
          <w:tcPr>
            <w:tcW w:w="5043" w:type="dxa"/>
          </w:tcPr>
          <w:p w14:paraId="76743C0F" w14:textId="77777777" w:rsidR="0063510A" w:rsidRDefault="00E904C0">
            <w:r>
              <w:t>Dungtoe</w:t>
            </w:r>
          </w:p>
        </w:tc>
        <w:tc>
          <w:tcPr>
            <w:tcW w:w="5043" w:type="dxa"/>
          </w:tcPr>
          <w:p w14:paraId="64310F19" w14:textId="77777777" w:rsidR="0063510A" w:rsidRDefault="00E904C0">
            <w:r>
              <w:t>84</w:t>
            </w:r>
          </w:p>
        </w:tc>
      </w:tr>
      <w:tr w:rsidR="0063510A" w14:paraId="4CA2064A" w14:textId="77777777">
        <w:tc>
          <w:tcPr>
            <w:tcW w:w="5043" w:type="dxa"/>
          </w:tcPr>
          <w:p w14:paraId="7B33E4D5" w14:textId="77777777" w:rsidR="0063510A" w:rsidRDefault="00E904C0">
            <w:r>
              <w:t>Gosarling</w:t>
            </w:r>
          </w:p>
        </w:tc>
        <w:tc>
          <w:tcPr>
            <w:tcW w:w="5043" w:type="dxa"/>
          </w:tcPr>
          <w:p w14:paraId="10DEC115" w14:textId="77777777" w:rsidR="0063510A" w:rsidRDefault="00E904C0">
            <w:r>
              <w:t>84</w:t>
            </w:r>
          </w:p>
        </w:tc>
      </w:tr>
      <w:tr w:rsidR="0063510A" w14:paraId="4240CE00" w14:textId="77777777">
        <w:tc>
          <w:tcPr>
            <w:tcW w:w="5043" w:type="dxa"/>
          </w:tcPr>
          <w:p w14:paraId="7ED81F8B" w14:textId="77777777" w:rsidR="0063510A" w:rsidRDefault="00E904C0">
            <w:r>
              <w:t>Rangthangling</w:t>
            </w:r>
          </w:p>
        </w:tc>
        <w:tc>
          <w:tcPr>
            <w:tcW w:w="5043" w:type="dxa"/>
          </w:tcPr>
          <w:p w14:paraId="443F0F75" w14:textId="77777777" w:rsidR="0063510A" w:rsidRDefault="00E904C0">
            <w:r>
              <w:t>84</w:t>
            </w:r>
          </w:p>
        </w:tc>
      </w:tr>
      <w:tr w:rsidR="0063510A" w14:paraId="7C6F7272" w14:textId="77777777">
        <w:tc>
          <w:tcPr>
            <w:tcW w:w="5043" w:type="dxa"/>
          </w:tcPr>
          <w:p w14:paraId="4B2BAF50" w14:textId="77777777" w:rsidR="0063510A" w:rsidRDefault="00E904C0">
            <w:r>
              <w:t>Drugyelgang</w:t>
            </w:r>
          </w:p>
        </w:tc>
        <w:tc>
          <w:tcPr>
            <w:tcW w:w="5043" w:type="dxa"/>
          </w:tcPr>
          <w:p w14:paraId="65F17DAE" w14:textId="77777777" w:rsidR="0063510A" w:rsidRDefault="00E904C0">
            <w:r>
              <w:t>83</w:t>
            </w:r>
          </w:p>
        </w:tc>
      </w:tr>
      <w:tr w:rsidR="0063510A" w14:paraId="2A48AE93" w14:textId="77777777">
        <w:tc>
          <w:tcPr>
            <w:tcW w:w="5043" w:type="dxa"/>
          </w:tcPr>
          <w:p w14:paraId="5A867161" w14:textId="77777777" w:rsidR="0063510A" w:rsidRDefault="00E904C0">
            <w:r>
              <w:t>Barzhong</w:t>
            </w:r>
          </w:p>
        </w:tc>
        <w:tc>
          <w:tcPr>
            <w:tcW w:w="5043" w:type="dxa"/>
          </w:tcPr>
          <w:p w14:paraId="72B87AB7" w14:textId="77777777" w:rsidR="0063510A" w:rsidRDefault="00E904C0">
            <w:r>
              <w:t>83</w:t>
            </w:r>
          </w:p>
        </w:tc>
      </w:tr>
      <w:tr w:rsidR="0063510A" w14:paraId="17B7516D" w14:textId="77777777">
        <w:tc>
          <w:tcPr>
            <w:tcW w:w="5043" w:type="dxa"/>
          </w:tcPr>
          <w:p w14:paraId="415E0D0D" w14:textId="77777777" w:rsidR="0063510A" w:rsidRDefault="00E904C0">
            <w:r>
              <w:t>Kikorthang</w:t>
            </w:r>
          </w:p>
        </w:tc>
        <w:tc>
          <w:tcPr>
            <w:tcW w:w="5043" w:type="dxa"/>
          </w:tcPr>
          <w:p w14:paraId="502788C8" w14:textId="77777777" w:rsidR="0063510A" w:rsidRDefault="00E904C0">
            <w:r>
              <w:t>83</w:t>
            </w:r>
          </w:p>
        </w:tc>
      </w:tr>
      <w:tr w:rsidR="0063510A" w14:paraId="0E597635" w14:textId="77777777">
        <w:tc>
          <w:tcPr>
            <w:tcW w:w="5043" w:type="dxa"/>
          </w:tcPr>
          <w:p w14:paraId="6EBB843B" w14:textId="77777777" w:rsidR="0063510A" w:rsidRDefault="00E904C0">
            <w:r>
              <w:t>Mendrelgang</w:t>
            </w:r>
          </w:p>
        </w:tc>
        <w:tc>
          <w:tcPr>
            <w:tcW w:w="5043" w:type="dxa"/>
          </w:tcPr>
          <w:p w14:paraId="2ACCD022" w14:textId="77777777" w:rsidR="0063510A" w:rsidRDefault="00E904C0">
            <w:r>
              <w:t>82</w:t>
            </w:r>
          </w:p>
        </w:tc>
      </w:tr>
      <w:tr w:rsidR="0063510A" w14:paraId="1653EE1E" w14:textId="77777777">
        <w:tc>
          <w:tcPr>
            <w:tcW w:w="5043" w:type="dxa"/>
          </w:tcPr>
          <w:p w14:paraId="1918782B" w14:textId="77777777" w:rsidR="0063510A" w:rsidRDefault="00E904C0">
            <w:r>
              <w:t>Jurmey</w:t>
            </w:r>
          </w:p>
        </w:tc>
        <w:tc>
          <w:tcPr>
            <w:tcW w:w="5043" w:type="dxa"/>
          </w:tcPr>
          <w:p w14:paraId="5AC6C3D7" w14:textId="77777777" w:rsidR="0063510A" w:rsidRDefault="00E904C0">
            <w:r>
              <w:t>81</w:t>
            </w:r>
          </w:p>
        </w:tc>
      </w:tr>
      <w:tr w:rsidR="0063510A" w14:paraId="0ED57652" w14:textId="77777777">
        <w:tc>
          <w:tcPr>
            <w:tcW w:w="5043" w:type="dxa"/>
          </w:tcPr>
          <w:p w14:paraId="2CE2B4AA" w14:textId="77777777" w:rsidR="0063510A" w:rsidRDefault="00E904C0">
            <w:r>
              <w:lastRenderedPageBreak/>
              <w:t>Dunglegang</w:t>
            </w:r>
          </w:p>
        </w:tc>
        <w:tc>
          <w:tcPr>
            <w:tcW w:w="5043" w:type="dxa"/>
          </w:tcPr>
          <w:p w14:paraId="1039A757" w14:textId="77777777" w:rsidR="0063510A" w:rsidRDefault="00E904C0">
            <w:r>
              <w:t>81</w:t>
            </w:r>
          </w:p>
        </w:tc>
      </w:tr>
      <w:tr w:rsidR="0063510A" w14:paraId="119B328A" w14:textId="77777777">
        <w:tc>
          <w:tcPr>
            <w:tcW w:w="5043" w:type="dxa"/>
          </w:tcPr>
          <w:p w14:paraId="2E28E6BB" w14:textId="77777777" w:rsidR="0063510A" w:rsidRDefault="00E904C0">
            <w:r>
              <w:t>Thangrong</w:t>
            </w:r>
          </w:p>
        </w:tc>
        <w:tc>
          <w:tcPr>
            <w:tcW w:w="5043" w:type="dxa"/>
          </w:tcPr>
          <w:p w14:paraId="72285D96" w14:textId="77777777" w:rsidR="0063510A" w:rsidRDefault="00E904C0">
            <w:r>
              <w:t>81</w:t>
            </w:r>
          </w:p>
        </w:tc>
      </w:tr>
      <w:tr w:rsidR="0063510A" w14:paraId="0817B36E" w14:textId="77777777">
        <w:tc>
          <w:tcPr>
            <w:tcW w:w="5043" w:type="dxa"/>
          </w:tcPr>
          <w:p w14:paraId="09EE931B" w14:textId="77777777" w:rsidR="0063510A" w:rsidRDefault="00E904C0">
            <w:r>
              <w:t>Patakla</w:t>
            </w:r>
          </w:p>
        </w:tc>
        <w:tc>
          <w:tcPr>
            <w:tcW w:w="5043" w:type="dxa"/>
          </w:tcPr>
          <w:p w14:paraId="208E246A" w14:textId="77777777" w:rsidR="0063510A" w:rsidRDefault="00E904C0">
            <w:r>
              <w:t>81</w:t>
            </w:r>
          </w:p>
        </w:tc>
      </w:tr>
      <w:tr w:rsidR="0063510A" w14:paraId="05B3E713" w14:textId="77777777">
        <w:tc>
          <w:tcPr>
            <w:tcW w:w="5043" w:type="dxa"/>
          </w:tcPr>
          <w:p w14:paraId="104B29ED" w14:textId="77777777" w:rsidR="0063510A" w:rsidRDefault="00E904C0">
            <w:r>
              <w:t>Lajab</w:t>
            </w:r>
          </w:p>
        </w:tc>
        <w:tc>
          <w:tcPr>
            <w:tcW w:w="5043" w:type="dxa"/>
          </w:tcPr>
          <w:p w14:paraId="2E942DF5" w14:textId="77777777" w:rsidR="0063510A" w:rsidRDefault="00E904C0">
            <w:r>
              <w:t>81</w:t>
            </w:r>
          </w:p>
        </w:tc>
      </w:tr>
      <w:tr w:rsidR="0063510A" w14:paraId="6461F551" w14:textId="77777777">
        <w:tc>
          <w:tcPr>
            <w:tcW w:w="5043" w:type="dxa"/>
          </w:tcPr>
          <w:p w14:paraId="61B479ED" w14:textId="77777777" w:rsidR="0063510A" w:rsidRDefault="00E904C0">
            <w:r>
              <w:t>Dorokha</w:t>
            </w:r>
          </w:p>
        </w:tc>
        <w:tc>
          <w:tcPr>
            <w:tcW w:w="5043" w:type="dxa"/>
          </w:tcPr>
          <w:p w14:paraId="63B65183" w14:textId="77777777" w:rsidR="0063510A" w:rsidRDefault="00E904C0">
            <w:r>
              <w:t>81</w:t>
            </w:r>
          </w:p>
        </w:tc>
      </w:tr>
      <w:tr w:rsidR="0063510A" w14:paraId="3B9C98A0" w14:textId="77777777">
        <w:tc>
          <w:tcPr>
            <w:tcW w:w="5043" w:type="dxa"/>
          </w:tcPr>
          <w:p w14:paraId="1D0CFF64" w14:textId="77777777" w:rsidR="0063510A" w:rsidRDefault="00E904C0">
            <w:r>
              <w:t>Dzoma</w:t>
            </w:r>
          </w:p>
        </w:tc>
        <w:tc>
          <w:tcPr>
            <w:tcW w:w="5043" w:type="dxa"/>
          </w:tcPr>
          <w:p w14:paraId="16AE6670" w14:textId="77777777" w:rsidR="0063510A" w:rsidRDefault="00E904C0">
            <w:r>
              <w:t>80</w:t>
            </w:r>
          </w:p>
        </w:tc>
      </w:tr>
      <w:tr w:rsidR="0063510A" w14:paraId="2153358F" w14:textId="77777777">
        <w:tc>
          <w:tcPr>
            <w:tcW w:w="5043" w:type="dxa"/>
          </w:tcPr>
          <w:p w14:paraId="019805F9" w14:textId="77777777" w:rsidR="0063510A" w:rsidRDefault="00E904C0">
            <w:r>
              <w:t>Lingmukha</w:t>
            </w:r>
          </w:p>
        </w:tc>
        <w:tc>
          <w:tcPr>
            <w:tcW w:w="5043" w:type="dxa"/>
          </w:tcPr>
          <w:p w14:paraId="4029DEC0" w14:textId="77777777" w:rsidR="0063510A" w:rsidRDefault="00E904C0">
            <w:r>
              <w:t>80</w:t>
            </w:r>
          </w:p>
        </w:tc>
      </w:tr>
    </w:tbl>
    <w:p w14:paraId="103A6AAC" w14:textId="77777777" w:rsidR="0063510A" w:rsidRDefault="00E904C0">
      <w:r>
        <w:br w:type="page"/>
      </w:r>
    </w:p>
    <w:p w14:paraId="2C1AF30C" w14:textId="77777777" w:rsidR="0063510A" w:rsidRDefault="00E904C0">
      <w:pPr>
        <w:pStyle w:val="Heading2"/>
      </w:pPr>
      <w:r>
        <w:lastRenderedPageBreak/>
        <w:t>Stem rust</w:t>
      </w:r>
    </w:p>
    <w:p w14:paraId="20EACD6E" w14:textId="60B7DB15" w:rsidR="0063510A" w:rsidRDefault="00B55638">
      <w:r w:rsidRPr="00B55638">
        <w:rPr>
          <w:b/>
          <w:bCs/>
        </w:rPr>
        <w:t>Dispersal:</w:t>
      </w:r>
      <w:r>
        <w:t xml:space="preserve"> </w:t>
      </w:r>
      <w:r w:rsidR="00E904C0">
        <w:t>Current forecast (20 Mar - 26 Mar) indicates</w:t>
      </w:r>
      <w:r>
        <w:t xml:space="preserve"> no dispersal as no reports of stem rust.</w:t>
      </w:r>
    </w:p>
    <w:p w14:paraId="6AD7C608" w14:textId="77777777" w:rsidR="0063510A" w:rsidRDefault="00E904C0">
      <w:r>
        <w:rPr>
          <w:noProof/>
        </w:rPr>
        <w:drawing>
          <wp:inline distT="0" distB="0" distL="0" distR="0" wp14:anchorId="790237B3" wp14:editId="45A879CC">
            <wp:extent cx="3294017" cy="2034540"/>
            <wp:effectExtent l="0" t="0" r="1905"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osition_bhutan_stem_rust_total_202403200300_202403270000_map.png"/>
                    <pic:cNvPicPr/>
                  </pic:nvPicPr>
                  <pic:blipFill>
                    <a:blip r:embed="rId13"/>
                    <a:stretch>
                      <a:fillRect/>
                    </a:stretch>
                  </pic:blipFill>
                  <pic:spPr>
                    <a:xfrm>
                      <a:off x="0" y="0"/>
                      <a:ext cx="3299975" cy="2038220"/>
                    </a:xfrm>
                    <a:prstGeom prst="rect">
                      <a:avLst/>
                    </a:prstGeom>
                  </pic:spPr>
                </pic:pic>
              </a:graphicData>
            </a:graphic>
          </wp:inline>
        </w:drawing>
      </w:r>
    </w:p>
    <w:p w14:paraId="72D50F46" w14:textId="77777777" w:rsidR="0063510A" w:rsidRDefault="00E904C0">
      <w:pPr>
        <w:pStyle w:val="Caption"/>
      </w:pPr>
      <w:r>
        <w:t xml:space="preserve">Map 5: Stem rust spore deposition forecast </w:t>
      </w:r>
      <w:r>
        <w:t>Bhutan 20 Mar - 26 Mar 2024</w:t>
      </w:r>
    </w:p>
    <w:p w14:paraId="352C05DF" w14:textId="517461B8" w:rsidR="0063510A" w:rsidRDefault="00AB05B6">
      <w:r w:rsidRPr="00E203D1">
        <w:rPr>
          <w:b/>
          <w:bCs/>
        </w:rPr>
        <w:t>Risk of infection:</w:t>
      </w:r>
      <w:r>
        <w:t xml:space="preserve"> Current forecast (20 – 25 Mar) indicates increased risk of infection, with high infection efficiency in southern areas. </w:t>
      </w:r>
    </w:p>
    <w:p w14:paraId="74EA006B" w14:textId="77777777" w:rsidR="0063510A" w:rsidRDefault="00E904C0">
      <w:r>
        <w:rPr>
          <w:noProof/>
        </w:rPr>
        <w:drawing>
          <wp:inline distT="0" distB="0" distL="0" distR="0" wp14:anchorId="0C606B6A" wp14:editId="18AA57ED">
            <wp:extent cx="6598920" cy="4075803"/>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itability_bhutan_stem_rust_total_202403200000_202403260000_map.png"/>
                    <pic:cNvPicPr/>
                  </pic:nvPicPr>
                  <pic:blipFill>
                    <a:blip r:embed="rId14"/>
                    <a:stretch>
                      <a:fillRect/>
                    </a:stretch>
                  </pic:blipFill>
                  <pic:spPr>
                    <a:xfrm>
                      <a:off x="0" y="0"/>
                      <a:ext cx="6612453" cy="4084162"/>
                    </a:xfrm>
                    <a:prstGeom prst="rect">
                      <a:avLst/>
                    </a:prstGeom>
                  </pic:spPr>
                </pic:pic>
              </a:graphicData>
            </a:graphic>
          </wp:inline>
        </w:drawing>
      </w:r>
    </w:p>
    <w:p w14:paraId="501F02DB" w14:textId="77777777" w:rsidR="0063510A" w:rsidRDefault="00E904C0">
      <w:pPr>
        <w:pStyle w:val="Caption"/>
      </w:pPr>
      <w:r>
        <w:t>Map 6: Stem rust suitability for infection forecast Bhutan 20 Mar - 25 Mar 2024</w:t>
      </w:r>
    </w:p>
    <w:p w14:paraId="50BD5A4F" w14:textId="7A66DE89" w:rsidR="0063510A" w:rsidRDefault="00E904C0">
      <w:r>
        <w:t xml:space="preserve">The 20 most </w:t>
      </w:r>
      <w:r>
        <w:t>impacted districts</w:t>
      </w:r>
      <w:r w:rsidR="00AB05B6">
        <w:t xml:space="preserve"> (infection efficiency)</w:t>
      </w:r>
      <w:r>
        <w:t xml:space="preserve"> are presented in the table below.</w:t>
      </w:r>
    </w:p>
    <w:tbl>
      <w:tblPr>
        <w:tblStyle w:val="TableGrid"/>
        <w:tblW w:w="0" w:type="auto"/>
        <w:tblLook w:val="04A0" w:firstRow="1" w:lastRow="0" w:firstColumn="1" w:lastColumn="0" w:noHBand="0" w:noVBand="1"/>
      </w:tblPr>
      <w:tblGrid>
        <w:gridCol w:w="5038"/>
        <w:gridCol w:w="5038"/>
      </w:tblGrid>
      <w:tr w:rsidR="0063510A" w14:paraId="540B8895" w14:textId="77777777">
        <w:tc>
          <w:tcPr>
            <w:tcW w:w="5043" w:type="dxa"/>
          </w:tcPr>
          <w:p w14:paraId="0B3E5EDF" w14:textId="77777777" w:rsidR="0063510A" w:rsidRDefault="00E904C0">
            <w:r>
              <w:lastRenderedPageBreak/>
              <w:t>admin2Name</w:t>
            </w:r>
          </w:p>
        </w:tc>
        <w:tc>
          <w:tcPr>
            <w:tcW w:w="5043" w:type="dxa"/>
          </w:tcPr>
          <w:p w14:paraId="72CA4024" w14:textId="77777777" w:rsidR="0063510A" w:rsidRDefault="00E904C0">
            <w:r>
              <w:t>RIE_stem_rust_%</w:t>
            </w:r>
          </w:p>
        </w:tc>
      </w:tr>
      <w:tr w:rsidR="0063510A" w14:paraId="3EB3B859" w14:textId="77777777">
        <w:tc>
          <w:tcPr>
            <w:tcW w:w="5043" w:type="dxa"/>
          </w:tcPr>
          <w:p w14:paraId="59839E5C" w14:textId="77777777" w:rsidR="0063510A" w:rsidRDefault="00E904C0">
            <w:r>
              <w:t>Pagli</w:t>
            </w:r>
          </w:p>
        </w:tc>
        <w:tc>
          <w:tcPr>
            <w:tcW w:w="5043" w:type="dxa"/>
          </w:tcPr>
          <w:p w14:paraId="295F0E48" w14:textId="77777777" w:rsidR="0063510A" w:rsidRDefault="00E904C0">
            <w:r>
              <w:t>100</w:t>
            </w:r>
          </w:p>
        </w:tc>
      </w:tr>
      <w:tr w:rsidR="0063510A" w14:paraId="719D311E" w14:textId="77777777">
        <w:tc>
          <w:tcPr>
            <w:tcW w:w="5043" w:type="dxa"/>
          </w:tcPr>
          <w:p w14:paraId="0FB40028" w14:textId="77777777" w:rsidR="0063510A" w:rsidRDefault="00E904C0">
            <w:r>
              <w:t>Norbugang</w:t>
            </w:r>
          </w:p>
        </w:tc>
        <w:tc>
          <w:tcPr>
            <w:tcW w:w="5043" w:type="dxa"/>
          </w:tcPr>
          <w:p w14:paraId="0776BF7F" w14:textId="77777777" w:rsidR="0063510A" w:rsidRDefault="00E904C0">
            <w:r>
              <w:t>100</w:t>
            </w:r>
          </w:p>
        </w:tc>
      </w:tr>
      <w:tr w:rsidR="0063510A" w14:paraId="1434BEA0" w14:textId="77777777">
        <w:tc>
          <w:tcPr>
            <w:tcW w:w="5043" w:type="dxa"/>
          </w:tcPr>
          <w:p w14:paraId="36723EC4" w14:textId="77777777" w:rsidR="0063510A" w:rsidRDefault="00E904C0">
            <w:r>
              <w:t>Shompangkha</w:t>
            </w:r>
          </w:p>
        </w:tc>
        <w:tc>
          <w:tcPr>
            <w:tcW w:w="5043" w:type="dxa"/>
          </w:tcPr>
          <w:p w14:paraId="57DEAA36" w14:textId="77777777" w:rsidR="0063510A" w:rsidRDefault="00E904C0">
            <w:r>
              <w:t>100</w:t>
            </w:r>
          </w:p>
        </w:tc>
      </w:tr>
      <w:tr w:rsidR="0063510A" w14:paraId="3841D319" w14:textId="77777777">
        <w:tc>
          <w:tcPr>
            <w:tcW w:w="5043" w:type="dxa"/>
          </w:tcPr>
          <w:p w14:paraId="4681ADE8" w14:textId="77777777" w:rsidR="0063510A" w:rsidRDefault="00E904C0">
            <w:r>
              <w:t>Samphelling</w:t>
            </w:r>
          </w:p>
        </w:tc>
        <w:tc>
          <w:tcPr>
            <w:tcW w:w="5043" w:type="dxa"/>
          </w:tcPr>
          <w:p w14:paraId="77F97671" w14:textId="77777777" w:rsidR="0063510A" w:rsidRDefault="00E904C0">
            <w:r>
              <w:t>100</w:t>
            </w:r>
          </w:p>
        </w:tc>
      </w:tr>
      <w:tr w:rsidR="0063510A" w14:paraId="7FEADF93" w14:textId="77777777">
        <w:tc>
          <w:tcPr>
            <w:tcW w:w="5043" w:type="dxa"/>
          </w:tcPr>
          <w:p w14:paraId="504C3E46" w14:textId="77777777" w:rsidR="0063510A" w:rsidRDefault="00E904C0">
            <w:r>
              <w:t>Tading</w:t>
            </w:r>
          </w:p>
        </w:tc>
        <w:tc>
          <w:tcPr>
            <w:tcW w:w="5043" w:type="dxa"/>
          </w:tcPr>
          <w:p w14:paraId="17FDD541" w14:textId="77777777" w:rsidR="0063510A" w:rsidRDefault="00E904C0">
            <w:r>
              <w:t>100</w:t>
            </w:r>
          </w:p>
        </w:tc>
      </w:tr>
      <w:tr w:rsidR="0063510A" w14:paraId="5888725D" w14:textId="77777777">
        <w:tc>
          <w:tcPr>
            <w:tcW w:w="5043" w:type="dxa"/>
          </w:tcPr>
          <w:p w14:paraId="708FF6BF" w14:textId="77777777" w:rsidR="0063510A" w:rsidRDefault="00E904C0">
            <w:r>
              <w:t>Pemathang</w:t>
            </w:r>
          </w:p>
        </w:tc>
        <w:tc>
          <w:tcPr>
            <w:tcW w:w="5043" w:type="dxa"/>
          </w:tcPr>
          <w:p w14:paraId="5DF9F066" w14:textId="77777777" w:rsidR="0063510A" w:rsidRDefault="00E904C0">
            <w:r>
              <w:t>100</w:t>
            </w:r>
          </w:p>
        </w:tc>
      </w:tr>
      <w:tr w:rsidR="0063510A" w14:paraId="098C573D" w14:textId="77777777">
        <w:tc>
          <w:tcPr>
            <w:tcW w:w="5043" w:type="dxa"/>
          </w:tcPr>
          <w:p w14:paraId="0598368D" w14:textId="77777777" w:rsidR="0063510A" w:rsidRDefault="00E904C0">
            <w:r>
              <w:t>Samtse</w:t>
            </w:r>
          </w:p>
        </w:tc>
        <w:tc>
          <w:tcPr>
            <w:tcW w:w="5043" w:type="dxa"/>
          </w:tcPr>
          <w:p w14:paraId="3B716DC1" w14:textId="77777777" w:rsidR="0063510A" w:rsidRDefault="00E904C0">
            <w:r>
              <w:t>100</w:t>
            </w:r>
          </w:p>
        </w:tc>
      </w:tr>
      <w:tr w:rsidR="0063510A" w14:paraId="0F81717C" w14:textId="77777777">
        <w:tc>
          <w:tcPr>
            <w:tcW w:w="5043" w:type="dxa"/>
          </w:tcPr>
          <w:p w14:paraId="67FB75A2" w14:textId="77777777" w:rsidR="0063510A" w:rsidRDefault="00E904C0">
            <w:r>
              <w:t>Ugentse</w:t>
            </w:r>
          </w:p>
        </w:tc>
        <w:tc>
          <w:tcPr>
            <w:tcW w:w="5043" w:type="dxa"/>
          </w:tcPr>
          <w:p w14:paraId="34DCA3B7" w14:textId="77777777" w:rsidR="0063510A" w:rsidRDefault="00E904C0">
            <w:r>
              <w:t>100</w:t>
            </w:r>
          </w:p>
        </w:tc>
      </w:tr>
      <w:tr w:rsidR="0063510A" w14:paraId="67193E3D" w14:textId="77777777">
        <w:tc>
          <w:tcPr>
            <w:tcW w:w="5043" w:type="dxa"/>
          </w:tcPr>
          <w:p w14:paraId="73EB58E4" w14:textId="77777777" w:rsidR="0063510A" w:rsidRDefault="00E904C0">
            <w:r>
              <w:t>Barzhong</w:t>
            </w:r>
          </w:p>
        </w:tc>
        <w:tc>
          <w:tcPr>
            <w:tcW w:w="5043" w:type="dxa"/>
          </w:tcPr>
          <w:p w14:paraId="26BE2189" w14:textId="77777777" w:rsidR="0063510A" w:rsidRDefault="00E904C0">
            <w:r>
              <w:t>99</w:t>
            </w:r>
          </w:p>
        </w:tc>
      </w:tr>
      <w:tr w:rsidR="0063510A" w14:paraId="65629D0D" w14:textId="77777777">
        <w:tc>
          <w:tcPr>
            <w:tcW w:w="5043" w:type="dxa"/>
          </w:tcPr>
          <w:p w14:paraId="4E759036" w14:textId="77777777" w:rsidR="0063510A" w:rsidRDefault="00E904C0">
            <w:r>
              <w:t>Tsendagang</w:t>
            </w:r>
          </w:p>
        </w:tc>
        <w:tc>
          <w:tcPr>
            <w:tcW w:w="5043" w:type="dxa"/>
          </w:tcPr>
          <w:p w14:paraId="0F2A5098" w14:textId="77777777" w:rsidR="0063510A" w:rsidRDefault="00E904C0">
            <w:r>
              <w:t>99</w:t>
            </w:r>
          </w:p>
        </w:tc>
      </w:tr>
      <w:tr w:rsidR="0063510A" w14:paraId="1E33C2C2" w14:textId="77777777">
        <w:tc>
          <w:tcPr>
            <w:tcW w:w="5043" w:type="dxa"/>
          </w:tcPr>
          <w:p w14:paraId="132FE0A7" w14:textId="77777777" w:rsidR="0063510A" w:rsidRDefault="00E904C0">
            <w:r>
              <w:t>Trashiding</w:t>
            </w:r>
          </w:p>
        </w:tc>
        <w:tc>
          <w:tcPr>
            <w:tcW w:w="5043" w:type="dxa"/>
          </w:tcPr>
          <w:p w14:paraId="2ECA33D8" w14:textId="77777777" w:rsidR="0063510A" w:rsidRDefault="00E904C0">
            <w:r>
              <w:t>99</w:t>
            </w:r>
          </w:p>
        </w:tc>
      </w:tr>
      <w:tr w:rsidR="0063510A" w14:paraId="54791978" w14:textId="77777777">
        <w:tc>
          <w:tcPr>
            <w:tcW w:w="5043" w:type="dxa"/>
          </w:tcPr>
          <w:p w14:paraId="42C3456C" w14:textId="77777777" w:rsidR="0063510A" w:rsidRDefault="00E904C0">
            <w:r>
              <w:t>Dechhenling</w:t>
            </w:r>
          </w:p>
        </w:tc>
        <w:tc>
          <w:tcPr>
            <w:tcW w:w="5043" w:type="dxa"/>
          </w:tcPr>
          <w:p w14:paraId="584B1BDF" w14:textId="77777777" w:rsidR="0063510A" w:rsidRDefault="00E904C0">
            <w:r>
              <w:t>99</w:t>
            </w:r>
          </w:p>
        </w:tc>
      </w:tr>
      <w:tr w:rsidR="0063510A" w14:paraId="20166E11" w14:textId="77777777">
        <w:tc>
          <w:tcPr>
            <w:tcW w:w="5043" w:type="dxa"/>
          </w:tcPr>
          <w:p w14:paraId="44D2FA2B" w14:textId="77777777" w:rsidR="0063510A" w:rsidRDefault="00E904C0">
            <w:r>
              <w:t>Nichula</w:t>
            </w:r>
          </w:p>
        </w:tc>
        <w:tc>
          <w:tcPr>
            <w:tcW w:w="5043" w:type="dxa"/>
          </w:tcPr>
          <w:p w14:paraId="6CD41AD6" w14:textId="77777777" w:rsidR="0063510A" w:rsidRDefault="00E904C0">
            <w:r>
              <w:t>99</w:t>
            </w:r>
          </w:p>
        </w:tc>
      </w:tr>
      <w:tr w:rsidR="0063510A" w14:paraId="5163CE02" w14:textId="77777777">
        <w:tc>
          <w:tcPr>
            <w:tcW w:w="5043" w:type="dxa"/>
          </w:tcPr>
          <w:p w14:paraId="1789526D" w14:textId="77777777" w:rsidR="0063510A" w:rsidRDefault="00E904C0">
            <w:r>
              <w:t>Chokhorling</w:t>
            </w:r>
          </w:p>
        </w:tc>
        <w:tc>
          <w:tcPr>
            <w:tcW w:w="5043" w:type="dxa"/>
          </w:tcPr>
          <w:p w14:paraId="0A2BE7AF" w14:textId="77777777" w:rsidR="0063510A" w:rsidRDefault="00E904C0">
            <w:r>
              <w:t>99</w:t>
            </w:r>
          </w:p>
        </w:tc>
      </w:tr>
      <w:tr w:rsidR="0063510A" w14:paraId="62AFA0C2" w14:textId="77777777">
        <w:tc>
          <w:tcPr>
            <w:tcW w:w="5043" w:type="dxa"/>
          </w:tcPr>
          <w:p w14:paraId="7CE30DB9" w14:textId="77777777" w:rsidR="0063510A" w:rsidRDefault="00E904C0">
            <w:r>
              <w:t>Deorali</w:t>
            </w:r>
          </w:p>
        </w:tc>
        <w:tc>
          <w:tcPr>
            <w:tcW w:w="5043" w:type="dxa"/>
          </w:tcPr>
          <w:p w14:paraId="2D925ABC" w14:textId="77777777" w:rsidR="0063510A" w:rsidRDefault="00E904C0">
            <w:r>
              <w:t>98</w:t>
            </w:r>
          </w:p>
        </w:tc>
      </w:tr>
      <w:tr w:rsidR="0063510A" w14:paraId="6F4E6D05" w14:textId="77777777">
        <w:tc>
          <w:tcPr>
            <w:tcW w:w="5043" w:type="dxa"/>
          </w:tcPr>
          <w:p w14:paraId="06B710BD" w14:textId="77777777" w:rsidR="0063510A" w:rsidRDefault="00E904C0">
            <w:r>
              <w:t>Senge</w:t>
            </w:r>
          </w:p>
        </w:tc>
        <w:tc>
          <w:tcPr>
            <w:tcW w:w="5043" w:type="dxa"/>
          </w:tcPr>
          <w:p w14:paraId="3809E978" w14:textId="77777777" w:rsidR="0063510A" w:rsidRDefault="00E904C0">
            <w:r>
              <w:t>98</w:t>
            </w:r>
          </w:p>
        </w:tc>
      </w:tr>
      <w:tr w:rsidR="0063510A" w14:paraId="21802359" w14:textId="77777777">
        <w:tc>
          <w:tcPr>
            <w:tcW w:w="5043" w:type="dxa"/>
          </w:tcPr>
          <w:p w14:paraId="2EB93D26" w14:textId="77777777" w:rsidR="0063510A" w:rsidRDefault="00E904C0">
            <w:r>
              <w:t>Dungmin</w:t>
            </w:r>
          </w:p>
        </w:tc>
        <w:tc>
          <w:tcPr>
            <w:tcW w:w="5043" w:type="dxa"/>
          </w:tcPr>
          <w:p w14:paraId="136B96AD" w14:textId="77777777" w:rsidR="0063510A" w:rsidRDefault="00E904C0">
            <w:r>
              <w:t>98</w:t>
            </w:r>
          </w:p>
        </w:tc>
      </w:tr>
      <w:tr w:rsidR="0063510A" w14:paraId="54C0A8CE" w14:textId="77777777">
        <w:tc>
          <w:tcPr>
            <w:tcW w:w="5043" w:type="dxa"/>
          </w:tcPr>
          <w:p w14:paraId="4BD8BF29" w14:textId="77777777" w:rsidR="0063510A" w:rsidRDefault="00E904C0">
            <w:r>
              <w:t>Chhimung</w:t>
            </w:r>
          </w:p>
        </w:tc>
        <w:tc>
          <w:tcPr>
            <w:tcW w:w="5043" w:type="dxa"/>
          </w:tcPr>
          <w:p w14:paraId="552A59B7" w14:textId="77777777" w:rsidR="0063510A" w:rsidRDefault="00E904C0">
            <w:r>
              <w:t>98</w:t>
            </w:r>
          </w:p>
        </w:tc>
      </w:tr>
      <w:tr w:rsidR="0063510A" w14:paraId="2586B8C7" w14:textId="77777777">
        <w:tc>
          <w:tcPr>
            <w:tcW w:w="5043" w:type="dxa"/>
          </w:tcPr>
          <w:p w14:paraId="7E18D32E" w14:textId="77777777" w:rsidR="0063510A" w:rsidRDefault="00E904C0">
            <w:r>
              <w:t>Gozhing</w:t>
            </w:r>
          </w:p>
        </w:tc>
        <w:tc>
          <w:tcPr>
            <w:tcW w:w="5043" w:type="dxa"/>
          </w:tcPr>
          <w:p w14:paraId="196A7E94" w14:textId="77777777" w:rsidR="0063510A" w:rsidRDefault="00E904C0">
            <w:r>
              <w:t>98</w:t>
            </w:r>
          </w:p>
        </w:tc>
      </w:tr>
      <w:tr w:rsidR="0063510A" w14:paraId="08523F43" w14:textId="77777777">
        <w:tc>
          <w:tcPr>
            <w:tcW w:w="5043" w:type="dxa"/>
          </w:tcPr>
          <w:p w14:paraId="3C6B68EF" w14:textId="77777777" w:rsidR="0063510A" w:rsidRDefault="00E904C0">
            <w:r>
              <w:t>Lhamoizingkha</w:t>
            </w:r>
          </w:p>
        </w:tc>
        <w:tc>
          <w:tcPr>
            <w:tcW w:w="5043" w:type="dxa"/>
          </w:tcPr>
          <w:p w14:paraId="7FA56CF7" w14:textId="77777777" w:rsidR="0063510A" w:rsidRDefault="00E904C0">
            <w:r>
              <w:t>98</w:t>
            </w:r>
          </w:p>
        </w:tc>
      </w:tr>
    </w:tbl>
    <w:p w14:paraId="0A3959F2" w14:textId="77777777" w:rsidR="008D3B68" w:rsidRDefault="00E904C0" w:rsidP="008D3B68">
      <w:pPr>
        <w:pStyle w:val="Heading1"/>
      </w:pPr>
      <w:r>
        <w:br w:type="page"/>
      </w:r>
      <w:r w:rsidR="008D3B68">
        <w:lastRenderedPageBreak/>
        <w:t>Regional Forecasts – Precipitation &amp; Temperature</w:t>
      </w:r>
    </w:p>
    <w:p w14:paraId="553C5FDF" w14:textId="77777777" w:rsidR="008D3B68" w:rsidRDefault="008D3B68" w:rsidP="008D3B68">
      <w:pPr>
        <w:spacing w:after="0" w:line="240" w:lineRule="auto"/>
      </w:pPr>
      <w:r>
        <w:t>Forecasts from the National Centers for Environmental Prediction (NCEP</w:t>
      </w:r>
      <w:proofErr w:type="gramStart"/>
      <w:r>
        <w:t>)[</w:t>
      </w:r>
      <w:proofErr w:type="gramEnd"/>
      <w:r w:rsidRPr="00F02A83">
        <w:t xml:space="preserve"> </w:t>
      </w:r>
      <w:hyperlink r:id="rId15" w:history="1">
        <w:r w:rsidRPr="00FC1D73">
          <w:rPr>
            <w:rStyle w:val="Hyperlink"/>
          </w:rPr>
          <w:t>http://wxmaps.org/pix/clim</w:t>
        </w:r>
      </w:hyperlink>
      <w:r>
        <w:t>]</w:t>
      </w:r>
    </w:p>
    <w:p w14:paraId="0836C861" w14:textId="77777777" w:rsidR="008D3B68" w:rsidRDefault="008D3B68" w:rsidP="008D3B68">
      <w:pPr>
        <w:spacing w:after="0" w:line="240" w:lineRule="auto"/>
      </w:pPr>
      <w:r>
        <w:t xml:space="preserve">These indicate possible general conditions across South Asia, with likely decreasing prediction accuracy in the second forecast period. </w:t>
      </w:r>
    </w:p>
    <w:p w14:paraId="38B1E6F6" w14:textId="77777777" w:rsidR="008D3B68" w:rsidRDefault="008D3B68" w:rsidP="008D3B68">
      <w:pPr>
        <w:spacing w:after="0" w:line="240" w:lineRule="auto"/>
      </w:pPr>
      <w:r>
        <w:t xml:space="preserve">During the period 21– 29 Mar, rain is forecast for northern/western Pakistan, northwest India, Nepal (especially central /eastern areas), Bhutan and Bangladesh. During the period 29 Mar – 6 Apr, there is </w:t>
      </w:r>
      <w:proofErr w:type="gramStart"/>
      <w:r>
        <w:t>increased</w:t>
      </w:r>
      <w:proofErr w:type="gramEnd"/>
      <w:r>
        <w:t xml:space="preserve"> chance of rain across all these areas. </w:t>
      </w:r>
    </w:p>
    <w:p w14:paraId="1BF64E46" w14:textId="77777777" w:rsidR="008D3B68" w:rsidRDefault="008D3B68" w:rsidP="008D3B68">
      <w:pPr>
        <w:spacing w:after="0" w:line="240" w:lineRule="auto"/>
      </w:pPr>
    </w:p>
    <w:p w14:paraId="5325A447" w14:textId="77777777" w:rsidR="008D3B68" w:rsidRDefault="008D3B68" w:rsidP="008D3B68">
      <w:r>
        <w:rPr>
          <w:noProof/>
        </w:rPr>
        <w:drawing>
          <wp:inline distT="0" distB="0" distL="0" distR="0" wp14:anchorId="5C72AD1C" wp14:editId="3667F173">
            <wp:extent cx="5273173" cy="6827520"/>
            <wp:effectExtent l="0" t="0" r="3810" b="0"/>
            <wp:docPr id="496201562" name="Picture 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201562" name="Picture 1" descr="A screenshot of a map&#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5643" cy="6830718"/>
                    </a:xfrm>
                    <a:prstGeom prst="rect">
                      <a:avLst/>
                    </a:prstGeom>
                    <a:noFill/>
                    <a:ln>
                      <a:noFill/>
                    </a:ln>
                  </pic:spPr>
                </pic:pic>
              </a:graphicData>
            </a:graphic>
          </wp:inline>
        </w:drawing>
      </w:r>
    </w:p>
    <w:p w14:paraId="661C1141" w14:textId="77777777" w:rsidR="008D3B68" w:rsidRDefault="008D3B68" w:rsidP="008D3B68">
      <w:pPr>
        <w:spacing w:after="0" w:line="240" w:lineRule="auto"/>
      </w:pPr>
      <w:r>
        <w:lastRenderedPageBreak/>
        <w:t xml:space="preserve">Temperature: During the period 21 - 29 Mar, very warm temperatures across peninsula India and southern / eastern parts of Pakistan. Warmer than normal in the Terai of Nepal. Cooler than normal across Bhutan, Bangladesh and </w:t>
      </w:r>
      <w:proofErr w:type="gramStart"/>
      <w:r>
        <w:t>north west</w:t>
      </w:r>
      <w:proofErr w:type="gramEnd"/>
      <w:r>
        <w:t xml:space="preserve"> India. Similar conditions for 29 Mar – 6 Apr, but increasing, and warmer temperatures for Terai of Nepal and Bangladesh. </w:t>
      </w:r>
    </w:p>
    <w:p w14:paraId="5DCEE62B" w14:textId="77777777" w:rsidR="008D3B68" w:rsidRDefault="008D3B68" w:rsidP="008D3B68">
      <w:pPr>
        <w:spacing w:after="0" w:line="240" w:lineRule="auto"/>
      </w:pPr>
    </w:p>
    <w:p w14:paraId="5651A6CF" w14:textId="08654A9F" w:rsidR="0063510A" w:rsidRDefault="008D3B68">
      <w:r>
        <w:rPr>
          <w:noProof/>
        </w:rPr>
        <w:drawing>
          <wp:inline distT="0" distB="0" distL="0" distR="0" wp14:anchorId="4CA6A04B" wp14:editId="2F603D15">
            <wp:extent cx="5802844" cy="7513320"/>
            <wp:effectExtent l="0" t="0" r="7620" b="0"/>
            <wp:docPr id="537444487" name="Picture 2" descr="A screenshot of a weather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444487" name="Picture 2" descr="A screenshot of a weather map&#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06178" cy="7517637"/>
                    </a:xfrm>
                    <a:prstGeom prst="rect">
                      <a:avLst/>
                    </a:prstGeom>
                    <a:noFill/>
                    <a:ln>
                      <a:noFill/>
                    </a:ln>
                  </pic:spPr>
                </pic:pic>
              </a:graphicData>
            </a:graphic>
          </wp:inline>
        </w:drawing>
      </w:r>
    </w:p>
    <w:sectPr w:rsidR="0063510A" w:rsidSect="00C402B7">
      <w:headerReference w:type="default" r:id="rId18"/>
      <w:pgSz w:w="12240" w:h="15840"/>
      <w:pgMar w:top="720" w:right="1077" w:bottom="1077" w:left="107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EF24D" w14:textId="77777777" w:rsidR="00C402B7" w:rsidRDefault="00C402B7">
      <w:pPr>
        <w:spacing w:after="0" w:line="240" w:lineRule="auto"/>
      </w:pPr>
      <w:r>
        <w:separator/>
      </w:r>
    </w:p>
  </w:endnote>
  <w:endnote w:type="continuationSeparator" w:id="0">
    <w:p w14:paraId="2D40AFC7" w14:textId="77777777" w:rsidR="00C402B7" w:rsidRDefault="00C402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88045" w14:textId="77777777" w:rsidR="00C402B7" w:rsidRDefault="00C402B7">
      <w:pPr>
        <w:spacing w:after="0" w:line="240" w:lineRule="auto"/>
      </w:pPr>
      <w:r>
        <w:separator/>
      </w:r>
    </w:p>
  </w:footnote>
  <w:footnote w:type="continuationSeparator" w:id="0">
    <w:p w14:paraId="40225AAF" w14:textId="77777777" w:rsidR="00C402B7" w:rsidRDefault="00C402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3E6CB" w14:textId="77777777" w:rsidR="0063510A" w:rsidRDefault="0063510A">
    <w:pPr>
      <w:pStyle w:val="Header"/>
    </w:pPr>
  </w:p>
  <w:p w14:paraId="4939DD7A" w14:textId="0A262CAF" w:rsidR="0063510A" w:rsidRDefault="00E904C0">
    <w:r>
      <w:t>Wheat rust advisory #</w:t>
    </w:r>
    <w:r w:rsidR="00E36928">
      <w:t>6 2024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354372B"/>
    <w:multiLevelType w:val="hybridMultilevel"/>
    <w:tmpl w:val="44C00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630909">
    <w:abstractNumId w:val="8"/>
  </w:num>
  <w:num w:numId="2" w16cid:durableId="2076661330">
    <w:abstractNumId w:val="6"/>
  </w:num>
  <w:num w:numId="3" w16cid:durableId="256408772">
    <w:abstractNumId w:val="5"/>
  </w:num>
  <w:num w:numId="4" w16cid:durableId="1796093262">
    <w:abstractNumId w:val="4"/>
  </w:num>
  <w:num w:numId="5" w16cid:durableId="759369102">
    <w:abstractNumId w:val="7"/>
  </w:num>
  <w:num w:numId="6" w16cid:durableId="981736266">
    <w:abstractNumId w:val="3"/>
  </w:num>
  <w:num w:numId="7" w16cid:durableId="81144948">
    <w:abstractNumId w:val="2"/>
  </w:num>
  <w:num w:numId="8" w16cid:durableId="1136483936">
    <w:abstractNumId w:val="1"/>
  </w:num>
  <w:num w:numId="9" w16cid:durableId="986859782">
    <w:abstractNumId w:val="0"/>
  </w:num>
  <w:num w:numId="10" w16cid:durableId="8356077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4A49"/>
    <w:rsid w:val="00136735"/>
    <w:rsid w:val="0015074B"/>
    <w:rsid w:val="001E1140"/>
    <w:rsid w:val="0029639D"/>
    <w:rsid w:val="00326F90"/>
    <w:rsid w:val="003D1C35"/>
    <w:rsid w:val="003E01D6"/>
    <w:rsid w:val="00441A12"/>
    <w:rsid w:val="00483C75"/>
    <w:rsid w:val="004C6003"/>
    <w:rsid w:val="005D7A97"/>
    <w:rsid w:val="00634953"/>
    <w:rsid w:val="0063510A"/>
    <w:rsid w:val="00640366"/>
    <w:rsid w:val="00883F7D"/>
    <w:rsid w:val="008D3B68"/>
    <w:rsid w:val="00A1406B"/>
    <w:rsid w:val="00AA1D8D"/>
    <w:rsid w:val="00AB05B6"/>
    <w:rsid w:val="00B47730"/>
    <w:rsid w:val="00B55638"/>
    <w:rsid w:val="00C125BD"/>
    <w:rsid w:val="00C402B7"/>
    <w:rsid w:val="00CB0664"/>
    <w:rsid w:val="00DF1346"/>
    <w:rsid w:val="00E36928"/>
    <w:rsid w:val="00E904C0"/>
    <w:rsid w:val="00EA43B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A6C311"/>
  <w14:defaultImageDpi w14:val="300"/>
  <w15:docId w15:val="{8514E3DB-4181-4C5F-8846-AC718BC91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8D3B6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xmaps.org/pix/clim"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13</Pages>
  <Words>1060</Words>
  <Characters>6043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HODSON, David (CIMMYT)</cp:lastModifiedBy>
  <cp:revision>20</cp:revision>
  <dcterms:created xsi:type="dcterms:W3CDTF">2024-03-23T13:35:00Z</dcterms:created>
  <dcterms:modified xsi:type="dcterms:W3CDTF">2024-03-23T13:58:00Z</dcterms:modified>
  <cp:category/>
</cp:coreProperties>
</file>