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B2205" w14:textId="77777777" w:rsidR="004B1D80" w:rsidRDefault="00000000">
      <w:r>
        <w:rPr>
          <w:noProof/>
        </w:rPr>
        <w:drawing>
          <wp:inline distT="0" distB="0" distL="0" distR="0" wp14:anchorId="4063D449" wp14:editId="50D3CFC8">
            <wp:extent cx="4572000" cy="48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85350"/>
                    </a:xfrm>
                    <a:prstGeom prst="rect">
                      <a:avLst/>
                    </a:prstGeom>
                  </pic:spPr>
                </pic:pic>
              </a:graphicData>
            </a:graphic>
          </wp:inline>
        </w:drawing>
      </w:r>
    </w:p>
    <w:p w14:paraId="4FB51BAB" w14:textId="77777777" w:rsidR="004B1D80" w:rsidRDefault="00000000">
      <w:pPr>
        <w:pStyle w:val="Title"/>
      </w:pPr>
      <w:r>
        <w:t>Wheat rust advisory - risk assessment from surveys and forecasts in Bhutan</w:t>
      </w:r>
    </w:p>
    <w:p w14:paraId="71F340B7" w14:textId="77777777" w:rsidR="004B1D80" w:rsidRDefault="00000000">
      <w:pPr>
        <w:pStyle w:val="Title"/>
      </w:pPr>
      <w:r>
        <w:t>Summary period: 04 Feb - 10 Feb 2025</w:t>
      </w:r>
    </w:p>
    <w:p w14:paraId="1C06A544" w14:textId="77777777" w:rsidR="004B1D80" w:rsidRDefault="00000000">
      <w:pPr>
        <w:pStyle w:val="Heading1"/>
      </w:pPr>
      <w:r>
        <w:t xml:space="preserve">Overall risk level: </w:t>
      </w:r>
    </w:p>
    <w:p w14:paraId="45FEF40D" w14:textId="5A2EE333" w:rsidR="004B1D80" w:rsidRDefault="00000000">
      <w:r>
        <w:rPr>
          <w:b/>
          <w:color w:val="ECD900"/>
        </w:rPr>
        <w:t>Caution / Low</w:t>
      </w:r>
    </w:p>
    <w:p w14:paraId="60E56219" w14:textId="77777777" w:rsidR="004B1D80" w:rsidRDefault="00000000">
      <w:pPr>
        <w:pStyle w:val="Heading1"/>
      </w:pPr>
      <w:r>
        <w:t>Key messages</w:t>
      </w:r>
    </w:p>
    <w:p w14:paraId="1EF4925F" w14:textId="02645B03" w:rsidR="000F558B" w:rsidRDefault="000F558B" w:rsidP="000F558B">
      <w:r>
        <w:t xml:space="preserve">Surveys </w:t>
      </w:r>
      <w:r>
        <w:t xml:space="preserve">have not yet started in Bhutan. </w:t>
      </w:r>
      <w:r>
        <w:t>Crops are still at an early stage of development.</w:t>
      </w:r>
    </w:p>
    <w:p w14:paraId="0B4850B1" w14:textId="627F19B9" w:rsidR="000F558B" w:rsidRDefault="000F558B" w:rsidP="000F558B">
      <w:r>
        <w:t xml:space="preserve">Some light rain </w:t>
      </w:r>
      <w:r w:rsidR="00566F25">
        <w:t>is forecast during the period 6-14 Feb</w:t>
      </w:r>
      <w:r w:rsidR="00562E78">
        <w:t>, which may result in some suitability for disease development</w:t>
      </w:r>
      <w:r w:rsidR="001F6330">
        <w:t xml:space="preserve"> – especially stripe rust as temperatures </w:t>
      </w:r>
      <w:proofErr w:type="gramStart"/>
      <w:r w:rsidR="001F6330">
        <w:t>are</w:t>
      </w:r>
      <w:proofErr w:type="gramEnd"/>
      <w:r w:rsidR="001F6330">
        <w:t xml:space="preserve"> relatively cool.</w:t>
      </w:r>
    </w:p>
    <w:p w14:paraId="5AF14EF1" w14:textId="52E978FF" w:rsidR="004B1D80" w:rsidRDefault="000F558B">
      <w:r>
        <w:t xml:space="preserve">Suitability models indicate moderate infection efficiency for </w:t>
      </w:r>
      <w:r w:rsidR="00930AE2">
        <w:t xml:space="preserve">rusts across southern areas of Bhutan. </w:t>
      </w:r>
      <w:r w:rsidR="00B43BB7">
        <w:t>Highest stability is indicated for stripe rust.</w:t>
      </w:r>
    </w:p>
    <w:p w14:paraId="766E6909" w14:textId="77777777" w:rsidR="004B1D80" w:rsidRDefault="00000000">
      <w:pPr>
        <w:pStyle w:val="Heading2"/>
      </w:pPr>
      <w:r>
        <w:t>Recommendations</w:t>
      </w:r>
    </w:p>
    <w:p w14:paraId="2315B2AA" w14:textId="28C1D366" w:rsidR="00B3557C" w:rsidRDefault="00B3557C" w:rsidP="00B3557C">
      <w:pPr>
        <w:rPr>
          <w:b/>
        </w:rPr>
      </w:pPr>
      <w:r>
        <w:rPr>
          <w:rFonts w:ascii="Times New Roman" w:eastAsia="Times New Roman" w:hAnsi="Times New Roman" w:cs="Times New Roman"/>
        </w:rPr>
        <w:t xml:space="preserve">Very close </w:t>
      </w:r>
      <w:r w:rsidRPr="001701E6">
        <w:rPr>
          <w:rFonts w:ascii="Times New Roman" w:eastAsia="Times New Roman" w:hAnsi="Times New Roman" w:cs="Times New Roman"/>
        </w:rPr>
        <w:t>monitoring of fields, particularly for susceptible varieties</w:t>
      </w:r>
      <w:r>
        <w:rPr>
          <w:rFonts w:ascii="Times New Roman" w:eastAsia="Times New Roman" w:hAnsi="Times New Roman" w:cs="Times New Roman"/>
        </w:rPr>
        <w:t xml:space="preserve">, is recommended. </w:t>
      </w:r>
    </w:p>
    <w:p w14:paraId="1273E134" w14:textId="3A6A2282" w:rsidR="00B3557C" w:rsidRPr="00BD1903" w:rsidRDefault="00B3557C" w:rsidP="00B3557C">
      <w:r w:rsidRPr="00DF018B">
        <w:rPr>
          <w:b/>
        </w:rPr>
        <w:t>Scouting should be undertaken</w:t>
      </w:r>
      <w:r w:rsidR="00853A85">
        <w:rPr>
          <w:b/>
        </w:rPr>
        <w:t>, especially in southern areas,</w:t>
      </w:r>
      <w:r w:rsidRPr="00DF018B">
        <w:rPr>
          <w:b/>
        </w:rPr>
        <w:t xml:space="preserve"> and farmers informed to be vigilant for the emergence of rust. </w:t>
      </w:r>
    </w:p>
    <w:p w14:paraId="02933946" w14:textId="77777777" w:rsidR="00B3557C" w:rsidRPr="00FF4ABD" w:rsidRDefault="00B3557C" w:rsidP="00B3557C">
      <w:pPr>
        <w:pStyle w:val="ListParagraph"/>
        <w:numPr>
          <w:ilvl w:val="0"/>
          <w:numId w:val="10"/>
        </w:numPr>
        <w:spacing w:after="160" w:line="259" w:lineRule="auto"/>
        <w:rPr>
          <w:rFonts w:ascii="Arial" w:hAnsi="Arial" w:cs="Arial"/>
        </w:rPr>
      </w:pPr>
      <w:r w:rsidRPr="004E5B84">
        <w:rPr>
          <w:rFonts w:ascii="Arial" w:hAnsi="Arial" w:cs="Arial"/>
        </w:rPr>
        <w:t xml:space="preserve">Awareness should be raised amongst stakeholders at all levels, including farmers, to be vigilant for </w:t>
      </w:r>
      <w:proofErr w:type="gramStart"/>
      <w:r w:rsidRPr="004E5B84">
        <w:rPr>
          <w:rFonts w:ascii="Arial" w:hAnsi="Arial" w:cs="Arial"/>
        </w:rPr>
        <w:t>early</w:t>
      </w:r>
      <w:proofErr w:type="gramEnd"/>
      <w:r w:rsidRPr="004E5B84">
        <w:rPr>
          <w:rFonts w:ascii="Arial" w:hAnsi="Arial" w:cs="Arial"/>
        </w:rPr>
        <w:t xml:space="preserve"> appearance of rusts.</w:t>
      </w:r>
      <w:r w:rsidRPr="00DA3419">
        <w:rPr>
          <w:b/>
          <w:bCs/>
        </w:rPr>
        <w:t xml:space="preserve"> </w:t>
      </w:r>
      <w:r w:rsidRPr="00E97B72">
        <w:rPr>
          <w:b/>
          <w:bCs/>
        </w:rPr>
        <w:t>Early control to stop increased spread and further build-up of disease is very important.</w:t>
      </w:r>
    </w:p>
    <w:p w14:paraId="6508DA71" w14:textId="77777777" w:rsidR="00B3557C" w:rsidRPr="00BD1903" w:rsidRDefault="00B3557C" w:rsidP="00B3557C">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p>
    <w:p w14:paraId="66ACC61E" w14:textId="0ACAFFBE" w:rsidR="004B1D80" w:rsidRDefault="00000000">
      <w:r>
        <w:br w:type="page"/>
      </w:r>
    </w:p>
    <w:p w14:paraId="0D395940" w14:textId="77777777" w:rsidR="004B1D80" w:rsidRDefault="00000000">
      <w:pPr>
        <w:pStyle w:val="Heading1"/>
      </w:pPr>
      <w:r>
        <w:lastRenderedPageBreak/>
        <w:t>Field surveys</w:t>
      </w:r>
    </w:p>
    <w:p w14:paraId="6C219263" w14:textId="77777777" w:rsidR="004B1D80" w:rsidRDefault="00000000">
      <w:r>
        <w:t>No surveys are available in this region yet.</w:t>
      </w:r>
    </w:p>
    <w:p w14:paraId="5EF9CB43" w14:textId="77777777" w:rsidR="004B1D80" w:rsidRDefault="00000000">
      <w:r>
        <w:br w:type="page"/>
      </w:r>
    </w:p>
    <w:p w14:paraId="2FF7A760" w14:textId="77777777" w:rsidR="004B1D80" w:rsidRDefault="00000000">
      <w:pPr>
        <w:pStyle w:val="Heading1"/>
      </w:pPr>
      <w:r>
        <w:lastRenderedPageBreak/>
        <w:t>Spore dispersal forecasts</w:t>
      </w:r>
    </w:p>
    <w:p w14:paraId="4ADCE624" w14:textId="77777777" w:rsidR="004B1D80" w:rsidRDefault="00000000">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1775CBDF" w14:textId="77777777" w:rsidR="004B1D80" w:rsidRDefault="00000000">
      <w:pPr>
        <w:pStyle w:val="Heading1"/>
      </w:pPr>
      <w:r>
        <w:t>Environmental / climatic suitability for infection forecasts</w:t>
      </w:r>
    </w:p>
    <w:p w14:paraId="1D1AE6DB" w14:textId="77777777" w:rsidR="004B1D80" w:rsidRDefault="00000000">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2C1725EB" w14:textId="77777777" w:rsidR="004B1D80" w:rsidRDefault="00000000">
      <w:r>
        <w:br w:type="page"/>
      </w:r>
    </w:p>
    <w:p w14:paraId="0F16715B" w14:textId="77777777" w:rsidR="004B1D80" w:rsidRDefault="00000000">
      <w:pPr>
        <w:pStyle w:val="Heading2"/>
      </w:pPr>
      <w:r>
        <w:lastRenderedPageBreak/>
        <w:t>Leaf rust</w:t>
      </w:r>
    </w:p>
    <w:p w14:paraId="6B076063" w14:textId="6F813EE8" w:rsidR="004B1D80" w:rsidRDefault="006C2C97">
      <w:r w:rsidRPr="006C2C97">
        <w:rPr>
          <w:b/>
          <w:bCs/>
        </w:rPr>
        <w:t>Dispersal:</w:t>
      </w:r>
      <w:r>
        <w:t xml:space="preserve"> </w:t>
      </w:r>
      <w:r w:rsidR="00000000">
        <w:t>Current forecast (04 Feb - 10 Feb) indicates</w:t>
      </w:r>
      <w:r>
        <w:t xml:space="preserve"> no dis</w:t>
      </w:r>
      <w:r w:rsidR="00021A18">
        <w:t>persal as no leaf rust has been detected.</w:t>
      </w:r>
    </w:p>
    <w:p w14:paraId="150995E0" w14:textId="77777777" w:rsidR="004B1D80" w:rsidRDefault="00000000">
      <w:r>
        <w:rPr>
          <w:noProof/>
        </w:rPr>
        <w:drawing>
          <wp:inline distT="0" distB="0" distL="0" distR="0" wp14:anchorId="68D70EA2" wp14:editId="4F88177D">
            <wp:extent cx="3836679" cy="23697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leaf_rust_prod_total_202502040300_202502110000_map.png"/>
                    <pic:cNvPicPr/>
                  </pic:nvPicPr>
                  <pic:blipFill>
                    <a:blip r:embed="rId9"/>
                    <a:stretch>
                      <a:fillRect/>
                    </a:stretch>
                  </pic:blipFill>
                  <pic:spPr>
                    <a:xfrm>
                      <a:off x="0" y="0"/>
                      <a:ext cx="3855268" cy="2381195"/>
                    </a:xfrm>
                    <a:prstGeom prst="rect">
                      <a:avLst/>
                    </a:prstGeom>
                  </pic:spPr>
                </pic:pic>
              </a:graphicData>
            </a:graphic>
          </wp:inline>
        </w:drawing>
      </w:r>
    </w:p>
    <w:p w14:paraId="2BC77909" w14:textId="77777777" w:rsidR="004B1D80" w:rsidRDefault="00000000">
      <w:pPr>
        <w:pStyle w:val="Caption"/>
      </w:pPr>
      <w:r>
        <w:t>Map 1: Leaf rust spore deposition forecast Bhutan 04 Feb - 10 Feb 2025</w:t>
      </w:r>
    </w:p>
    <w:p w14:paraId="66BC0246" w14:textId="11460450" w:rsidR="004B1D80" w:rsidRDefault="00FA0A7D">
      <w:r w:rsidRPr="00E203D1">
        <w:rPr>
          <w:b/>
          <w:bCs/>
        </w:rPr>
        <w:t>Risk of infection:</w:t>
      </w:r>
      <w:r>
        <w:t xml:space="preserve"> Current forecast (4 – 9 Feb) indicates moderate infection efficiency across </w:t>
      </w:r>
      <w:r w:rsidR="002360ED">
        <w:t xml:space="preserve">southern areas. Little or no suitability forecast in other areas. </w:t>
      </w:r>
    </w:p>
    <w:p w14:paraId="55B01F6E" w14:textId="77777777" w:rsidR="004B1D80" w:rsidRDefault="00000000">
      <w:r>
        <w:rPr>
          <w:noProof/>
        </w:rPr>
        <w:drawing>
          <wp:inline distT="0" distB="0" distL="0" distR="0" wp14:anchorId="08061741" wp14:editId="786B7BCC">
            <wp:extent cx="5848847" cy="361252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502040000_202502100000_map.png"/>
                    <pic:cNvPicPr/>
                  </pic:nvPicPr>
                  <pic:blipFill>
                    <a:blip r:embed="rId10"/>
                    <a:stretch>
                      <a:fillRect/>
                    </a:stretch>
                  </pic:blipFill>
                  <pic:spPr>
                    <a:xfrm>
                      <a:off x="0" y="0"/>
                      <a:ext cx="5877705" cy="3630347"/>
                    </a:xfrm>
                    <a:prstGeom prst="rect">
                      <a:avLst/>
                    </a:prstGeom>
                  </pic:spPr>
                </pic:pic>
              </a:graphicData>
            </a:graphic>
          </wp:inline>
        </w:drawing>
      </w:r>
    </w:p>
    <w:p w14:paraId="60B29D4B" w14:textId="77777777" w:rsidR="004B1D80" w:rsidRDefault="00000000">
      <w:pPr>
        <w:pStyle w:val="Caption"/>
      </w:pPr>
      <w:r>
        <w:t>Map 2: Leaf rust suitability for infection forecast Bhutan 04 Feb - 09 Feb 2025</w:t>
      </w:r>
    </w:p>
    <w:p w14:paraId="3AD2E9CB" w14:textId="77777777" w:rsidR="002360ED" w:rsidRDefault="002360ED"/>
    <w:p w14:paraId="1F619493" w14:textId="77777777" w:rsidR="002360ED" w:rsidRDefault="002360ED"/>
    <w:p w14:paraId="3F493A63" w14:textId="0A7C9565" w:rsidR="004B1D80" w:rsidRDefault="00000000">
      <w:r>
        <w:lastRenderedPageBreak/>
        <w:t>The 20 most impacted districts</w:t>
      </w:r>
      <w:r w:rsidR="002360ED">
        <w:t xml:space="preserve"> (infection efficiency)</w:t>
      </w:r>
      <w:r>
        <w:t xml:space="preserve"> per country are presented in the table below.</w:t>
      </w:r>
    </w:p>
    <w:tbl>
      <w:tblPr>
        <w:tblStyle w:val="TableGrid"/>
        <w:tblW w:w="0" w:type="auto"/>
        <w:tblLook w:val="04A0" w:firstRow="1" w:lastRow="0" w:firstColumn="1" w:lastColumn="0" w:noHBand="0" w:noVBand="1"/>
      </w:tblPr>
      <w:tblGrid>
        <w:gridCol w:w="3358"/>
        <w:gridCol w:w="3359"/>
        <w:gridCol w:w="3359"/>
      </w:tblGrid>
      <w:tr w:rsidR="004B1D80" w14:paraId="6B37A52D" w14:textId="77777777" w:rsidTr="002360ED">
        <w:tc>
          <w:tcPr>
            <w:tcW w:w="3358" w:type="dxa"/>
          </w:tcPr>
          <w:p w14:paraId="7751B045" w14:textId="77777777" w:rsidR="004B1D80" w:rsidRDefault="00000000">
            <w:r>
              <w:t>admin2Name</w:t>
            </w:r>
          </w:p>
        </w:tc>
        <w:tc>
          <w:tcPr>
            <w:tcW w:w="3359" w:type="dxa"/>
          </w:tcPr>
          <w:p w14:paraId="13E42BC6" w14:textId="77777777" w:rsidR="004B1D80" w:rsidRDefault="00000000">
            <w:r>
              <w:t>admin1Name</w:t>
            </w:r>
          </w:p>
        </w:tc>
        <w:tc>
          <w:tcPr>
            <w:tcW w:w="3359" w:type="dxa"/>
          </w:tcPr>
          <w:p w14:paraId="33700334" w14:textId="77777777" w:rsidR="004B1D80" w:rsidRDefault="00000000">
            <w:r>
              <w:t>RIE_leaf_rust_%</w:t>
            </w:r>
          </w:p>
        </w:tc>
      </w:tr>
      <w:tr w:rsidR="004B1D80" w14:paraId="215B2C0A" w14:textId="77777777" w:rsidTr="002360ED">
        <w:tc>
          <w:tcPr>
            <w:tcW w:w="3358" w:type="dxa"/>
          </w:tcPr>
          <w:p w14:paraId="04FBBA7E" w14:textId="77777777" w:rsidR="004B1D80" w:rsidRDefault="00000000">
            <w:proofErr w:type="spellStart"/>
            <w:r>
              <w:t>Ugentse</w:t>
            </w:r>
            <w:proofErr w:type="spellEnd"/>
          </w:p>
        </w:tc>
        <w:tc>
          <w:tcPr>
            <w:tcW w:w="3359" w:type="dxa"/>
          </w:tcPr>
          <w:p w14:paraId="482E3662" w14:textId="77777777" w:rsidR="004B1D80" w:rsidRDefault="00000000">
            <w:r>
              <w:t>Samtse</w:t>
            </w:r>
          </w:p>
        </w:tc>
        <w:tc>
          <w:tcPr>
            <w:tcW w:w="3359" w:type="dxa"/>
          </w:tcPr>
          <w:p w14:paraId="2FE939CD" w14:textId="77777777" w:rsidR="004B1D80" w:rsidRDefault="00000000">
            <w:r>
              <w:t>53</w:t>
            </w:r>
          </w:p>
        </w:tc>
      </w:tr>
      <w:tr w:rsidR="004B1D80" w14:paraId="3AD87CB2" w14:textId="77777777" w:rsidTr="002360ED">
        <w:tc>
          <w:tcPr>
            <w:tcW w:w="3358" w:type="dxa"/>
          </w:tcPr>
          <w:p w14:paraId="41B548CF" w14:textId="77777777" w:rsidR="004B1D80" w:rsidRDefault="00000000">
            <w:r>
              <w:t>Yoeseltse</w:t>
            </w:r>
          </w:p>
        </w:tc>
        <w:tc>
          <w:tcPr>
            <w:tcW w:w="3359" w:type="dxa"/>
          </w:tcPr>
          <w:p w14:paraId="62B70A7C" w14:textId="77777777" w:rsidR="004B1D80" w:rsidRDefault="00000000">
            <w:r>
              <w:t>Samtse</w:t>
            </w:r>
          </w:p>
        </w:tc>
        <w:tc>
          <w:tcPr>
            <w:tcW w:w="3359" w:type="dxa"/>
          </w:tcPr>
          <w:p w14:paraId="231A165C" w14:textId="77777777" w:rsidR="004B1D80" w:rsidRDefault="00000000">
            <w:r>
              <w:t>52</w:t>
            </w:r>
          </w:p>
        </w:tc>
      </w:tr>
      <w:tr w:rsidR="004B1D80" w14:paraId="43575F54" w14:textId="77777777" w:rsidTr="002360ED">
        <w:tc>
          <w:tcPr>
            <w:tcW w:w="3358" w:type="dxa"/>
          </w:tcPr>
          <w:p w14:paraId="1E349820" w14:textId="77777777" w:rsidR="004B1D80" w:rsidRDefault="00000000">
            <w:r>
              <w:t>Sipsu</w:t>
            </w:r>
          </w:p>
        </w:tc>
        <w:tc>
          <w:tcPr>
            <w:tcW w:w="3359" w:type="dxa"/>
          </w:tcPr>
          <w:p w14:paraId="62BCC6D5" w14:textId="77777777" w:rsidR="004B1D80" w:rsidRDefault="00000000">
            <w:r>
              <w:t>Samtse</w:t>
            </w:r>
          </w:p>
        </w:tc>
        <w:tc>
          <w:tcPr>
            <w:tcW w:w="3359" w:type="dxa"/>
          </w:tcPr>
          <w:p w14:paraId="7F24D6F5" w14:textId="77777777" w:rsidR="004B1D80" w:rsidRDefault="00000000">
            <w:r>
              <w:t>51</w:t>
            </w:r>
          </w:p>
        </w:tc>
      </w:tr>
      <w:tr w:rsidR="004B1D80" w14:paraId="77D9FA7F" w14:textId="77777777" w:rsidTr="002360ED">
        <w:tc>
          <w:tcPr>
            <w:tcW w:w="3358" w:type="dxa"/>
          </w:tcPr>
          <w:p w14:paraId="09F0E9C4" w14:textId="77777777" w:rsidR="004B1D80" w:rsidRDefault="00000000">
            <w:r>
              <w:t>Yurung</w:t>
            </w:r>
          </w:p>
        </w:tc>
        <w:tc>
          <w:tcPr>
            <w:tcW w:w="3359" w:type="dxa"/>
          </w:tcPr>
          <w:p w14:paraId="7A44CC48" w14:textId="77777777" w:rsidR="004B1D80" w:rsidRDefault="00000000">
            <w:r>
              <w:t>Pemagatshel</w:t>
            </w:r>
          </w:p>
        </w:tc>
        <w:tc>
          <w:tcPr>
            <w:tcW w:w="3359" w:type="dxa"/>
          </w:tcPr>
          <w:p w14:paraId="3C5DDC52" w14:textId="77777777" w:rsidR="004B1D80" w:rsidRDefault="00000000">
            <w:r>
              <w:t>49</w:t>
            </w:r>
          </w:p>
        </w:tc>
      </w:tr>
      <w:tr w:rsidR="004B1D80" w14:paraId="4517A58C" w14:textId="77777777" w:rsidTr="002360ED">
        <w:tc>
          <w:tcPr>
            <w:tcW w:w="3358" w:type="dxa"/>
          </w:tcPr>
          <w:p w14:paraId="006BC9A2" w14:textId="77777777" w:rsidR="004B1D80" w:rsidRDefault="00000000">
            <w:r>
              <w:t>Barzhong</w:t>
            </w:r>
          </w:p>
        </w:tc>
        <w:tc>
          <w:tcPr>
            <w:tcW w:w="3359" w:type="dxa"/>
          </w:tcPr>
          <w:p w14:paraId="42230A1E" w14:textId="77777777" w:rsidR="004B1D80" w:rsidRDefault="00000000">
            <w:r>
              <w:t>Tsirang</w:t>
            </w:r>
          </w:p>
        </w:tc>
        <w:tc>
          <w:tcPr>
            <w:tcW w:w="3359" w:type="dxa"/>
          </w:tcPr>
          <w:p w14:paraId="5547F891" w14:textId="77777777" w:rsidR="004B1D80" w:rsidRDefault="00000000">
            <w:r>
              <w:t>49</w:t>
            </w:r>
          </w:p>
        </w:tc>
      </w:tr>
      <w:tr w:rsidR="004B1D80" w14:paraId="59230525" w14:textId="77777777" w:rsidTr="002360ED">
        <w:tc>
          <w:tcPr>
            <w:tcW w:w="3358" w:type="dxa"/>
          </w:tcPr>
          <w:p w14:paraId="3736C1A7" w14:textId="77777777" w:rsidR="004B1D80" w:rsidRDefault="00000000">
            <w:r>
              <w:t>Dorokha</w:t>
            </w:r>
          </w:p>
        </w:tc>
        <w:tc>
          <w:tcPr>
            <w:tcW w:w="3359" w:type="dxa"/>
          </w:tcPr>
          <w:p w14:paraId="4AAFFCAF" w14:textId="77777777" w:rsidR="004B1D80" w:rsidRDefault="00000000">
            <w:r>
              <w:t>Samtse</w:t>
            </w:r>
          </w:p>
        </w:tc>
        <w:tc>
          <w:tcPr>
            <w:tcW w:w="3359" w:type="dxa"/>
          </w:tcPr>
          <w:p w14:paraId="5C7D9752" w14:textId="77777777" w:rsidR="004B1D80" w:rsidRDefault="00000000">
            <w:r>
              <w:t>49</w:t>
            </w:r>
          </w:p>
        </w:tc>
      </w:tr>
      <w:tr w:rsidR="004B1D80" w14:paraId="77A2283D" w14:textId="77777777" w:rsidTr="002360ED">
        <w:tc>
          <w:tcPr>
            <w:tcW w:w="3358" w:type="dxa"/>
          </w:tcPr>
          <w:p w14:paraId="2F894CE9" w14:textId="77777777" w:rsidR="004B1D80" w:rsidRDefault="00000000">
            <w:r>
              <w:t>Chengmari</w:t>
            </w:r>
          </w:p>
        </w:tc>
        <w:tc>
          <w:tcPr>
            <w:tcW w:w="3359" w:type="dxa"/>
          </w:tcPr>
          <w:p w14:paraId="415852C6" w14:textId="77777777" w:rsidR="004B1D80" w:rsidRDefault="00000000">
            <w:r>
              <w:t>Samtse</w:t>
            </w:r>
          </w:p>
        </w:tc>
        <w:tc>
          <w:tcPr>
            <w:tcW w:w="3359" w:type="dxa"/>
          </w:tcPr>
          <w:p w14:paraId="746C3E62" w14:textId="77777777" w:rsidR="004B1D80" w:rsidRDefault="00000000">
            <w:r>
              <w:t>48</w:t>
            </w:r>
          </w:p>
        </w:tc>
      </w:tr>
      <w:tr w:rsidR="004B1D80" w14:paraId="454EE263" w14:textId="77777777" w:rsidTr="002360ED">
        <w:tc>
          <w:tcPr>
            <w:tcW w:w="3358" w:type="dxa"/>
          </w:tcPr>
          <w:p w14:paraId="22EEA911" w14:textId="77777777" w:rsidR="004B1D80" w:rsidRDefault="00000000">
            <w:r>
              <w:t>Tsholingkhor</w:t>
            </w:r>
          </w:p>
        </w:tc>
        <w:tc>
          <w:tcPr>
            <w:tcW w:w="3359" w:type="dxa"/>
          </w:tcPr>
          <w:p w14:paraId="38D8C339" w14:textId="77777777" w:rsidR="004B1D80" w:rsidRDefault="00000000">
            <w:r>
              <w:t>Tsirang</w:t>
            </w:r>
          </w:p>
        </w:tc>
        <w:tc>
          <w:tcPr>
            <w:tcW w:w="3359" w:type="dxa"/>
          </w:tcPr>
          <w:p w14:paraId="6EC63793" w14:textId="77777777" w:rsidR="004B1D80" w:rsidRDefault="00000000">
            <w:r>
              <w:t>47</w:t>
            </w:r>
          </w:p>
        </w:tc>
      </w:tr>
      <w:tr w:rsidR="004B1D80" w14:paraId="09E45BC7" w14:textId="77777777" w:rsidTr="002360ED">
        <w:tc>
          <w:tcPr>
            <w:tcW w:w="3358" w:type="dxa"/>
          </w:tcPr>
          <w:p w14:paraId="7E4FBDA9" w14:textId="77777777" w:rsidR="004B1D80" w:rsidRDefault="00000000">
            <w:r>
              <w:t>Tsangkha</w:t>
            </w:r>
          </w:p>
        </w:tc>
        <w:tc>
          <w:tcPr>
            <w:tcW w:w="3359" w:type="dxa"/>
          </w:tcPr>
          <w:p w14:paraId="542C0A75" w14:textId="77777777" w:rsidR="004B1D80" w:rsidRDefault="00000000">
            <w:r>
              <w:t>Dagana</w:t>
            </w:r>
          </w:p>
        </w:tc>
        <w:tc>
          <w:tcPr>
            <w:tcW w:w="3359" w:type="dxa"/>
          </w:tcPr>
          <w:p w14:paraId="389A1354" w14:textId="77777777" w:rsidR="004B1D80" w:rsidRDefault="00000000">
            <w:r>
              <w:t>47</w:t>
            </w:r>
          </w:p>
        </w:tc>
      </w:tr>
      <w:tr w:rsidR="004B1D80" w14:paraId="3AD6DFC3" w14:textId="77777777" w:rsidTr="002360ED">
        <w:tc>
          <w:tcPr>
            <w:tcW w:w="3358" w:type="dxa"/>
          </w:tcPr>
          <w:p w14:paraId="18A1A81A" w14:textId="77777777" w:rsidR="004B1D80" w:rsidRDefault="00000000">
            <w:r>
              <w:t>Chargharay</w:t>
            </w:r>
          </w:p>
        </w:tc>
        <w:tc>
          <w:tcPr>
            <w:tcW w:w="3359" w:type="dxa"/>
          </w:tcPr>
          <w:p w14:paraId="0CBAB9E0" w14:textId="77777777" w:rsidR="004B1D80" w:rsidRDefault="00000000">
            <w:r>
              <w:t>Samtse</w:t>
            </w:r>
          </w:p>
        </w:tc>
        <w:tc>
          <w:tcPr>
            <w:tcW w:w="3359" w:type="dxa"/>
          </w:tcPr>
          <w:p w14:paraId="72798457" w14:textId="77777777" w:rsidR="004B1D80" w:rsidRDefault="00000000">
            <w:r>
              <w:t>46</w:t>
            </w:r>
          </w:p>
        </w:tc>
      </w:tr>
      <w:tr w:rsidR="004B1D80" w14:paraId="57FF1335" w14:textId="77777777" w:rsidTr="002360ED">
        <w:tc>
          <w:tcPr>
            <w:tcW w:w="3358" w:type="dxa"/>
          </w:tcPr>
          <w:p w14:paraId="605313E1" w14:textId="77777777" w:rsidR="004B1D80" w:rsidRDefault="00000000">
            <w:r>
              <w:t>Samtse</w:t>
            </w:r>
          </w:p>
        </w:tc>
        <w:tc>
          <w:tcPr>
            <w:tcW w:w="3359" w:type="dxa"/>
          </w:tcPr>
          <w:p w14:paraId="6E2E88FC" w14:textId="77777777" w:rsidR="004B1D80" w:rsidRDefault="00000000">
            <w:r>
              <w:t>Samtse</w:t>
            </w:r>
          </w:p>
        </w:tc>
        <w:tc>
          <w:tcPr>
            <w:tcW w:w="3359" w:type="dxa"/>
          </w:tcPr>
          <w:p w14:paraId="0A4A1B1E" w14:textId="77777777" w:rsidR="004B1D80" w:rsidRDefault="00000000">
            <w:r>
              <w:t>46</w:t>
            </w:r>
          </w:p>
        </w:tc>
      </w:tr>
      <w:tr w:rsidR="004B1D80" w14:paraId="169D27C4" w14:textId="77777777" w:rsidTr="002360ED">
        <w:tc>
          <w:tcPr>
            <w:tcW w:w="3358" w:type="dxa"/>
          </w:tcPr>
          <w:p w14:paraId="6F90B2C4" w14:textId="77777777" w:rsidR="004B1D80" w:rsidRDefault="00000000">
            <w:r>
              <w:t>Ngangla</w:t>
            </w:r>
          </w:p>
        </w:tc>
        <w:tc>
          <w:tcPr>
            <w:tcW w:w="3359" w:type="dxa"/>
          </w:tcPr>
          <w:p w14:paraId="1D26F33B" w14:textId="77777777" w:rsidR="004B1D80" w:rsidRDefault="00000000">
            <w:r>
              <w:t>Zhemgang</w:t>
            </w:r>
          </w:p>
        </w:tc>
        <w:tc>
          <w:tcPr>
            <w:tcW w:w="3359" w:type="dxa"/>
          </w:tcPr>
          <w:p w14:paraId="7A4DD2CE" w14:textId="77777777" w:rsidR="004B1D80" w:rsidRDefault="00000000">
            <w:r>
              <w:t>46</w:t>
            </w:r>
          </w:p>
        </w:tc>
      </w:tr>
      <w:tr w:rsidR="004B1D80" w14:paraId="7E5028FE" w14:textId="77777777" w:rsidTr="002360ED">
        <w:tc>
          <w:tcPr>
            <w:tcW w:w="3358" w:type="dxa"/>
          </w:tcPr>
          <w:p w14:paraId="260B58A8" w14:textId="77777777" w:rsidR="004B1D80" w:rsidRDefault="00000000">
            <w:r>
              <w:t>Rangthangling</w:t>
            </w:r>
          </w:p>
        </w:tc>
        <w:tc>
          <w:tcPr>
            <w:tcW w:w="3359" w:type="dxa"/>
          </w:tcPr>
          <w:p w14:paraId="1C54DF54" w14:textId="77777777" w:rsidR="004B1D80" w:rsidRDefault="00000000">
            <w:r>
              <w:t>Tsirang</w:t>
            </w:r>
          </w:p>
        </w:tc>
        <w:tc>
          <w:tcPr>
            <w:tcW w:w="3359" w:type="dxa"/>
          </w:tcPr>
          <w:p w14:paraId="7F085920" w14:textId="77777777" w:rsidR="004B1D80" w:rsidRDefault="00000000">
            <w:r>
              <w:t>45</w:t>
            </w:r>
          </w:p>
        </w:tc>
      </w:tr>
      <w:tr w:rsidR="004B1D80" w14:paraId="223684E4" w14:textId="77777777" w:rsidTr="002360ED">
        <w:tc>
          <w:tcPr>
            <w:tcW w:w="3358" w:type="dxa"/>
          </w:tcPr>
          <w:p w14:paraId="64418897" w14:textId="77777777" w:rsidR="004B1D80" w:rsidRDefault="00000000">
            <w:r>
              <w:t>Langchhenphu</w:t>
            </w:r>
          </w:p>
        </w:tc>
        <w:tc>
          <w:tcPr>
            <w:tcW w:w="3359" w:type="dxa"/>
          </w:tcPr>
          <w:p w14:paraId="4121ED7C" w14:textId="77777777" w:rsidR="004B1D80" w:rsidRDefault="00000000">
            <w:r>
              <w:t>Samdrupjongkhar</w:t>
            </w:r>
          </w:p>
        </w:tc>
        <w:tc>
          <w:tcPr>
            <w:tcW w:w="3359" w:type="dxa"/>
          </w:tcPr>
          <w:p w14:paraId="4DA085B6" w14:textId="77777777" w:rsidR="004B1D80" w:rsidRDefault="00000000">
            <w:r>
              <w:t>45</w:t>
            </w:r>
          </w:p>
        </w:tc>
      </w:tr>
      <w:tr w:rsidR="004B1D80" w14:paraId="6A78E1DE" w14:textId="77777777" w:rsidTr="002360ED">
        <w:tc>
          <w:tcPr>
            <w:tcW w:w="3358" w:type="dxa"/>
          </w:tcPr>
          <w:p w14:paraId="2094D647" w14:textId="77777777" w:rsidR="004B1D80" w:rsidRDefault="00000000">
            <w:r>
              <w:t>Mendrelgang</w:t>
            </w:r>
          </w:p>
        </w:tc>
        <w:tc>
          <w:tcPr>
            <w:tcW w:w="3359" w:type="dxa"/>
          </w:tcPr>
          <w:p w14:paraId="08ED2528" w14:textId="77777777" w:rsidR="004B1D80" w:rsidRDefault="00000000">
            <w:r>
              <w:t>Tsirang</w:t>
            </w:r>
          </w:p>
        </w:tc>
        <w:tc>
          <w:tcPr>
            <w:tcW w:w="3359" w:type="dxa"/>
          </w:tcPr>
          <w:p w14:paraId="0CB72E53" w14:textId="77777777" w:rsidR="004B1D80" w:rsidRDefault="00000000">
            <w:r>
              <w:t>45</w:t>
            </w:r>
          </w:p>
        </w:tc>
      </w:tr>
      <w:tr w:rsidR="004B1D80" w14:paraId="224A4CBB" w14:textId="77777777" w:rsidTr="002360ED">
        <w:tc>
          <w:tcPr>
            <w:tcW w:w="3358" w:type="dxa"/>
          </w:tcPr>
          <w:p w14:paraId="3A7DF8EF" w14:textId="77777777" w:rsidR="004B1D80" w:rsidRDefault="00000000">
            <w:r>
              <w:t>Gozhing</w:t>
            </w:r>
          </w:p>
        </w:tc>
        <w:tc>
          <w:tcPr>
            <w:tcW w:w="3359" w:type="dxa"/>
          </w:tcPr>
          <w:p w14:paraId="0DC3C943" w14:textId="77777777" w:rsidR="004B1D80" w:rsidRDefault="00000000">
            <w:r>
              <w:t>Zhemgang</w:t>
            </w:r>
          </w:p>
        </w:tc>
        <w:tc>
          <w:tcPr>
            <w:tcW w:w="3359" w:type="dxa"/>
          </w:tcPr>
          <w:p w14:paraId="2B0CBA0D" w14:textId="77777777" w:rsidR="004B1D80" w:rsidRDefault="00000000">
            <w:r>
              <w:t>45</w:t>
            </w:r>
          </w:p>
        </w:tc>
      </w:tr>
      <w:tr w:rsidR="004B1D80" w14:paraId="7B8F3870" w14:textId="77777777" w:rsidTr="002360ED">
        <w:tc>
          <w:tcPr>
            <w:tcW w:w="3358" w:type="dxa"/>
          </w:tcPr>
          <w:p w14:paraId="176E6AC4" w14:textId="77777777" w:rsidR="004B1D80" w:rsidRDefault="00000000">
            <w:r>
              <w:t>Samphelling</w:t>
            </w:r>
          </w:p>
        </w:tc>
        <w:tc>
          <w:tcPr>
            <w:tcW w:w="3359" w:type="dxa"/>
          </w:tcPr>
          <w:p w14:paraId="0202A9F6" w14:textId="77777777" w:rsidR="004B1D80" w:rsidRDefault="00000000">
            <w:r>
              <w:t>Chhukha</w:t>
            </w:r>
          </w:p>
        </w:tc>
        <w:tc>
          <w:tcPr>
            <w:tcW w:w="3359" w:type="dxa"/>
          </w:tcPr>
          <w:p w14:paraId="3B3F0428" w14:textId="77777777" w:rsidR="004B1D80" w:rsidRDefault="00000000">
            <w:r>
              <w:t>45</w:t>
            </w:r>
          </w:p>
        </w:tc>
      </w:tr>
      <w:tr w:rsidR="004B1D80" w14:paraId="4B16B13E" w14:textId="77777777" w:rsidTr="002360ED">
        <w:tc>
          <w:tcPr>
            <w:tcW w:w="3358" w:type="dxa"/>
          </w:tcPr>
          <w:p w14:paraId="40752396" w14:textId="77777777" w:rsidR="004B1D80" w:rsidRDefault="00000000">
            <w:r>
              <w:t>Dungtoe</w:t>
            </w:r>
          </w:p>
        </w:tc>
        <w:tc>
          <w:tcPr>
            <w:tcW w:w="3359" w:type="dxa"/>
          </w:tcPr>
          <w:p w14:paraId="68E317EB" w14:textId="77777777" w:rsidR="004B1D80" w:rsidRDefault="00000000">
            <w:r>
              <w:t>Samtse</w:t>
            </w:r>
          </w:p>
        </w:tc>
        <w:tc>
          <w:tcPr>
            <w:tcW w:w="3359" w:type="dxa"/>
          </w:tcPr>
          <w:p w14:paraId="6B1977D2" w14:textId="77777777" w:rsidR="004B1D80" w:rsidRDefault="00000000">
            <w:r>
              <w:t>45</w:t>
            </w:r>
          </w:p>
        </w:tc>
      </w:tr>
      <w:tr w:rsidR="004B1D80" w14:paraId="4B479DB3" w14:textId="77777777" w:rsidTr="002360ED">
        <w:tc>
          <w:tcPr>
            <w:tcW w:w="3358" w:type="dxa"/>
          </w:tcPr>
          <w:p w14:paraId="409A7E66" w14:textId="77777777" w:rsidR="004B1D80" w:rsidRDefault="00000000">
            <w:r>
              <w:t>Denchhukha</w:t>
            </w:r>
          </w:p>
        </w:tc>
        <w:tc>
          <w:tcPr>
            <w:tcW w:w="3359" w:type="dxa"/>
          </w:tcPr>
          <w:p w14:paraId="01EFF7F5" w14:textId="77777777" w:rsidR="004B1D80" w:rsidRDefault="00000000">
            <w:r>
              <w:t>Samtse</w:t>
            </w:r>
          </w:p>
        </w:tc>
        <w:tc>
          <w:tcPr>
            <w:tcW w:w="3359" w:type="dxa"/>
          </w:tcPr>
          <w:p w14:paraId="6E0830DE" w14:textId="77777777" w:rsidR="004B1D80" w:rsidRDefault="00000000">
            <w:r>
              <w:t>44</w:t>
            </w:r>
          </w:p>
        </w:tc>
      </w:tr>
      <w:tr w:rsidR="004B1D80" w14:paraId="5F8F342E" w14:textId="77777777" w:rsidTr="002360ED">
        <w:tc>
          <w:tcPr>
            <w:tcW w:w="3358" w:type="dxa"/>
          </w:tcPr>
          <w:p w14:paraId="1579BFE9" w14:textId="77777777" w:rsidR="004B1D80" w:rsidRDefault="00000000">
            <w:r>
              <w:t>Shumer</w:t>
            </w:r>
          </w:p>
        </w:tc>
        <w:tc>
          <w:tcPr>
            <w:tcW w:w="3359" w:type="dxa"/>
          </w:tcPr>
          <w:p w14:paraId="7AC405FD" w14:textId="77777777" w:rsidR="004B1D80" w:rsidRDefault="00000000">
            <w:r>
              <w:t>Pemagatshel</w:t>
            </w:r>
          </w:p>
        </w:tc>
        <w:tc>
          <w:tcPr>
            <w:tcW w:w="3359" w:type="dxa"/>
          </w:tcPr>
          <w:p w14:paraId="4D26AB87" w14:textId="77777777" w:rsidR="004B1D80" w:rsidRDefault="00000000">
            <w:r>
              <w:t>44</w:t>
            </w:r>
          </w:p>
        </w:tc>
      </w:tr>
    </w:tbl>
    <w:p w14:paraId="13D1B642" w14:textId="77777777" w:rsidR="004B1D80" w:rsidRDefault="00000000">
      <w:r>
        <w:br w:type="page"/>
      </w:r>
    </w:p>
    <w:p w14:paraId="6F49CAE1" w14:textId="77777777" w:rsidR="004B1D80" w:rsidRDefault="00000000">
      <w:pPr>
        <w:pStyle w:val="Heading2"/>
      </w:pPr>
      <w:r>
        <w:lastRenderedPageBreak/>
        <w:t>Stripe rust</w:t>
      </w:r>
    </w:p>
    <w:p w14:paraId="7CF90FD2" w14:textId="276629D6" w:rsidR="004B1D80" w:rsidRDefault="002360ED">
      <w:r w:rsidRPr="002360ED">
        <w:rPr>
          <w:b/>
          <w:bCs/>
        </w:rPr>
        <w:t>Dispersal:</w:t>
      </w:r>
      <w:r>
        <w:t xml:space="preserve"> </w:t>
      </w:r>
      <w:r w:rsidR="00000000">
        <w:t>Current forecast (04 Feb - 10 Feb) indicates</w:t>
      </w:r>
      <w:r>
        <w:t xml:space="preserve"> no dispersal, as no stripe rust detected.</w:t>
      </w:r>
    </w:p>
    <w:p w14:paraId="79E0F5AE" w14:textId="77777777" w:rsidR="004B1D80" w:rsidRDefault="00000000">
      <w:r>
        <w:rPr>
          <w:noProof/>
        </w:rPr>
        <w:drawing>
          <wp:inline distT="0" distB="0" distL="0" distR="0" wp14:anchorId="3B1C8766" wp14:editId="5083323D">
            <wp:extent cx="4572000" cy="28238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prod_total_202502040300_202502110000_map.png"/>
                    <pic:cNvPicPr/>
                  </pic:nvPicPr>
                  <pic:blipFill>
                    <a:blip r:embed="rId11"/>
                    <a:stretch>
                      <a:fillRect/>
                    </a:stretch>
                  </pic:blipFill>
                  <pic:spPr>
                    <a:xfrm>
                      <a:off x="0" y="0"/>
                      <a:ext cx="4572000" cy="2823882"/>
                    </a:xfrm>
                    <a:prstGeom prst="rect">
                      <a:avLst/>
                    </a:prstGeom>
                  </pic:spPr>
                </pic:pic>
              </a:graphicData>
            </a:graphic>
          </wp:inline>
        </w:drawing>
      </w:r>
    </w:p>
    <w:p w14:paraId="463E00EF" w14:textId="77777777" w:rsidR="004B1D80" w:rsidRDefault="00000000">
      <w:pPr>
        <w:pStyle w:val="Caption"/>
      </w:pPr>
      <w:r>
        <w:t>Map 3: Stripe rust spore deposition forecast Bhutan 04 Feb - 10 Feb 2025</w:t>
      </w:r>
    </w:p>
    <w:p w14:paraId="5790194E" w14:textId="2F90AA3D" w:rsidR="004B1D80" w:rsidRDefault="002360ED">
      <w:r w:rsidRPr="00E203D1">
        <w:rPr>
          <w:b/>
          <w:bCs/>
        </w:rPr>
        <w:t>Risk of infection:</w:t>
      </w:r>
      <w:r>
        <w:t xml:space="preserve"> Current forecast (4 – 9 Feb) indicates moderate</w:t>
      </w:r>
      <w:r>
        <w:t xml:space="preserve"> to high</w:t>
      </w:r>
      <w:r>
        <w:t xml:space="preserve"> infection efficiency across southern areas. Little or no suitability forecast in other areas. </w:t>
      </w:r>
    </w:p>
    <w:p w14:paraId="4E27A3E5" w14:textId="77777777" w:rsidR="004B1D80" w:rsidRDefault="00000000">
      <w:r>
        <w:rPr>
          <w:noProof/>
        </w:rPr>
        <w:drawing>
          <wp:inline distT="0" distB="0" distL="0" distR="0" wp14:anchorId="542B345D" wp14:editId="65043D88">
            <wp:extent cx="5796721" cy="358032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502040000_202502100000_map.png"/>
                    <pic:cNvPicPr/>
                  </pic:nvPicPr>
                  <pic:blipFill>
                    <a:blip r:embed="rId12"/>
                    <a:stretch>
                      <a:fillRect/>
                    </a:stretch>
                  </pic:blipFill>
                  <pic:spPr>
                    <a:xfrm>
                      <a:off x="0" y="0"/>
                      <a:ext cx="5804725" cy="3585270"/>
                    </a:xfrm>
                    <a:prstGeom prst="rect">
                      <a:avLst/>
                    </a:prstGeom>
                  </pic:spPr>
                </pic:pic>
              </a:graphicData>
            </a:graphic>
          </wp:inline>
        </w:drawing>
      </w:r>
    </w:p>
    <w:p w14:paraId="61C76ADF" w14:textId="77777777" w:rsidR="004B1D80" w:rsidRDefault="00000000">
      <w:pPr>
        <w:pStyle w:val="Caption"/>
      </w:pPr>
      <w:r>
        <w:t>Map 4: Stripe rust suitability for infection forecast Bhutan 04 Feb - 09 Feb 2025</w:t>
      </w:r>
    </w:p>
    <w:p w14:paraId="3A5BCF51" w14:textId="73CD6A36" w:rsidR="004B1D80" w:rsidRDefault="00000000">
      <w:r>
        <w:lastRenderedPageBreak/>
        <w:t>The 20 most impacted districts</w:t>
      </w:r>
      <w:r w:rsidR="009763C4">
        <w:t xml:space="preserve"> (infection efficiency)</w:t>
      </w:r>
      <w:r>
        <w:t xml:space="preserve"> per country are presented in the table below.</w:t>
      </w:r>
    </w:p>
    <w:tbl>
      <w:tblPr>
        <w:tblStyle w:val="TableGrid"/>
        <w:tblW w:w="0" w:type="auto"/>
        <w:tblLook w:val="04A0" w:firstRow="1" w:lastRow="0" w:firstColumn="1" w:lastColumn="0" w:noHBand="0" w:noVBand="1"/>
      </w:tblPr>
      <w:tblGrid>
        <w:gridCol w:w="3359"/>
        <w:gridCol w:w="3358"/>
        <w:gridCol w:w="3359"/>
      </w:tblGrid>
      <w:tr w:rsidR="004B1D80" w14:paraId="57882D1C" w14:textId="77777777" w:rsidTr="009763C4">
        <w:tc>
          <w:tcPr>
            <w:tcW w:w="3359" w:type="dxa"/>
          </w:tcPr>
          <w:p w14:paraId="6F2D3C40" w14:textId="77777777" w:rsidR="004B1D80" w:rsidRDefault="00000000">
            <w:r>
              <w:t>admin2Name</w:t>
            </w:r>
          </w:p>
        </w:tc>
        <w:tc>
          <w:tcPr>
            <w:tcW w:w="3358" w:type="dxa"/>
          </w:tcPr>
          <w:p w14:paraId="356D5DAF" w14:textId="77777777" w:rsidR="004B1D80" w:rsidRDefault="00000000">
            <w:r>
              <w:t>admin1Name</w:t>
            </w:r>
          </w:p>
        </w:tc>
        <w:tc>
          <w:tcPr>
            <w:tcW w:w="3359" w:type="dxa"/>
          </w:tcPr>
          <w:p w14:paraId="3FAFD4EC" w14:textId="77777777" w:rsidR="004B1D80" w:rsidRDefault="00000000">
            <w:r>
              <w:t>RIE_stripe_rust_%</w:t>
            </w:r>
          </w:p>
        </w:tc>
      </w:tr>
      <w:tr w:rsidR="004B1D80" w14:paraId="06ED0F31" w14:textId="77777777" w:rsidTr="009763C4">
        <w:tc>
          <w:tcPr>
            <w:tcW w:w="3359" w:type="dxa"/>
          </w:tcPr>
          <w:p w14:paraId="2E0C9F4D" w14:textId="77777777" w:rsidR="004B1D80" w:rsidRDefault="00000000">
            <w:proofErr w:type="spellStart"/>
            <w:r>
              <w:t>Chargharay</w:t>
            </w:r>
            <w:proofErr w:type="spellEnd"/>
          </w:p>
        </w:tc>
        <w:tc>
          <w:tcPr>
            <w:tcW w:w="3358" w:type="dxa"/>
          </w:tcPr>
          <w:p w14:paraId="35482B9C" w14:textId="77777777" w:rsidR="004B1D80" w:rsidRDefault="00000000">
            <w:r>
              <w:t>Samtse</w:t>
            </w:r>
          </w:p>
        </w:tc>
        <w:tc>
          <w:tcPr>
            <w:tcW w:w="3359" w:type="dxa"/>
          </w:tcPr>
          <w:p w14:paraId="2CBDC2F6" w14:textId="77777777" w:rsidR="004B1D80" w:rsidRDefault="00000000">
            <w:r>
              <w:t>65</w:t>
            </w:r>
          </w:p>
        </w:tc>
      </w:tr>
      <w:tr w:rsidR="004B1D80" w14:paraId="2EA7DC72" w14:textId="77777777" w:rsidTr="009763C4">
        <w:tc>
          <w:tcPr>
            <w:tcW w:w="3359" w:type="dxa"/>
          </w:tcPr>
          <w:p w14:paraId="4F6C8AA4" w14:textId="77777777" w:rsidR="004B1D80" w:rsidRDefault="00000000">
            <w:r>
              <w:t>Dungtoe</w:t>
            </w:r>
          </w:p>
        </w:tc>
        <w:tc>
          <w:tcPr>
            <w:tcW w:w="3358" w:type="dxa"/>
          </w:tcPr>
          <w:p w14:paraId="120F8621" w14:textId="77777777" w:rsidR="004B1D80" w:rsidRDefault="00000000">
            <w:r>
              <w:t>Samtse</w:t>
            </w:r>
          </w:p>
        </w:tc>
        <w:tc>
          <w:tcPr>
            <w:tcW w:w="3359" w:type="dxa"/>
          </w:tcPr>
          <w:p w14:paraId="78995D94" w14:textId="77777777" w:rsidR="004B1D80" w:rsidRDefault="00000000">
            <w:r>
              <w:t>65</w:t>
            </w:r>
          </w:p>
        </w:tc>
      </w:tr>
      <w:tr w:rsidR="004B1D80" w14:paraId="3FB536BF" w14:textId="77777777" w:rsidTr="009763C4">
        <w:tc>
          <w:tcPr>
            <w:tcW w:w="3359" w:type="dxa"/>
          </w:tcPr>
          <w:p w14:paraId="78C0C79E" w14:textId="77777777" w:rsidR="004B1D80" w:rsidRDefault="00000000">
            <w:r>
              <w:t>Sipsu</w:t>
            </w:r>
          </w:p>
        </w:tc>
        <w:tc>
          <w:tcPr>
            <w:tcW w:w="3358" w:type="dxa"/>
          </w:tcPr>
          <w:p w14:paraId="16B7002C" w14:textId="77777777" w:rsidR="004B1D80" w:rsidRDefault="00000000">
            <w:r>
              <w:t>Samtse</w:t>
            </w:r>
          </w:p>
        </w:tc>
        <w:tc>
          <w:tcPr>
            <w:tcW w:w="3359" w:type="dxa"/>
          </w:tcPr>
          <w:p w14:paraId="058E508F" w14:textId="77777777" w:rsidR="004B1D80" w:rsidRDefault="00000000">
            <w:r>
              <w:t>64</w:t>
            </w:r>
          </w:p>
        </w:tc>
      </w:tr>
      <w:tr w:rsidR="004B1D80" w14:paraId="7CE03EE2" w14:textId="77777777" w:rsidTr="009763C4">
        <w:tc>
          <w:tcPr>
            <w:tcW w:w="3359" w:type="dxa"/>
          </w:tcPr>
          <w:p w14:paraId="26020B17" w14:textId="77777777" w:rsidR="004B1D80" w:rsidRDefault="00000000">
            <w:r>
              <w:t>Chengmari</w:t>
            </w:r>
          </w:p>
        </w:tc>
        <w:tc>
          <w:tcPr>
            <w:tcW w:w="3358" w:type="dxa"/>
          </w:tcPr>
          <w:p w14:paraId="377032B2" w14:textId="77777777" w:rsidR="004B1D80" w:rsidRDefault="00000000">
            <w:r>
              <w:t>Samtse</w:t>
            </w:r>
          </w:p>
        </w:tc>
        <w:tc>
          <w:tcPr>
            <w:tcW w:w="3359" w:type="dxa"/>
          </w:tcPr>
          <w:p w14:paraId="66559920" w14:textId="77777777" w:rsidR="004B1D80" w:rsidRDefault="00000000">
            <w:r>
              <w:t>59</w:t>
            </w:r>
          </w:p>
        </w:tc>
      </w:tr>
      <w:tr w:rsidR="004B1D80" w14:paraId="72A1F782" w14:textId="77777777" w:rsidTr="009763C4">
        <w:tc>
          <w:tcPr>
            <w:tcW w:w="3359" w:type="dxa"/>
          </w:tcPr>
          <w:p w14:paraId="41D95146" w14:textId="77777777" w:rsidR="004B1D80" w:rsidRDefault="00000000">
            <w:r>
              <w:t>Namgyel Chhoeling</w:t>
            </w:r>
          </w:p>
        </w:tc>
        <w:tc>
          <w:tcPr>
            <w:tcW w:w="3358" w:type="dxa"/>
          </w:tcPr>
          <w:p w14:paraId="490FB6EE" w14:textId="77777777" w:rsidR="004B1D80" w:rsidRDefault="00000000">
            <w:r>
              <w:t>Samtse</w:t>
            </w:r>
          </w:p>
        </w:tc>
        <w:tc>
          <w:tcPr>
            <w:tcW w:w="3359" w:type="dxa"/>
          </w:tcPr>
          <w:p w14:paraId="7AE9B3C1" w14:textId="77777777" w:rsidR="004B1D80" w:rsidRDefault="00000000">
            <w:r>
              <w:t>56</w:t>
            </w:r>
          </w:p>
        </w:tc>
      </w:tr>
      <w:tr w:rsidR="004B1D80" w14:paraId="6ED36195" w14:textId="77777777" w:rsidTr="009763C4">
        <w:tc>
          <w:tcPr>
            <w:tcW w:w="3359" w:type="dxa"/>
          </w:tcPr>
          <w:p w14:paraId="4AA134EE" w14:textId="77777777" w:rsidR="004B1D80" w:rsidRDefault="00000000">
            <w:r>
              <w:t>Dorokha</w:t>
            </w:r>
          </w:p>
        </w:tc>
        <w:tc>
          <w:tcPr>
            <w:tcW w:w="3358" w:type="dxa"/>
          </w:tcPr>
          <w:p w14:paraId="25786E4C" w14:textId="77777777" w:rsidR="004B1D80" w:rsidRDefault="00000000">
            <w:r>
              <w:t>Samtse</w:t>
            </w:r>
          </w:p>
        </w:tc>
        <w:tc>
          <w:tcPr>
            <w:tcW w:w="3359" w:type="dxa"/>
          </w:tcPr>
          <w:p w14:paraId="182C194D" w14:textId="77777777" w:rsidR="004B1D80" w:rsidRDefault="00000000">
            <w:r>
              <w:t>55</w:t>
            </w:r>
          </w:p>
        </w:tc>
      </w:tr>
      <w:tr w:rsidR="004B1D80" w14:paraId="2BD0D420" w14:textId="77777777" w:rsidTr="009763C4">
        <w:tc>
          <w:tcPr>
            <w:tcW w:w="3359" w:type="dxa"/>
          </w:tcPr>
          <w:p w14:paraId="3E537D53" w14:textId="77777777" w:rsidR="004B1D80" w:rsidRDefault="00000000">
            <w:r>
              <w:t>Yoeseltse</w:t>
            </w:r>
          </w:p>
        </w:tc>
        <w:tc>
          <w:tcPr>
            <w:tcW w:w="3358" w:type="dxa"/>
          </w:tcPr>
          <w:p w14:paraId="23FBBE15" w14:textId="77777777" w:rsidR="004B1D80" w:rsidRDefault="00000000">
            <w:r>
              <w:t>Samtse</w:t>
            </w:r>
          </w:p>
        </w:tc>
        <w:tc>
          <w:tcPr>
            <w:tcW w:w="3359" w:type="dxa"/>
          </w:tcPr>
          <w:p w14:paraId="0BB7F8CF" w14:textId="77777777" w:rsidR="004B1D80" w:rsidRDefault="00000000">
            <w:r>
              <w:t>55</w:t>
            </w:r>
          </w:p>
        </w:tc>
      </w:tr>
      <w:tr w:rsidR="004B1D80" w14:paraId="3ECAF9E9" w14:textId="77777777" w:rsidTr="009763C4">
        <w:tc>
          <w:tcPr>
            <w:tcW w:w="3359" w:type="dxa"/>
          </w:tcPr>
          <w:p w14:paraId="05668893" w14:textId="77777777" w:rsidR="004B1D80" w:rsidRDefault="00000000">
            <w:r>
              <w:t>Biru</w:t>
            </w:r>
          </w:p>
        </w:tc>
        <w:tc>
          <w:tcPr>
            <w:tcW w:w="3358" w:type="dxa"/>
          </w:tcPr>
          <w:p w14:paraId="499224AD" w14:textId="77777777" w:rsidR="004B1D80" w:rsidRDefault="00000000">
            <w:r>
              <w:t>Samtse</w:t>
            </w:r>
          </w:p>
        </w:tc>
        <w:tc>
          <w:tcPr>
            <w:tcW w:w="3359" w:type="dxa"/>
          </w:tcPr>
          <w:p w14:paraId="0695E04F" w14:textId="77777777" w:rsidR="004B1D80" w:rsidRDefault="00000000">
            <w:r>
              <w:t>54</w:t>
            </w:r>
          </w:p>
        </w:tc>
      </w:tr>
      <w:tr w:rsidR="004B1D80" w14:paraId="0C4643EE" w14:textId="77777777" w:rsidTr="009763C4">
        <w:tc>
          <w:tcPr>
            <w:tcW w:w="3359" w:type="dxa"/>
          </w:tcPr>
          <w:p w14:paraId="0BE236DD" w14:textId="77777777" w:rsidR="004B1D80" w:rsidRDefault="00000000">
            <w:r>
              <w:t>Tsholingkhor</w:t>
            </w:r>
          </w:p>
        </w:tc>
        <w:tc>
          <w:tcPr>
            <w:tcW w:w="3358" w:type="dxa"/>
          </w:tcPr>
          <w:p w14:paraId="005F8040" w14:textId="77777777" w:rsidR="004B1D80" w:rsidRDefault="00000000">
            <w:r>
              <w:t>Tsirang</w:t>
            </w:r>
          </w:p>
        </w:tc>
        <w:tc>
          <w:tcPr>
            <w:tcW w:w="3359" w:type="dxa"/>
          </w:tcPr>
          <w:p w14:paraId="6AC7C10F" w14:textId="77777777" w:rsidR="004B1D80" w:rsidRDefault="00000000">
            <w:r>
              <w:t>52</w:t>
            </w:r>
          </w:p>
        </w:tc>
      </w:tr>
      <w:tr w:rsidR="004B1D80" w14:paraId="769FFB66" w14:textId="77777777" w:rsidTr="009763C4">
        <w:tc>
          <w:tcPr>
            <w:tcW w:w="3359" w:type="dxa"/>
          </w:tcPr>
          <w:p w14:paraId="7EA8BD7A" w14:textId="77777777" w:rsidR="004B1D80" w:rsidRDefault="00000000">
            <w:r>
              <w:t>Tsangkha</w:t>
            </w:r>
          </w:p>
        </w:tc>
        <w:tc>
          <w:tcPr>
            <w:tcW w:w="3358" w:type="dxa"/>
          </w:tcPr>
          <w:p w14:paraId="2A79DE1E" w14:textId="77777777" w:rsidR="004B1D80" w:rsidRDefault="00000000">
            <w:r>
              <w:t>Dagana</w:t>
            </w:r>
          </w:p>
        </w:tc>
        <w:tc>
          <w:tcPr>
            <w:tcW w:w="3359" w:type="dxa"/>
          </w:tcPr>
          <w:p w14:paraId="204AF4D9" w14:textId="77777777" w:rsidR="004B1D80" w:rsidRDefault="00000000">
            <w:r>
              <w:t>52</w:t>
            </w:r>
          </w:p>
        </w:tc>
      </w:tr>
      <w:tr w:rsidR="004B1D80" w14:paraId="10E16017" w14:textId="77777777" w:rsidTr="009763C4">
        <w:tc>
          <w:tcPr>
            <w:tcW w:w="3359" w:type="dxa"/>
          </w:tcPr>
          <w:p w14:paraId="727C7EB3" w14:textId="77777777" w:rsidR="004B1D80" w:rsidRDefault="00000000">
            <w:r>
              <w:t>Barzhong</w:t>
            </w:r>
          </w:p>
        </w:tc>
        <w:tc>
          <w:tcPr>
            <w:tcW w:w="3358" w:type="dxa"/>
          </w:tcPr>
          <w:p w14:paraId="2D15829A" w14:textId="77777777" w:rsidR="004B1D80" w:rsidRDefault="00000000">
            <w:r>
              <w:t>Tsirang</w:t>
            </w:r>
          </w:p>
        </w:tc>
        <w:tc>
          <w:tcPr>
            <w:tcW w:w="3359" w:type="dxa"/>
          </w:tcPr>
          <w:p w14:paraId="2D40253D" w14:textId="77777777" w:rsidR="004B1D80" w:rsidRDefault="00000000">
            <w:r>
              <w:t>51</w:t>
            </w:r>
          </w:p>
        </w:tc>
      </w:tr>
      <w:tr w:rsidR="004B1D80" w14:paraId="55018344" w14:textId="77777777" w:rsidTr="009763C4">
        <w:tc>
          <w:tcPr>
            <w:tcW w:w="3359" w:type="dxa"/>
          </w:tcPr>
          <w:p w14:paraId="31301E69" w14:textId="77777777" w:rsidR="004B1D80" w:rsidRDefault="00000000">
            <w:r>
              <w:t>Rangthangling</w:t>
            </w:r>
          </w:p>
        </w:tc>
        <w:tc>
          <w:tcPr>
            <w:tcW w:w="3358" w:type="dxa"/>
          </w:tcPr>
          <w:p w14:paraId="1E0B63A2" w14:textId="77777777" w:rsidR="004B1D80" w:rsidRDefault="00000000">
            <w:r>
              <w:t>Tsirang</w:t>
            </w:r>
          </w:p>
        </w:tc>
        <w:tc>
          <w:tcPr>
            <w:tcW w:w="3359" w:type="dxa"/>
          </w:tcPr>
          <w:p w14:paraId="35FA0E40" w14:textId="77777777" w:rsidR="004B1D80" w:rsidRDefault="00000000">
            <w:r>
              <w:t>49</w:t>
            </w:r>
          </w:p>
        </w:tc>
      </w:tr>
      <w:tr w:rsidR="004B1D80" w14:paraId="6842F1BB" w14:textId="77777777" w:rsidTr="009763C4">
        <w:tc>
          <w:tcPr>
            <w:tcW w:w="3359" w:type="dxa"/>
          </w:tcPr>
          <w:p w14:paraId="3615B5A0" w14:textId="77777777" w:rsidR="004B1D80" w:rsidRDefault="00000000">
            <w:r>
              <w:t>Denchhukha</w:t>
            </w:r>
          </w:p>
        </w:tc>
        <w:tc>
          <w:tcPr>
            <w:tcW w:w="3358" w:type="dxa"/>
          </w:tcPr>
          <w:p w14:paraId="79E58081" w14:textId="77777777" w:rsidR="004B1D80" w:rsidRDefault="00000000">
            <w:r>
              <w:t>Samtse</w:t>
            </w:r>
          </w:p>
        </w:tc>
        <w:tc>
          <w:tcPr>
            <w:tcW w:w="3359" w:type="dxa"/>
          </w:tcPr>
          <w:p w14:paraId="747FDCB5" w14:textId="77777777" w:rsidR="004B1D80" w:rsidRDefault="00000000">
            <w:r>
              <w:t>49</w:t>
            </w:r>
          </w:p>
        </w:tc>
      </w:tr>
      <w:tr w:rsidR="004B1D80" w14:paraId="1D6681C6" w14:textId="77777777" w:rsidTr="009763C4">
        <w:tc>
          <w:tcPr>
            <w:tcW w:w="3359" w:type="dxa"/>
          </w:tcPr>
          <w:p w14:paraId="6B407503" w14:textId="77777777" w:rsidR="004B1D80" w:rsidRDefault="00000000">
            <w:r>
              <w:t>Ugentse</w:t>
            </w:r>
          </w:p>
        </w:tc>
        <w:tc>
          <w:tcPr>
            <w:tcW w:w="3358" w:type="dxa"/>
          </w:tcPr>
          <w:p w14:paraId="22D5EB61" w14:textId="77777777" w:rsidR="004B1D80" w:rsidRDefault="00000000">
            <w:r>
              <w:t>Samtse</w:t>
            </w:r>
          </w:p>
        </w:tc>
        <w:tc>
          <w:tcPr>
            <w:tcW w:w="3359" w:type="dxa"/>
          </w:tcPr>
          <w:p w14:paraId="03B3A250" w14:textId="77777777" w:rsidR="004B1D80" w:rsidRDefault="00000000">
            <w:r>
              <w:t>47</w:t>
            </w:r>
          </w:p>
        </w:tc>
      </w:tr>
      <w:tr w:rsidR="004B1D80" w14:paraId="61868CA7" w14:textId="77777777" w:rsidTr="009763C4">
        <w:tc>
          <w:tcPr>
            <w:tcW w:w="3359" w:type="dxa"/>
          </w:tcPr>
          <w:p w14:paraId="008D50F1" w14:textId="77777777" w:rsidR="004B1D80" w:rsidRDefault="00000000">
            <w:r>
              <w:t>Mendrelgang</w:t>
            </w:r>
          </w:p>
        </w:tc>
        <w:tc>
          <w:tcPr>
            <w:tcW w:w="3358" w:type="dxa"/>
          </w:tcPr>
          <w:p w14:paraId="4866D005" w14:textId="77777777" w:rsidR="004B1D80" w:rsidRDefault="00000000">
            <w:r>
              <w:t>Tsirang</w:t>
            </w:r>
          </w:p>
        </w:tc>
        <w:tc>
          <w:tcPr>
            <w:tcW w:w="3359" w:type="dxa"/>
          </w:tcPr>
          <w:p w14:paraId="2B471893" w14:textId="77777777" w:rsidR="004B1D80" w:rsidRDefault="00000000">
            <w:r>
              <w:t>46</w:t>
            </w:r>
          </w:p>
        </w:tc>
      </w:tr>
      <w:tr w:rsidR="004B1D80" w14:paraId="24121D67" w14:textId="77777777" w:rsidTr="009763C4">
        <w:tc>
          <w:tcPr>
            <w:tcW w:w="3359" w:type="dxa"/>
          </w:tcPr>
          <w:p w14:paraId="01CEC6ED" w14:textId="77777777" w:rsidR="004B1D80" w:rsidRDefault="00000000">
            <w:r>
              <w:t>Drugyelgang</w:t>
            </w:r>
          </w:p>
        </w:tc>
        <w:tc>
          <w:tcPr>
            <w:tcW w:w="3358" w:type="dxa"/>
          </w:tcPr>
          <w:p w14:paraId="74B226EB" w14:textId="77777777" w:rsidR="004B1D80" w:rsidRDefault="00000000">
            <w:r>
              <w:t>Dagana</w:t>
            </w:r>
          </w:p>
        </w:tc>
        <w:tc>
          <w:tcPr>
            <w:tcW w:w="3359" w:type="dxa"/>
          </w:tcPr>
          <w:p w14:paraId="718C07BF" w14:textId="77777777" w:rsidR="004B1D80" w:rsidRDefault="00000000">
            <w:r>
              <w:t>46</w:t>
            </w:r>
          </w:p>
        </w:tc>
      </w:tr>
      <w:tr w:rsidR="004B1D80" w14:paraId="1D641450" w14:textId="77777777" w:rsidTr="009763C4">
        <w:tc>
          <w:tcPr>
            <w:tcW w:w="3359" w:type="dxa"/>
          </w:tcPr>
          <w:p w14:paraId="65FECB5D" w14:textId="77777777" w:rsidR="004B1D80" w:rsidRDefault="00000000">
            <w:r>
              <w:t>Kikorthang</w:t>
            </w:r>
          </w:p>
        </w:tc>
        <w:tc>
          <w:tcPr>
            <w:tcW w:w="3358" w:type="dxa"/>
          </w:tcPr>
          <w:p w14:paraId="7ACC8B8B" w14:textId="77777777" w:rsidR="004B1D80" w:rsidRDefault="00000000">
            <w:r>
              <w:t>Tsirang</w:t>
            </w:r>
          </w:p>
        </w:tc>
        <w:tc>
          <w:tcPr>
            <w:tcW w:w="3359" w:type="dxa"/>
          </w:tcPr>
          <w:p w14:paraId="14124EC2" w14:textId="77777777" w:rsidR="004B1D80" w:rsidRDefault="00000000">
            <w:r>
              <w:t>45</w:t>
            </w:r>
          </w:p>
        </w:tc>
      </w:tr>
      <w:tr w:rsidR="004B1D80" w14:paraId="1AB87D44" w14:textId="77777777" w:rsidTr="009763C4">
        <w:tc>
          <w:tcPr>
            <w:tcW w:w="3359" w:type="dxa"/>
          </w:tcPr>
          <w:p w14:paraId="236BFE81" w14:textId="77777777" w:rsidR="004B1D80" w:rsidRDefault="00000000">
            <w:r>
              <w:t>Dungmin</w:t>
            </w:r>
          </w:p>
        </w:tc>
        <w:tc>
          <w:tcPr>
            <w:tcW w:w="3358" w:type="dxa"/>
          </w:tcPr>
          <w:p w14:paraId="010F729C" w14:textId="77777777" w:rsidR="004B1D80" w:rsidRDefault="00000000">
            <w:r>
              <w:t>Pemagatshel</w:t>
            </w:r>
          </w:p>
        </w:tc>
        <w:tc>
          <w:tcPr>
            <w:tcW w:w="3359" w:type="dxa"/>
          </w:tcPr>
          <w:p w14:paraId="48AC72AF" w14:textId="77777777" w:rsidR="004B1D80" w:rsidRDefault="00000000">
            <w:r>
              <w:t>44</w:t>
            </w:r>
          </w:p>
        </w:tc>
      </w:tr>
      <w:tr w:rsidR="004B1D80" w14:paraId="69029885" w14:textId="77777777" w:rsidTr="009763C4">
        <w:tc>
          <w:tcPr>
            <w:tcW w:w="3359" w:type="dxa"/>
          </w:tcPr>
          <w:p w14:paraId="32AA68E7" w14:textId="77777777" w:rsidR="004B1D80" w:rsidRDefault="00000000">
            <w:r>
              <w:t>Chhimung</w:t>
            </w:r>
          </w:p>
        </w:tc>
        <w:tc>
          <w:tcPr>
            <w:tcW w:w="3358" w:type="dxa"/>
          </w:tcPr>
          <w:p w14:paraId="4E873F88" w14:textId="77777777" w:rsidR="004B1D80" w:rsidRDefault="00000000">
            <w:r>
              <w:t>Pemagatshel</w:t>
            </w:r>
          </w:p>
        </w:tc>
        <w:tc>
          <w:tcPr>
            <w:tcW w:w="3359" w:type="dxa"/>
          </w:tcPr>
          <w:p w14:paraId="359D278A" w14:textId="77777777" w:rsidR="004B1D80" w:rsidRDefault="00000000">
            <w:r>
              <w:t>44</w:t>
            </w:r>
          </w:p>
        </w:tc>
      </w:tr>
      <w:tr w:rsidR="004B1D80" w14:paraId="0161A1BB" w14:textId="77777777" w:rsidTr="009763C4">
        <w:tc>
          <w:tcPr>
            <w:tcW w:w="3359" w:type="dxa"/>
          </w:tcPr>
          <w:p w14:paraId="23A219C8" w14:textId="77777777" w:rsidR="004B1D80" w:rsidRDefault="00000000">
            <w:r>
              <w:t>Patakla</w:t>
            </w:r>
          </w:p>
        </w:tc>
        <w:tc>
          <w:tcPr>
            <w:tcW w:w="3358" w:type="dxa"/>
          </w:tcPr>
          <w:p w14:paraId="1CC3E3FA" w14:textId="77777777" w:rsidR="004B1D80" w:rsidRDefault="00000000">
            <w:r>
              <w:t>Tsirang</w:t>
            </w:r>
          </w:p>
        </w:tc>
        <w:tc>
          <w:tcPr>
            <w:tcW w:w="3359" w:type="dxa"/>
          </w:tcPr>
          <w:p w14:paraId="220DAAE4" w14:textId="77777777" w:rsidR="004B1D80" w:rsidRDefault="00000000">
            <w:r>
              <w:t>44</w:t>
            </w:r>
          </w:p>
        </w:tc>
      </w:tr>
    </w:tbl>
    <w:p w14:paraId="19863F8E" w14:textId="77777777" w:rsidR="004B1D80" w:rsidRDefault="00000000">
      <w:r>
        <w:br w:type="page"/>
      </w:r>
    </w:p>
    <w:p w14:paraId="4E40DC0A" w14:textId="77777777" w:rsidR="004B1D80" w:rsidRDefault="00000000">
      <w:pPr>
        <w:pStyle w:val="Heading2"/>
      </w:pPr>
      <w:r>
        <w:lastRenderedPageBreak/>
        <w:t>Stem rust</w:t>
      </w:r>
    </w:p>
    <w:p w14:paraId="29464C7B" w14:textId="63D28625" w:rsidR="004B1D80" w:rsidRDefault="009763C4">
      <w:r>
        <w:t xml:space="preserve">Dispersal: </w:t>
      </w:r>
      <w:r w:rsidR="00000000">
        <w:t>Current forecast (04 Feb - 10 Feb) indicates</w:t>
      </w:r>
      <w:r>
        <w:t xml:space="preserve"> no dispersal as no stem rust det</w:t>
      </w:r>
      <w:r w:rsidR="00BD120C">
        <w:t>ected.</w:t>
      </w:r>
    </w:p>
    <w:p w14:paraId="08F0C894" w14:textId="77777777" w:rsidR="004B1D80" w:rsidRDefault="00000000">
      <w:r>
        <w:rPr>
          <w:noProof/>
        </w:rPr>
        <w:drawing>
          <wp:inline distT="0" distB="0" distL="0" distR="0" wp14:anchorId="33A134D6" wp14:editId="4A74B50E">
            <wp:extent cx="4572000" cy="28238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prod_total_202502040300_202502110000_map.png"/>
                    <pic:cNvPicPr/>
                  </pic:nvPicPr>
                  <pic:blipFill>
                    <a:blip r:embed="rId13"/>
                    <a:stretch>
                      <a:fillRect/>
                    </a:stretch>
                  </pic:blipFill>
                  <pic:spPr>
                    <a:xfrm>
                      <a:off x="0" y="0"/>
                      <a:ext cx="4572000" cy="2823882"/>
                    </a:xfrm>
                    <a:prstGeom prst="rect">
                      <a:avLst/>
                    </a:prstGeom>
                  </pic:spPr>
                </pic:pic>
              </a:graphicData>
            </a:graphic>
          </wp:inline>
        </w:drawing>
      </w:r>
    </w:p>
    <w:p w14:paraId="184B8A98" w14:textId="77777777" w:rsidR="004B1D80" w:rsidRDefault="00000000">
      <w:pPr>
        <w:pStyle w:val="Caption"/>
      </w:pPr>
      <w:r>
        <w:t>Map 5: Stem rust spore deposition forecast Bhutan 04 Feb - 10 Feb 2025</w:t>
      </w:r>
    </w:p>
    <w:p w14:paraId="6E4F356F" w14:textId="4AB3669D" w:rsidR="004B1D80" w:rsidRDefault="00BD120C">
      <w:r w:rsidRPr="00E203D1">
        <w:rPr>
          <w:b/>
          <w:bCs/>
        </w:rPr>
        <w:t>Risk of infection:</w:t>
      </w:r>
      <w:r>
        <w:t xml:space="preserve"> Current forecast (4 – 9 Feb) indicates moderate infection efficiency across southern areas. Little or no suitability forecast in other areas. </w:t>
      </w:r>
    </w:p>
    <w:p w14:paraId="6FC1CED8" w14:textId="77777777" w:rsidR="004B1D80" w:rsidRDefault="00000000">
      <w:r>
        <w:rPr>
          <w:noProof/>
        </w:rPr>
        <w:drawing>
          <wp:inline distT="0" distB="0" distL="0" distR="0" wp14:anchorId="7A52C694" wp14:editId="045C282A">
            <wp:extent cx="5848849" cy="3612524"/>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502040000_202502100000_map.png"/>
                    <pic:cNvPicPr/>
                  </pic:nvPicPr>
                  <pic:blipFill>
                    <a:blip r:embed="rId14"/>
                    <a:stretch>
                      <a:fillRect/>
                    </a:stretch>
                  </pic:blipFill>
                  <pic:spPr>
                    <a:xfrm>
                      <a:off x="0" y="0"/>
                      <a:ext cx="5860891" cy="3619962"/>
                    </a:xfrm>
                    <a:prstGeom prst="rect">
                      <a:avLst/>
                    </a:prstGeom>
                  </pic:spPr>
                </pic:pic>
              </a:graphicData>
            </a:graphic>
          </wp:inline>
        </w:drawing>
      </w:r>
    </w:p>
    <w:p w14:paraId="7929277B" w14:textId="77777777" w:rsidR="004B1D80" w:rsidRDefault="00000000">
      <w:pPr>
        <w:pStyle w:val="Caption"/>
      </w:pPr>
      <w:r>
        <w:t>Map 6: Stem rust suitability for infection forecast Bhutan 04 Feb - 09 Feb 2025</w:t>
      </w:r>
    </w:p>
    <w:p w14:paraId="3ADC92FE" w14:textId="6BA3589E" w:rsidR="004B1D80" w:rsidRDefault="00000000">
      <w:r>
        <w:lastRenderedPageBreak/>
        <w:t>The 20 most impacted districts</w:t>
      </w:r>
      <w:r w:rsidR="00BD120C">
        <w:t xml:space="preserve"> (infection efficiency)</w:t>
      </w:r>
      <w:r>
        <w:t xml:space="preserve"> per country are presented in the table below.</w:t>
      </w:r>
    </w:p>
    <w:tbl>
      <w:tblPr>
        <w:tblStyle w:val="TableGrid"/>
        <w:tblW w:w="0" w:type="auto"/>
        <w:tblLook w:val="04A0" w:firstRow="1" w:lastRow="0" w:firstColumn="1" w:lastColumn="0" w:noHBand="0" w:noVBand="1"/>
      </w:tblPr>
      <w:tblGrid>
        <w:gridCol w:w="3358"/>
        <w:gridCol w:w="3359"/>
        <w:gridCol w:w="3359"/>
      </w:tblGrid>
      <w:tr w:rsidR="004B1D80" w14:paraId="07B73048" w14:textId="77777777" w:rsidTr="00BD120C">
        <w:tc>
          <w:tcPr>
            <w:tcW w:w="3358" w:type="dxa"/>
          </w:tcPr>
          <w:p w14:paraId="3AFFF71C" w14:textId="77777777" w:rsidR="004B1D80" w:rsidRDefault="00000000">
            <w:r>
              <w:t>admin2Name</w:t>
            </w:r>
          </w:p>
        </w:tc>
        <w:tc>
          <w:tcPr>
            <w:tcW w:w="3359" w:type="dxa"/>
          </w:tcPr>
          <w:p w14:paraId="08B7C90A" w14:textId="77777777" w:rsidR="004B1D80" w:rsidRDefault="00000000">
            <w:r>
              <w:t>admin1Name</w:t>
            </w:r>
          </w:p>
        </w:tc>
        <w:tc>
          <w:tcPr>
            <w:tcW w:w="3359" w:type="dxa"/>
          </w:tcPr>
          <w:p w14:paraId="0DA82C46" w14:textId="77777777" w:rsidR="004B1D80" w:rsidRDefault="00000000">
            <w:r>
              <w:t>RIE_stem_rust_%</w:t>
            </w:r>
          </w:p>
        </w:tc>
      </w:tr>
      <w:tr w:rsidR="004B1D80" w14:paraId="531E273B" w14:textId="77777777" w:rsidTr="00BD120C">
        <w:tc>
          <w:tcPr>
            <w:tcW w:w="3358" w:type="dxa"/>
          </w:tcPr>
          <w:p w14:paraId="2E94AA94" w14:textId="77777777" w:rsidR="004B1D80" w:rsidRDefault="00000000">
            <w:proofErr w:type="spellStart"/>
            <w:r>
              <w:t>Ugentse</w:t>
            </w:r>
            <w:proofErr w:type="spellEnd"/>
          </w:p>
        </w:tc>
        <w:tc>
          <w:tcPr>
            <w:tcW w:w="3359" w:type="dxa"/>
          </w:tcPr>
          <w:p w14:paraId="1860B1DB" w14:textId="77777777" w:rsidR="004B1D80" w:rsidRDefault="00000000">
            <w:r>
              <w:t>Samtse</w:t>
            </w:r>
          </w:p>
        </w:tc>
        <w:tc>
          <w:tcPr>
            <w:tcW w:w="3359" w:type="dxa"/>
          </w:tcPr>
          <w:p w14:paraId="5093D9FA" w14:textId="77777777" w:rsidR="004B1D80" w:rsidRDefault="00000000">
            <w:r>
              <w:t>53</w:t>
            </w:r>
          </w:p>
        </w:tc>
      </w:tr>
      <w:tr w:rsidR="004B1D80" w14:paraId="09E9B76C" w14:textId="77777777" w:rsidTr="00BD120C">
        <w:tc>
          <w:tcPr>
            <w:tcW w:w="3358" w:type="dxa"/>
          </w:tcPr>
          <w:p w14:paraId="46D3F35A" w14:textId="77777777" w:rsidR="004B1D80" w:rsidRDefault="00000000">
            <w:r>
              <w:t>Yoeseltse</w:t>
            </w:r>
          </w:p>
        </w:tc>
        <w:tc>
          <w:tcPr>
            <w:tcW w:w="3359" w:type="dxa"/>
          </w:tcPr>
          <w:p w14:paraId="4C2B9345" w14:textId="77777777" w:rsidR="004B1D80" w:rsidRDefault="00000000">
            <w:r>
              <w:t>Samtse</w:t>
            </w:r>
          </w:p>
        </w:tc>
        <w:tc>
          <w:tcPr>
            <w:tcW w:w="3359" w:type="dxa"/>
          </w:tcPr>
          <w:p w14:paraId="3EBD9429" w14:textId="77777777" w:rsidR="004B1D80" w:rsidRDefault="00000000">
            <w:r>
              <w:t>52</w:t>
            </w:r>
          </w:p>
        </w:tc>
      </w:tr>
      <w:tr w:rsidR="004B1D80" w14:paraId="3226E577" w14:textId="77777777" w:rsidTr="00BD120C">
        <w:tc>
          <w:tcPr>
            <w:tcW w:w="3358" w:type="dxa"/>
          </w:tcPr>
          <w:p w14:paraId="662E6B7F" w14:textId="77777777" w:rsidR="004B1D80" w:rsidRDefault="00000000">
            <w:r>
              <w:t>Sipsu</w:t>
            </w:r>
          </w:p>
        </w:tc>
        <w:tc>
          <w:tcPr>
            <w:tcW w:w="3359" w:type="dxa"/>
          </w:tcPr>
          <w:p w14:paraId="1DDEC8FF" w14:textId="77777777" w:rsidR="004B1D80" w:rsidRDefault="00000000">
            <w:r>
              <w:t>Samtse</w:t>
            </w:r>
          </w:p>
        </w:tc>
        <w:tc>
          <w:tcPr>
            <w:tcW w:w="3359" w:type="dxa"/>
          </w:tcPr>
          <w:p w14:paraId="06D19AA8" w14:textId="77777777" w:rsidR="004B1D80" w:rsidRDefault="00000000">
            <w:r>
              <w:t>51</w:t>
            </w:r>
          </w:p>
        </w:tc>
      </w:tr>
      <w:tr w:rsidR="004B1D80" w14:paraId="7EED5142" w14:textId="77777777" w:rsidTr="00BD120C">
        <w:tc>
          <w:tcPr>
            <w:tcW w:w="3358" w:type="dxa"/>
          </w:tcPr>
          <w:p w14:paraId="193DD62F" w14:textId="77777777" w:rsidR="004B1D80" w:rsidRDefault="00000000">
            <w:r>
              <w:t>Yurung</w:t>
            </w:r>
          </w:p>
        </w:tc>
        <w:tc>
          <w:tcPr>
            <w:tcW w:w="3359" w:type="dxa"/>
          </w:tcPr>
          <w:p w14:paraId="744E7547" w14:textId="77777777" w:rsidR="004B1D80" w:rsidRDefault="00000000">
            <w:r>
              <w:t>Pemagatshel</w:t>
            </w:r>
          </w:p>
        </w:tc>
        <w:tc>
          <w:tcPr>
            <w:tcW w:w="3359" w:type="dxa"/>
          </w:tcPr>
          <w:p w14:paraId="00F62B71" w14:textId="77777777" w:rsidR="004B1D80" w:rsidRDefault="00000000">
            <w:r>
              <w:t>49</w:t>
            </w:r>
          </w:p>
        </w:tc>
      </w:tr>
      <w:tr w:rsidR="004B1D80" w14:paraId="18135D70" w14:textId="77777777" w:rsidTr="00BD120C">
        <w:tc>
          <w:tcPr>
            <w:tcW w:w="3358" w:type="dxa"/>
          </w:tcPr>
          <w:p w14:paraId="71534E8E" w14:textId="77777777" w:rsidR="004B1D80" w:rsidRDefault="00000000">
            <w:r>
              <w:t>Barzhong</w:t>
            </w:r>
          </w:p>
        </w:tc>
        <w:tc>
          <w:tcPr>
            <w:tcW w:w="3359" w:type="dxa"/>
          </w:tcPr>
          <w:p w14:paraId="23F99373" w14:textId="77777777" w:rsidR="004B1D80" w:rsidRDefault="00000000">
            <w:r>
              <w:t>Tsirang</w:t>
            </w:r>
          </w:p>
        </w:tc>
        <w:tc>
          <w:tcPr>
            <w:tcW w:w="3359" w:type="dxa"/>
          </w:tcPr>
          <w:p w14:paraId="389A71FA" w14:textId="77777777" w:rsidR="004B1D80" w:rsidRDefault="00000000">
            <w:r>
              <w:t>49</w:t>
            </w:r>
          </w:p>
        </w:tc>
      </w:tr>
      <w:tr w:rsidR="004B1D80" w14:paraId="60903EA3" w14:textId="77777777" w:rsidTr="00BD120C">
        <w:tc>
          <w:tcPr>
            <w:tcW w:w="3358" w:type="dxa"/>
          </w:tcPr>
          <w:p w14:paraId="39F44E74" w14:textId="77777777" w:rsidR="004B1D80" w:rsidRDefault="00000000">
            <w:r>
              <w:t>Dorokha</w:t>
            </w:r>
          </w:p>
        </w:tc>
        <w:tc>
          <w:tcPr>
            <w:tcW w:w="3359" w:type="dxa"/>
          </w:tcPr>
          <w:p w14:paraId="6C729DE4" w14:textId="77777777" w:rsidR="004B1D80" w:rsidRDefault="00000000">
            <w:r>
              <w:t>Samtse</w:t>
            </w:r>
          </w:p>
        </w:tc>
        <w:tc>
          <w:tcPr>
            <w:tcW w:w="3359" w:type="dxa"/>
          </w:tcPr>
          <w:p w14:paraId="0420274C" w14:textId="77777777" w:rsidR="004B1D80" w:rsidRDefault="00000000">
            <w:r>
              <w:t>49</w:t>
            </w:r>
          </w:p>
        </w:tc>
      </w:tr>
      <w:tr w:rsidR="004B1D80" w14:paraId="2D8A69B0" w14:textId="77777777" w:rsidTr="00BD120C">
        <w:tc>
          <w:tcPr>
            <w:tcW w:w="3358" w:type="dxa"/>
          </w:tcPr>
          <w:p w14:paraId="18BFDD9E" w14:textId="77777777" w:rsidR="004B1D80" w:rsidRDefault="00000000">
            <w:r>
              <w:t>Ngangla</w:t>
            </w:r>
          </w:p>
        </w:tc>
        <w:tc>
          <w:tcPr>
            <w:tcW w:w="3359" w:type="dxa"/>
          </w:tcPr>
          <w:p w14:paraId="13A5A72E" w14:textId="77777777" w:rsidR="004B1D80" w:rsidRDefault="00000000">
            <w:r>
              <w:t>Zhemgang</w:t>
            </w:r>
          </w:p>
        </w:tc>
        <w:tc>
          <w:tcPr>
            <w:tcW w:w="3359" w:type="dxa"/>
          </w:tcPr>
          <w:p w14:paraId="550B4CB4" w14:textId="77777777" w:rsidR="004B1D80" w:rsidRDefault="00000000">
            <w:r>
              <w:t>48</w:t>
            </w:r>
          </w:p>
        </w:tc>
      </w:tr>
      <w:tr w:rsidR="004B1D80" w14:paraId="237B9990" w14:textId="77777777" w:rsidTr="00BD120C">
        <w:tc>
          <w:tcPr>
            <w:tcW w:w="3358" w:type="dxa"/>
          </w:tcPr>
          <w:p w14:paraId="320545AD" w14:textId="77777777" w:rsidR="004B1D80" w:rsidRDefault="00000000">
            <w:r>
              <w:t>Chengmari</w:t>
            </w:r>
          </w:p>
        </w:tc>
        <w:tc>
          <w:tcPr>
            <w:tcW w:w="3359" w:type="dxa"/>
          </w:tcPr>
          <w:p w14:paraId="0F4ED54B" w14:textId="77777777" w:rsidR="004B1D80" w:rsidRDefault="00000000">
            <w:r>
              <w:t>Samtse</w:t>
            </w:r>
          </w:p>
        </w:tc>
        <w:tc>
          <w:tcPr>
            <w:tcW w:w="3359" w:type="dxa"/>
          </w:tcPr>
          <w:p w14:paraId="5E5950BF" w14:textId="77777777" w:rsidR="004B1D80" w:rsidRDefault="00000000">
            <w:r>
              <w:t>48</w:t>
            </w:r>
          </w:p>
        </w:tc>
      </w:tr>
      <w:tr w:rsidR="004B1D80" w14:paraId="259D137E" w14:textId="77777777" w:rsidTr="00BD120C">
        <w:tc>
          <w:tcPr>
            <w:tcW w:w="3358" w:type="dxa"/>
          </w:tcPr>
          <w:p w14:paraId="57BEEB8C" w14:textId="77777777" w:rsidR="004B1D80" w:rsidRDefault="00000000">
            <w:r>
              <w:t>Samtse</w:t>
            </w:r>
          </w:p>
        </w:tc>
        <w:tc>
          <w:tcPr>
            <w:tcW w:w="3359" w:type="dxa"/>
          </w:tcPr>
          <w:p w14:paraId="525F4994" w14:textId="77777777" w:rsidR="004B1D80" w:rsidRDefault="00000000">
            <w:r>
              <w:t>Samtse</w:t>
            </w:r>
          </w:p>
        </w:tc>
        <w:tc>
          <w:tcPr>
            <w:tcW w:w="3359" w:type="dxa"/>
          </w:tcPr>
          <w:p w14:paraId="2C9685F0" w14:textId="77777777" w:rsidR="004B1D80" w:rsidRDefault="00000000">
            <w:r>
              <w:t>47</w:t>
            </w:r>
          </w:p>
        </w:tc>
      </w:tr>
      <w:tr w:rsidR="004B1D80" w14:paraId="74CAB1D3" w14:textId="77777777" w:rsidTr="00BD120C">
        <w:tc>
          <w:tcPr>
            <w:tcW w:w="3358" w:type="dxa"/>
          </w:tcPr>
          <w:p w14:paraId="1601914F" w14:textId="77777777" w:rsidR="004B1D80" w:rsidRDefault="00000000">
            <w:r>
              <w:t>Tsholingkhor</w:t>
            </w:r>
          </w:p>
        </w:tc>
        <w:tc>
          <w:tcPr>
            <w:tcW w:w="3359" w:type="dxa"/>
          </w:tcPr>
          <w:p w14:paraId="55303095" w14:textId="77777777" w:rsidR="004B1D80" w:rsidRDefault="00000000">
            <w:r>
              <w:t>Tsirang</w:t>
            </w:r>
          </w:p>
        </w:tc>
        <w:tc>
          <w:tcPr>
            <w:tcW w:w="3359" w:type="dxa"/>
          </w:tcPr>
          <w:p w14:paraId="34C49667" w14:textId="77777777" w:rsidR="004B1D80" w:rsidRDefault="00000000">
            <w:r>
              <w:t>47</w:t>
            </w:r>
          </w:p>
        </w:tc>
      </w:tr>
      <w:tr w:rsidR="004B1D80" w14:paraId="619BEE32" w14:textId="77777777" w:rsidTr="00BD120C">
        <w:tc>
          <w:tcPr>
            <w:tcW w:w="3358" w:type="dxa"/>
          </w:tcPr>
          <w:p w14:paraId="1F14E5A3" w14:textId="77777777" w:rsidR="004B1D80" w:rsidRDefault="00000000">
            <w:r>
              <w:t>Tsangkha</w:t>
            </w:r>
          </w:p>
        </w:tc>
        <w:tc>
          <w:tcPr>
            <w:tcW w:w="3359" w:type="dxa"/>
          </w:tcPr>
          <w:p w14:paraId="7FBA6CF6" w14:textId="77777777" w:rsidR="004B1D80" w:rsidRDefault="00000000">
            <w:r>
              <w:t>Dagana</w:t>
            </w:r>
          </w:p>
        </w:tc>
        <w:tc>
          <w:tcPr>
            <w:tcW w:w="3359" w:type="dxa"/>
          </w:tcPr>
          <w:p w14:paraId="2DF315E6" w14:textId="77777777" w:rsidR="004B1D80" w:rsidRDefault="00000000">
            <w:r>
              <w:t>47</w:t>
            </w:r>
          </w:p>
        </w:tc>
      </w:tr>
      <w:tr w:rsidR="004B1D80" w14:paraId="131CB97F" w14:textId="77777777" w:rsidTr="00BD120C">
        <w:tc>
          <w:tcPr>
            <w:tcW w:w="3358" w:type="dxa"/>
          </w:tcPr>
          <w:p w14:paraId="360DE59B" w14:textId="77777777" w:rsidR="004B1D80" w:rsidRDefault="00000000">
            <w:r>
              <w:t>Chargharay</w:t>
            </w:r>
          </w:p>
        </w:tc>
        <w:tc>
          <w:tcPr>
            <w:tcW w:w="3359" w:type="dxa"/>
          </w:tcPr>
          <w:p w14:paraId="4E2E454C" w14:textId="77777777" w:rsidR="004B1D80" w:rsidRDefault="00000000">
            <w:r>
              <w:t>Samtse</w:t>
            </w:r>
          </w:p>
        </w:tc>
        <w:tc>
          <w:tcPr>
            <w:tcW w:w="3359" w:type="dxa"/>
          </w:tcPr>
          <w:p w14:paraId="60255437" w14:textId="77777777" w:rsidR="004B1D80" w:rsidRDefault="00000000">
            <w:r>
              <w:t>46</w:t>
            </w:r>
          </w:p>
        </w:tc>
      </w:tr>
      <w:tr w:rsidR="004B1D80" w14:paraId="116E2945" w14:textId="77777777" w:rsidTr="00BD120C">
        <w:tc>
          <w:tcPr>
            <w:tcW w:w="3358" w:type="dxa"/>
          </w:tcPr>
          <w:p w14:paraId="5004E5BF" w14:textId="77777777" w:rsidR="004B1D80" w:rsidRDefault="00000000">
            <w:r>
              <w:t>Langchhenphu</w:t>
            </w:r>
          </w:p>
        </w:tc>
        <w:tc>
          <w:tcPr>
            <w:tcW w:w="3359" w:type="dxa"/>
          </w:tcPr>
          <w:p w14:paraId="66EEBB75" w14:textId="77777777" w:rsidR="004B1D80" w:rsidRDefault="00000000">
            <w:r>
              <w:t>Samdrupjongkhar</w:t>
            </w:r>
          </w:p>
        </w:tc>
        <w:tc>
          <w:tcPr>
            <w:tcW w:w="3359" w:type="dxa"/>
          </w:tcPr>
          <w:p w14:paraId="6F9A66FF" w14:textId="77777777" w:rsidR="004B1D80" w:rsidRDefault="00000000">
            <w:r>
              <w:t>46</w:t>
            </w:r>
          </w:p>
        </w:tc>
      </w:tr>
      <w:tr w:rsidR="004B1D80" w14:paraId="6383BBB6" w14:textId="77777777" w:rsidTr="00BD120C">
        <w:tc>
          <w:tcPr>
            <w:tcW w:w="3358" w:type="dxa"/>
          </w:tcPr>
          <w:p w14:paraId="4A31ED72" w14:textId="77777777" w:rsidR="004B1D80" w:rsidRDefault="00000000">
            <w:r>
              <w:t>Rangthangling</w:t>
            </w:r>
          </w:p>
        </w:tc>
        <w:tc>
          <w:tcPr>
            <w:tcW w:w="3359" w:type="dxa"/>
          </w:tcPr>
          <w:p w14:paraId="786EFCC9" w14:textId="77777777" w:rsidR="004B1D80" w:rsidRDefault="00000000">
            <w:r>
              <w:t>Tsirang</w:t>
            </w:r>
          </w:p>
        </w:tc>
        <w:tc>
          <w:tcPr>
            <w:tcW w:w="3359" w:type="dxa"/>
          </w:tcPr>
          <w:p w14:paraId="54E4AB12" w14:textId="77777777" w:rsidR="004B1D80" w:rsidRDefault="00000000">
            <w:r>
              <w:t>45</w:t>
            </w:r>
          </w:p>
        </w:tc>
      </w:tr>
      <w:tr w:rsidR="004B1D80" w14:paraId="325EA655" w14:textId="77777777" w:rsidTr="00BD120C">
        <w:tc>
          <w:tcPr>
            <w:tcW w:w="3358" w:type="dxa"/>
          </w:tcPr>
          <w:p w14:paraId="4FC51DB7" w14:textId="77777777" w:rsidR="004B1D80" w:rsidRDefault="00000000">
            <w:r>
              <w:t>Samphelling</w:t>
            </w:r>
          </w:p>
        </w:tc>
        <w:tc>
          <w:tcPr>
            <w:tcW w:w="3359" w:type="dxa"/>
          </w:tcPr>
          <w:p w14:paraId="5811E533" w14:textId="77777777" w:rsidR="004B1D80" w:rsidRDefault="00000000">
            <w:r>
              <w:t>Chhukha</w:t>
            </w:r>
          </w:p>
        </w:tc>
        <w:tc>
          <w:tcPr>
            <w:tcW w:w="3359" w:type="dxa"/>
          </w:tcPr>
          <w:p w14:paraId="4192A8B3" w14:textId="77777777" w:rsidR="004B1D80" w:rsidRDefault="00000000">
            <w:r>
              <w:t>45</w:t>
            </w:r>
          </w:p>
        </w:tc>
      </w:tr>
      <w:tr w:rsidR="004B1D80" w14:paraId="2F4AF43A" w14:textId="77777777" w:rsidTr="00BD120C">
        <w:tc>
          <w:tcPr>
            <w:tcW w:w="3358" w:type="dxa"/>
          </w:tcPr>
          <w:p w14:paraId="741FD368" w14:textId="77777777" w:rsidR="004B1D80" w:rsidRDefault="00000000">
            <w:r>
              <w:t>Dungtoe</w:t>
            </w:r>
          </w:p>
        </w:tc>
        <w:tc>
          <w:tcPr>
            <w:tcW w:w="3359" w:type="dxa"/>
          </w:tcPr>
          <w:p w14:paraId="03FE3665" w14:textId="77777777" w:rsidR="004B1D80" w:rsidRDefault="00000000">
            <w:r>
              <w:t>Samtse</w:t>
            </w:r>
          </w:p>
        </w:tc>
        <w:tc>
          <w:tcPr>
            <w:tcW w:w="3359" w:type="dxa"/>
          </w:tcPr>
          <w:p w14:paraId="4A796CAD" w14:textId="77777777" w:rsidR="004B1D80" w:rsidRDefault="00000000">
            <w:r>
              <w:t>45</w:t>
            </w:r>
          </w:p>
        </w:tc>
      </w:tr>
      <w:tr w:rsidR="004B1D80" w14:paraId="1963F22C" w14:textId="77777777" w:rsidTr="00BD120C">
        <w:tc>
          <w:tcPr>
            <w:tcW w:w="3358" w:type="dxa"/>
          </w:tcPr>
          <w:p w14:paraId="69882491" w14:textId="77777777" w:rsidR="004B1D80" w:rsidRDefault="00000000">
            <w:r>
              <w:t>Mendrelgang</w:t>
            </w:r>
          </w:p>
        </w:tc>
        <w:tc>
          <w:tcPr>
            <w:tcW w:w="3359" w:type="dxa"/>
          </w:tcPr>
          <w:p w14:paraId="26EFC42A" w14:textId="77777777" w:rsidR="004B1D80" w:rsidRDefault="00000000">
            <w:r>
              <w:t>Tsirang</w:t>
            </w:r>
          </w:p>
        </w:tc>
        <w:tc>
          <w:tcPr>
            <w:tcW w:w="3359" w:type="dxa"/>
          </w:tcPr>
          <w:p w14:paraId="574551E7" w14:textId="77777777" w:rsidR="004B1D80" w:rsidRDefault="00000000">
            <w:r>
              <w:t>45</w:t>
            </w:r>
          </w:p>
        </w:tc>
      </w:tr>
      <w:tr w:rsidR="004B1D80" w14:paraId="57A2B621" w14:textId="77777777" w:rsidTr="00BD120C">
        <w:tc>
          <w:tcPr>
            <w:tcW w:w="3358" w:type="dxa"/>
          </w:tcPr>
          <w:p w14:paraId="2A4E4100" w14:textId="77777777" w:rsidR="004B1D80" w:rsidRDefault="00000000">
            <w:r>
              <w:t>Gozhing</w:t>
            </w:r>
          </w:p>
        </w:tc>
        <w:tc>
          <w:tcPr>
            <w:tcW w:w="3359" w:type="dxa"/>
          </w:tcPr>
          <w:p w14:paraId="17206DA0" w14:textId="77777777" w:rsidR="004B1D80" w:rsidRDefault="00000000">
            <w:r>
              <w:t>Zhemgang</w:t>
            </w:r>
          </w:p>
        </w:tc>
        <w:tc>
          <w:tcPr>
            <w:tcW w:w="3359" w:type="dxa"/>
          </w:tcPr>
          <w:p w14:paraId="521A57AF" w14:textId="77777777" w:rsidR="004B1D80" w:rsidRDefault="00000000">
            <w:r>
              <w:t>45</w:t>
            </w:r>
          </w:p>
        </w:tc>
      </w:tr>
      <w:tr w:rsidR="004B1D80" w14:paraId="3D48003E" w14:textId="77777777" w:rsidTr="00BD120C">
        <w:tc>
          <w:tcPr>
            <w:tcW w:w="3358" w:type="dxa"/>
          </w:tcPr>
          <w:p w14:paraId="1831FCDD" w14:textId="77777777" w:rsidR="004B1D80" w:rsidRDefault="00000000">
            <w:r>
              <w:t>Zobel</w:t>
            </w:r>
          </w:p>
        </w:tc>
        <w:tc>
          <w:tcPr>
            <w:tcW w:w="3359" w:type="dxa"/>
          </w:tcPr>
          <w:p w14:paraId="50BE5AD7" w14:textId="77777777" w:rsidR="004B1D80" w:rsidRDefault="00000000">
            <w:r>
              <w:t>Pemagatshel</w:t>
            </w:r>
          </w:p>
        </w:tc>
        <w:tc>
          <w:tcPr>
            <w:tcW w:w="3359" w:type="dxa"/>
          </w:tcPr>
          <w:p w14:paraId="31AFB88E" w14:textId="77777777" w:rsidR="004B1D80" w:rsidRDefault="00000000">
            <w:r>
              <w:t>44</w:t>
            </w:r>
          </w:p>
        </w:tc>
      </w:tr>
      <w:tr w:rsidR="004B1D80" w14:paraId="14BE5A45" w14:textId="77777777" w:rsidTr="00BD120C">
        <w:tc>
          <w:tcPr>
            <w:tcW w:w="3358" w:type="dxa"/>
          </w:tcPr>
          <w:p w14:paraId="0E3E3081" w14:textId="77777777" w:rsidR="004B1D80" w:rsidRDefault="00000000">
            <w:r>
              <w:t>Denchhukha</w:t>
            </w:r>
          </w:p>
        </w:tc>
        <w:tc>
          <w:tcPr>
            <w:tcW w:w="3359" w:type="dxa"/>
          </w:tcPr>
          <w:p w14:paraId="02D78083" w14:textId="77777777" w:rsidR="004B1D80" w:rsidRDefault="00000000">
            <w:r>
              <w:t>Samtse</w:t>
            </w:r>
          </w:p>
        </w:tc>
        <w:tc>
          <w:tcPr>
            <w:tcW w:w="3359" w:type="dxa"/>
          </w:tcPr>
          <w:p w14:paraId="2069C52F" w14:textId="77777777" w:rsidR="004B1D80" w:rsidRDefault="00000000">
            <w:r>
              <w:t>44</w:t>
            </w:r>
          </w:p>
        </w:tc>
      </w:tr>
    </w:tbl>
    <w:p w14:paraId="6599CA67" w14:textId="77777777" w:rsidR="004B1D80" w:rsidRDefault="00000000">
      <w:r>
        <w:br w:type="page"/>
      </w:r>
    </w:p>
    <w:p w14:paraId="57F6BA3E" w14:textId="77777777" w:rsidR="004B1D80" w:rsidRDefault="00000000">
      <w:pPr>
        <w:pStyle w:val="Heading2"/>
      </w:pPr>
      <w:r>
        <w:lastRenderedPageBreak/>
        <w:t>Region-wide Forecasts</w:t>
      </w:r>
    </w:p>
    <w:p w14:paraId="2F53BAC9" w14:textId="77777777" w:rsidR="004B1D80" w:rsidRDefault="00000000">
      <w:r>
        <w:t>Forecasts from the National Centers for Environmental Prediction NCEP http://wxmaps.org/pix/clim</w:t>
      </w:r>
    </w:p>
    <w:p w14:paraId="6840826E" w14:textId="77777777" w:rsidR="00F2621D" w:rsidRDefault="00F2621D" w:rsidP="00F2621D">
      <w:r>
        <w:t xml:space="preserve">Forecasts from the National Centers for Environmental Prediction NCEP </w:t>
      </w:r>
      <w:hyperlink r:id="rId15" w:history="1">
        <w:r w:rsidRPr="00FE3A43">
          <w:rPr>
            <w:rStyle w:val="Hyperlink"/>
          </w:rPr>
          <w:t>http://wxmaps.org/pix/clim</w:t>
        </w:r>
      </w:hyperlink>
    </w:p>
    <w:p w14:paraId="0DD8AFF3" w14:textId="77777777" w:rsidR="00F2621D" w:rsidRDefault="00F2621D" w:rsidP="00F2621D">
      <w:pPr>
        <w:spacing w:after="0" w:line="240" w:lineRule="auto"/>
      </w:pPr>
      <w:r>
        <w:t xml:space="preserve">These indicate possible general conditions across South Asia, with likely decreasing prediction accuracy in the second forecast period. </w:t>
      </w:r>
    </w:p>
    <w:p w14:paraId="4CE2BCAB" w14:textId="77777777" w:rsidR="00F2621D" w:rsidRPr="00857BDB" w:rsidRDefault="00F2621D" w:rsidP="00F2621D">
      <w:r w:rsidRPr="00857BDB">
        <w:rPr>
          <w:b/>
          <w:bCs/>
        </w:rPr>
        <w:t xml:space="preserve">Precipitation: </w:t>
      </w:r>
      <w:r w:rsidRPr="003B48C8">
        <w:t>During the period</w:t>
      </w:r>
      <w:r>
        <w:rPr>
          <w:b/>
          <w:bCs/>
        </w:rPr>
        <w:t xml:space="preserve"> </w:t>
      </w:r>
      <w:r w:rsidRPr="007D145C">
        <w:t xml:space="preserve">6-14 Feb no rain is forecast across all of Bangladesh. </w:t>
      </w:r>
      <w:r>
        <w:t xml:space="preserve"> Some light rain is forecast for Bhutan, </w:t>
      </w:r>
      <w:proofErr w:type="gramStart"/>
      <w:r>
        <w:t>north west</w:t>
      </w:r>
      <w:proofErr w:type="gramEnd"/>
      <w:r>
        <w:t xml:space="preserve"> India and northern Pakistan. Similar forecast for 14-22 Feb, with the possibility of heavier rain in northern Pakistan and northwest India. Overall, conditions across the region </w:t>
      </w:r>
      <w:proofErr w:type="gramStart"/>
      <w:r>
        <w:t>drier</w:t>
      </w:r>
      <w:proofErr w:type="gramEnd"/>
      <w:r>
        <w:t xml:space="preserve"> than normal.</w:t>
      </w:r>
    </w:p>
    <w:p w14:paraId="316CB939" w14:textId="77777777" w:rsidR="00F2621D" w:rsidRDefault="00F2621D" w:rsidP="00F2621D">
      <w:r>
        <w:rPr>
          <w:noProof/>
        </w:rPr>
        <w:drawing>
          <wp:inline distT="0" distB="0" distL="0" distR="0" wp14:anchorId="490A06EF" wp14:editId="745F0811">
            <wp:extent cx="4856681" cy="6284890"/>
            <wp:effectExtent l="0" t="0" r="1270" b="1905"/>
            <wp:docPr id="532415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1169" cy="6303638"/>
                    </a:xfrm>
                    <a:prstGeom prst="rect">
                      <a:avLst/>
                    </a:prstGeom>
                    <a:noFill/>
                    <a:ln>
                      <a:noFill/>
                    </a:ln>
                  </pic:spPr>
                </pic:pic>
              </a:graphicData>
            </a:graphic>
          </wp:inline>
        </w:drawing>
      </w:r>
    </w:p>
    <w:p w14:paraId="330A9607" w14:textId="77777777" w:rsidR="00F2621D" w:rsidRDefault="00F2621D" w:rsidP="00F2621D">
      <w:r w:rsidRPr="00120BDA">
        <w:rPr>
          <w:b/>
          <w:bCs/>
        </w:rPr>
        <w:lastRenderedPageBreak/>
        <w:t>Temperature</w:t>
      </w:r>
      <w:r>
        <w:t xml:space="preserve">: During the period 6-14 Feb temperatures are generally slightly warmer than normal across the region, except for northern Pakistan, </w:t>
      </w:r>
      <w:proofErr w:type="gramStart"/>
      <w:r>
        <w:t>north west</w:t>
      </w:r>
      <w:proofErr w:type="gramEnd"/>
      <w:r>
        <w:t xml:space="preserve"> India and most of Bhutan. </w:t>
      </w:r>
    </w:p>
    <w:p w14:paraId="382A479C" w14:textId="77777777" w:rsidR="00F2621D" w:rsidRDefault="00F2621D" w:rsidP="00F2621D">
      <w:r>
        <w:rPr>
          <w:noProof/>
        </w:rPr>
        <w:drawing>
          <wp:inline distT="0" distB="0" distL="0" distR="0" wp14:anchorId="6FBB73A6" wp14:editId="0550A304">
            <wp:extent cx="5881033" cy="7610475"/>
            <wp:effectExtent l="0" t="0" r="5715" b="0"/>
            <wp:docPr id="367651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7498" cy="7618842"/>
                    </a:xfrm>
                    <a:prstGeom prst="rect">
                      <a:avLst/>
                    </a:prstGeom>
                    <a:noFill/>
                    <a:ln>
                      <a:noFill/>
                    </a:ln>
                  </pic:spPr>
                </pic:pic>
              </a:graphicData>
            </a:graphic>
          </wp:inline>
        </w:drawing>
      </w:r>
    </w:p>
    <w:p w14:paraId="16CECC72" w14:textId="02D609BE" w:rsidR="004B1D80" w:rsidRDefault="004B1D80"/>
    <w:sectPr w:rsidR="004B1D80" w:rsidSect="00034616">
      <w:headerReference w:type="default" r:id="rId18"/>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C693" w14:textId="77777777" w:rsidR="00695450" w:rsidRDefault="00695450">
      <w:pPr>
        <w:spacing w:after="0" w:line="240" w:lineRule="auto"/>
      </w:pPr>
      <w:r>
        <w:separator/>
      </w:r>
    </w:p>
  </w:endnote>
  <w:endnote w:type="continuationSeparator" w:id="0">
    <w:p w14:paraId="4F6EEBD6" w14:textId="77777777" w:rsidR="00695450" w:rsidRDefault="00695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34B29" w14:textId="77777777" w:rsidR="00695450" w:rsidRDefault="00695450">
      <w:pPr>
        <w:spacing w:after="0" w:line="240" w:lineRule="auto"/>
      </w:pPr>
      <w:r>
        <w:separator/>
      </w:r>
    </w:p>
  </w:footnote>
  <w:footnote w:type="continuationSeparator" w:id="0">
    <w:p w14:paraId="1D6458BF" w14:textId="77777777" w:rsidR="00695450" w:rsidRDefault="00695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9833" w14:textId="77777777" w:rsidR="004B1D80" w:rsidRDefault="004B1D80">
    <w:pPr>
      <w:pStyle w:val="Header"/>
    </w:pPr>
  </w:p>
  <w:p w14:paraId="524ABA09" w14:textId="409F754D" w:rsidR="004B1D80" w:rsidRDefault="00000000">
    <w:r>
      <w:t>Wheat rust advisory #</w:t>
    </w:r>
    <w:r w:rsidR="00CF1CBD">
      <w:t>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821869">
    <w:abstractNumId w:val="8"/>
  </w:num>
  <w:num w:numId="2" w16cid:durableId="607927473">
    <w:abstractNumId w:val="6"/>
  </w:num>
  <w:num w:numId="3" w16cid:durableId="632561961">
    <w:abstractNumId w:val="5"/>
  </w:num>
  <w:num w:numId="4" w16cid:durableId="1356537674">
    <w:abstractNumId w:val="4"/>
  </w:num>
  <w:num w:numId="5" w16cid:durableId="708264577">
    <w:abstractNumId w:val="7"/>
  </w:num>
  <w:num w:numId="6" w16cid:durableId="1886528507">
    <w:abstractNumId w:val="3"/>
  </w:num>
  <w:num w:numId="7" w16cid:durableId="779228827">
    <w:abstractNumId w:val="2"/>
  </w:num>
  <w:num w:numId="8" w16cid:durableId="1122992103">
    <w:abstractNumId w:val="1"/>
  </w:num>
  <w:num w:numId="9" w16cid:durableId="2071268945">
    <w:abstractNumId w:val="0"/>
  </w:num>
  <w:num w:numId="10" w16cid:durableId="835607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A18"/>
    <w:rsid w:val="00034616"/>
    <w:rsid w:val="0006063C"/>
    <w:rsid w:val="000F558B"/>
    <w:rsid w:val="0015074B"/>
    <w:rsid w:val="001F6330"/>
    <w:rsid w:val="002360ED"/>
    <w:rsid w:val="0029639D"/>
    <w:rsid w:val="00326F90"/>
    <w:rsid w:val="004B1D80"/>
    <w:rsid w:val="00562E78"/>
    <w:rsid w:val="00566F25"/>
    <w:rsid w:val="00695450"/>
    <w:rsid w:val="006C2C97"/>
    <w:rsid w:val="00853A85"/>
    <w:rsid w:val="00930AE2"/>
    <w:rsid w:val="009763C4"/>
    <w:rsid w:val="00AA1D8D"/>
    <w:rsid w:val="00B24C99"/>
    <w:rsid w:val="00B3557C"/>
    <w:rsid w:val="00B43BB7"/>
    <w:rsid w:val="00B47730"/>
    <w:rsid w:val="00BD120C"/>
    <w:rsid w:val="00CB0664"/>
    <w:rsid w:val="00CF1CBD"/>
    <w:rsid w:val="00DB42F4"/>
    <w:rsid w:val="00F2621D"/>
    <w:rsid w:val="00FA0A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BEE7F0A-CEF5-4BA1-A46E-73B96F1B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262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xmaps.org/pix/cli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HODSON, David (CIMMYT)</cp:lastModifiedBy>
  <cp:revision>17</cp:revision>
  <dcterms:created xsi:type="dcterms:W3CDTF">2025-02-07T08:45:00Z</dcterms:created>
  <dcterms:modified xsi:type="dcterms:W3CDTF">2025-02-07T09:02:00Z</dcterms:modified>
  <cp:category/>
</cp:coreProperties>
</file>